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48F02" w14:textId="1E8CC12B" w:rsidR="00F70C31" w:rsidRPr="006B4B8E" w:rsidRDefault="00C64EE4">
      <w:pPr>
        <w:jc w:val="center"/>
        <w:rPr>
          <w:rFonts w:ascii="Arial" w:hAnsi="Arial" w:cs="Arial"/>
          <w:b/>
          <w:color w:val="17365D"/>
          <w:sz w:val="32"/>
        </w:rPr>
      </w:pPr>
      <w:r w:rsidRPr="006B4B8E">
        <w:rPr>
          <w:rFonts w:ascii="Arial" w:hAnsi="Arial" w:cs="Arial" w:hint="eastAsia"/>
          <w:b/>
          <w:color w:val="17365D"/>
          <w:sz w:val="32"/>
        </w:rPr>
        <w:t xml:space="preserve">OBRAZAC IZVJEŠTAJA O REALIZACIJI </w:t>
      </w:r>
      <w:bookmarkStart w:id="0" w:name="_Hlk236210399"/>
      <w:r w:rsidR="0012358A" w:rsidRPr="006B4B8E">
        <w:rPr>
          <w:rFonts w:ascii="Arial" w:hAnsi="Arial" w:cs="Arial" w:hint="eastAsia"/>
          <w:b/>
          <w:color w:val="17365D"/>
          <w:sz w:val="32"/>
        </w:rPr>
        <w:t>NAUČNOISTRAŽIVAČKOG</w:t>
      </w:r>
      <w:r w:rsidR="00C12276" w:rsidRPr="006B4B8E">
        <w:rPr>
          <w:rFonts w:ascii="Arial" w:hAnsi="Arial" w:cs="Arial" w:hint="eastAsia"/>
          <w:b/>
          <w:color w:val="17365D"/>
          <w:sz w:val="32"/>
        </w:rPr>
        <w:t xml:space="preserve"> </w:t>
      </w:r>
      <w:bookmarkEnd w:id="0"/>
      <w:r w:rsidR="00C12276" w:rsidRPr="006B4B8E">
        <w:rPr>
          <w:rFonts w:ascii="Arial" w:hAnsi="Arial" w:cs="Arial" w:hint="eastAsia"/>
          <w:b/>
          <w:color w:val="17365D"/>
          <w:sz w:val="32"/>
        </w:rPr>
        <w:t>PROGRAMA/</w:t>
      </w:r>
      <w:r w:rsidRPr="006B4B8E">
        <w:rPr>
          <w:rFonts w:ascii="Arial" w:hAnsi="Arial" w:cs="Arial" w:hint="eastAsia"/>
          <w:b/>
          <w:color w:val="17365D"/>
          <w:sz w:val="32"/>
        </w:rPr>
        <w:t>PROJEKTA</w:t>
      </w:r>
    </w:p>
    <w:p w14:paraId="6BF54C54" w14:textId="30AB71ED" w:rsidR="00EC7205" w:rsidRPr="006B4B8E" w:rsidRDefault="00C12276">
      <w:pPr>
        <w:jc w:val="center"/>
        <w:rPr>
          <w:rFonts w:ascii="Arial" w:hAnsi="Arial" w:cs="Arial"/>
        </w:rPr>
      </w:pPr>
      <w:proofErr w:type="spellStart"/>
      <w:r w:rsidRPr="006B4B8E">
        <w:rPr>
          <w:rFonts w:ascii="Arial" w:hAnsi="Arial" w:cs="Arial" w:hint="eastAsia"/>
          <w:i/>
          <w:color w:val="666666"/>
        </w:rPr>
        <w:t>Korišćenje</w:t>
      </w:r>
      <w:proofErr w:type="spellEnd"/>
      <w:r w:rsidRPr="006B4B8E">
        <w:rPr>
          <w:rFonts w:ascii="Arial" w:hAnsi="Arial" w:cs="Arial" w:hint="eastAsia"/>
          <w:i/>
          <w:color w:val="666666"/>
        </w:rPr>
        <w:t xml:space="preserve"> </w:t>
      </w:r>
      <w:proofErr w:type="spellStart"/>
      <w:r w:rsidRPr="006B4B8E">
        <w:rPr>
          <w:rFonts w:ascii="Arial" w:hAnsi="Arial" w:cs="Arial" w:hint="eastAsia"/>
          <w:i/>
          <w:color w:val="666666"/>
        </w:rPr>
        <w:t>sredstava</w:t>
      </w:r>
      <w:proofErr w:type="spellEnd"/>
      <w:r w:rsidRPr="006B4B8E">
        <w:rPr>
          <w:rFonts w:ascii="Arial" w:hAnsi="Arial" w:cs="Arial" w:hint="eastAsia"/>
          <w:i/>
          <w:color w:val="666666"/>
        </w:rPr>
        <w:t xml:space="preserve"> </w:t>
      </w:r>
      <w:proofErr w:type="spellStart"/>
      <w:r w:rsidRPr="006B4B8E">
        <w:rPr>
          <w:rFonts w:ascii="Arial" w:hAnsi="Arial" w:cs="Arial" w:hint="eastAsia"/>
          <w:i/>
          <w:color w:val="666666"/>
        </w:rPr>
        <w:t>donacije</w:t>
      </w:r>
      <w:proofErr w:type="spellEnd"/>
      <w:r w:rsidRPr="006B4B8E">
        <w:rPr>
          <w:rFonts w:ascii="Arial" w:hAnsi="Arial" w:cs="Arial" w:hint="eastAsia"/>
          <w:i/>
          <w:color w:val="666666"/>
        </w:rPr>
        <w:t xml:space="preserve">, </w:t>
      </w:r>
      <w:proofErr w:type="spellStart"/>
      <w:r w:rsidRPr="006B4B8E">
        <w:rPr>
          <w:rFonts w:ascii="Arial" w:hAnsi="Arial" w:cs="Arial" w:hint="eastAsia"/>
          <w:i/>
          <w:color w:val="666666"/>
        </w:rPr>
        <w:t>ostvareni</w:t>
      </w:r>
      <w:proofErr w:type="spellEnd"/>
      <w:r w:rsidRPr="006B4B8E">
        <w:rPr>
          <w:rFonts w:ascii="Arial" w:hAnsi="Arial" w:cs="Arial" w:hint="eastAsia"/>
          <w:i/>
          <w:color w:val="666666"/>
        </w:rPr>
        <w:t xml:space="preserve"> </w:t>
      </w:r>
      <w:proofErr w:type="spellStart"/>
      <w:r w:rsidRPr="006B4B8E">
        <w:rPr>
          <w:rFonts w:ascii="Arial" w:hAnsi="Arial" w:cs="Arial" w:hint="eastAsia"/>
          <w:i/>
          <w:color w:val="666666"/>
        </w:rPr>
        <w:t>rezultati</w:t>
      </w:r>
      <w:proofErr w:type="spellEnd"/>
      <w:r w:rsidRPr="006B4B8E">
        <w:rPr>
          <w:rFonts w:ascii="Arial" w:hAnsi="Arial" w:cs="Arial" w:hint="eastAsia"/>
          <w:i/>
          <w:color w:val="666666"/>
        </w:rPr>
        <w:t xml:space="preserve"> i </w:t>
      </w:r>
      <w:proofErr w:type="spellStart"/>
      <w:r w:rsidRPr="006B4B8E">
        <w:rPr>
          <w:rFonts w:ascii="Arial" w:hAnsi="Arial" w:cs="Arial" w:hint="eastAsia"/>
          <w:i/>
          <w:color w:val="666666"/>
        </w:rPr>
        <w:t>napredak</w:t>
      </w:r>
      <w:proofErr w:type="spellEnd"/>
      <w:r w:rsidRPr="006B4B8E">
        <w:rPr>
          <w:rFonts w:ascii="Arial" w:hAnsi="Arial" w:cs="Arial" w:hint="eastAsia"/>
          <w:i/>
          <w:color w:val="666666"/>
        </w:rPr>
        <w:t xml:space="preserve"> u </w:t>
      </w:r>
      <w:proofErr w:type="spellStart"/>
      <w:r w:rsidRPr="006B4B8E">
        <w:rPr>
          <w:rFonts w:ascii="Arial" w:hAnsi="Arial" w:cs="Arial" w:hint="eastAsia"/>
          <w:i/>
          <w:color w:val="666666"/>
        </w:rPr>
        <w:t>realizaciji</w:t>
      </w:r>
      <w:proofErr w:type="spellEnd"/>
      <w:r w:rsidRPr="006B4B8E">
        <w:rPr>
          <w:rFonts w:ascii="Arial" w:hAnsi="Arial" w:cs="Arial" w:hint="eastAsia"/>
          <w:i/>
          <w:color w:val="666666"/>
        </w:rPr>
        <w:t xml:space="preserve"> </w:t>
      </w:r>
      <w:proofErr w:type="spellStart"/>
      <w:r w:rsidRPr="006B4B8E">
        <w:rPr>
          <w:rFonts w:ascii="Arial" w:hAnsi="Arial" w:cs="Arial" w:hint="eastAsia"/>
          <w:i/>
          <w:color w:val="666666"/>
        </w:rPr>
        <w:t>naučnoistraživačkog</w:t>
      </w:r>
      <w:proofErr w:type="spellEnd"/>
      <w:r w:rsidRPr="006B4B8E">
        <w:rPr>
          <w:rFonts w:ascii="Arial" w:hAnsi="Arial" w:cs="Arial" w:hint="eastAsia"/>
          <w:i/>
          <w:color w:val="666666"/>
        </w:rPr>
        <w:t xml:space="preserve"> </w:t>
      </w:r>
      <w:proofErr w:type="spellStart"/>
      <w:r w:rsidRPr="006B4B8E">
        <w:rPr>
          <w:rFonts w:ascii="Arial" w:hAnsi="Arial" w:cs="Arial" w:hint="eastAsia"/>
          <w:i/>
          <w:color w:val="666666"/>
        </w:rPr>
        <w:t>programa</w:t>
      </w:r>
      <w:proofErr w:type="spellEnd"/>
      <w:r w:rsidRPr="006B4B8E">
        <w:rPr>
          <w:rFonts w:ascii="Arial" w:hAnsi="Arial" w:cs="Arial" w:hint="eastAsia"/>
          <w:i/>
          <w:color w:val="666666"/>
        </w:rPr>
        <w:t>/</w:t>
      </w:r>
      <w:proofErr w:type="spellStart"/>
      <w:r w:rsidRPr="006B4B8E">
        <w:rPr>
          <w:rFonts w:ascii="Arial" w:hAnsi="Arial" w:cs="Arial" w:hint="eastAsia"/>
          <w:i/>
          <w:color w:val="666666"/>
        </w:rPr>
        <w:t>projekta</w:t>
      </w:r>
      <w:proofErr w:type="spellEnd"/>
    </w:p>
    <w:p w14:paraId="472205C9" w14:textId="77777777" w:rsidR="00C12276" w:rsidRPr="006B4B8E" w:rsidRDefault="00C12276">
      <w:pPr>
        <w:jc w:val="center"/>
        <w:rPr>
          <w:rFonts w:ascii="Arial" w:hAnsi="Arial" w:cs="Arial"/>
        </w:rPr>
      </w:pPr>
    </w:p>
    <w:p w14:paraId="244F17EB" w14:textId="0AC0311C" w:rsidR="00F70C31" w:rsidRPr="006B4B8E" w:rsidRDefault="00C64EE4">
      <w:pPr>
        <w:pStyle w:val="Heading1"/>
        <w:rPr>
          <w:rFonts w:ascii="Arial" w:hAnsi="Arial" w:cs="Arial"/>
        </w:rPr>
      </w:pPr>
      <w:r w:rsidRPr="006B4B8E">
        <w:rPr>
          <w:rFonts w:ascii="Arial" w:hAnsi="Arial" w:cs="Arial"/>
        </w:rPr>
        <w:t xml:space="preserve">1. </w:t>
      </w:r>
      <w:proofErr w:type="spellStart"/>
      <w:r w:rsidRPr="006B4B8E">
        <w:rPr>
          <w:rFonts w:ascii="Arial" w:hAnsi="Arial" w:cs="Arial"/>
        </w:rPr>
        <w:t>Podaci</w:t>
      </w:r>
      <w:proofErr w:type="spellEnd"/>
      <w:r w:rsidRPr="006B4B8E">
        <w:rPr>
          <w:rFonts w:ascii="Arial" w:hAnsi="Arial" w:cs="Arial"/>
        </w:rPr>
        <w:t xml:space="preserve"> o </w:t>
      </w:r>
      <w:proofErr w:type="spellStart"/>
      <w:r w:rsidRPr="006B4B8E">
        <w:rPr>
          <w:rFonts w:ascii="Arial" w:hAnsi="Arial" w:cs="Arial"/>
        </w:rPr>
        <w:t>izvještaju</w:t>
      </w:r>
      <w:proofErr w:type="spellEnd"/>
      <w:r w:rsidRPr="006B4B8E">
        <w:rPr>
          <w:rFonts w:ascii="Arial" w:hAnsi="Arial" w:cs="Arial"/>
        </w:rPr>
        <w:t xml:space="preserve"> i </w:t>
      </w:r>
      <w:proofErr w:type="spellStart"/>
      <w:r w:rsidR="0075798F">
        <w:rPr>
          <w:rFonts w:ascii="Arial" w:hAnsi="Arial" w:cs="Arial"/>
        </w:rPr>
        <w:t>programu</w:t>
      </w:r>
      <w:proofErr w:type="spellEnd"/>
      <w:r w:rsidR="0075798F">
        <w:rPr>
          <w:rFonts w:ascii="Arial" w:hAnsi="Arial" w:cs="Arial"/>
        </w:rPr>
        <w:t>/</w:t>
      </w:r>
      <w:proofErr w:type="spellStart"/>
      <w:r w:rsidRPr="006B4B8E">
        <w:rPr>
          <w:rFonts w:ascii="Arial" w:hAnsi="Arial" w:cs="Arial"/>
        </w:rPr>
        <w:t>projektu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90"/>
        <w:gridCol w:w="5948"/>
      </w:tblGrid>
      <w:tr w:rsidR="00F70C31" w:rsidRPr="003849E5" w14:paraId="6DA61EF8" w14:textId="77777777" w:rsidTr="006B4B8E">
        <w:tc>
          <w:tcPr>
            <w:tcW w:w="369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556432" w14:textId="77777777" w:rsidR="00F70C31" w:rsidRPr="006B4B8E" w:rsidRDefault="00C64EE4">
            <w:pPr>
              <w:rPr>
                <w:rFonts w:ascii="Arial" w:hAnsi="Arial" w:cs="Arial"/>
                <w:color w:val="FFFFFF" w:themeColor="background1"/>
              </w:rPr>
            </w:pP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Vrsta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izvještaja</w:t>
            </w:r>
            <w:proofErr w:type="spellEnd"/>
          </w:p>
        </w:tc>
        <w:tc>
          <w:tcPr>
            <w:tcW w:w="5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9F6695" w14:textId="6D185C82" w:rsidR="00C12276" w:rsidRDefault="00DA7CA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7376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76" w:rsidRPr="003849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64EE4" w:rsidRPr="006B4B8E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B01F3D" w:rsidRPr="006B4B8E">
              <w:rPr>
                <w:rFonts w:ascii="Arial" w:hAnsi="Arial" w:cs="Arial" w:hint="eastAsia"/>
              </w:rPr>
              <w:t>Periodični</w:t>
            </w:r>
            <w:proofErr w:type="spellEnd"/>
            <w:r w:rsidR="00B01F3D" w:rsidRPr="006B4B8E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B01F3D" w:rsidRPr="006B4B8E">
              <w:rPr>
                <w:rFonts w:ascii="Arial" w:hAnsi="Arial" w:cs="Arial" w:hint="eastAsia"/>
              </w:rPr>
              <w:t>izvještaj</w:t>
            </w:r>
            <w:proofErr w:type="spellEnd"/>
            <w:r w:rsidR="00AA21BB">
              <w:rPr>
                <w:rFonts w:ascii="Arial" w:hAnsi="Arial" w:cs="Arial"/>
              </w:rPr>
              <w:t xml:space="preserve">, </w:t>
            </w:r>
            <w:proofErr w:type="spellStart"/>
            <w:r w:rsidR="00B01F3D" w:rsidRPr="006B4B8E">
              <w:rPr>
                <w:rFonts w:ascii="Arial" w:hAnsi="Arial" w:cs="Arial" w:hint="eastAsia"/>
              </w:rPr>
              <w:t>na</w:t>
            </w:r>
            <w:proofErr w:type="spellEnd"/>
            <w:r w:rsidR="00B01F3D" w:rsidRPr="006B4B8E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B01F3D" w:rsidRPr="006B4B8E">
              <w:rPr>
                <w:rFonts w:ascii="Arial" w:hAnsi="Arial" w:cs="Arial" w:hint="eastAsia"/>
              </w:rPr>
              <w:t>zahtjev</w:t>
            </w:r>
            <w:proofErr w:type="spellEnd"/>
            <w:r w:rsidR="00B01F3D" w:rsidRPr="006B4B8E">
              <w:rPr>
                <w:rFonts w:ascii="Arial" w:hAnsi="Arial" w:cs="Arial" w:hint="eastAsia"/>
              </w:rPr>
              <w:t xml:space="preserve"> Ministarstva</w:t>
            </w:r>
            <w:r w:rsidR="00C64EE4" w:rsidRPr="006B4B8E">
              <w:rPr>
                <w:rFonts w:ascii="Arial" w:hAnsi="Arial" w:cs="Arial" w:hint="eastAsia"/>
              </w:rPr>
              <w:t xml:space="preserve">  </w:t>
            </w:r>
          </w:p>
          <w:p w14:paraId="6A009760" w14:textId="5AA1E481" w:rsidR="0075798F" w:rsidRPr="006B4B8E" w:rsidRDefault="00DA7CA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0935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98F" w:rsidRPr="003849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798F" w:rsidRPr="00FD12EC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75798F" w:rsidRPr="0075798F">
              <w:rPr>
                <w:rFonts w:ascii="Arial" w:hAnsi="Arial" w:cs="Arial" w:hint="eastAsia"/>
              </w:rPr>
              <w:t>Polugodišnji</w:t>
            </w:r>
            <w:proofErr w:type="spellEnd"/>
            <w:r w:rsidR="0075798F" w:rsidRPr="0075798F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75798F" w:rsidRPr="0075798F">
              <w:rPr>
                <w:rFonts w:ascii="Arial" w:hAnsi="Arial" w:cs="Arial" w:hint="eastAsia"/>
              </w:rPr>
              <w:t>izvještaj</w:t>
            </w:r>
            <w:proofErr w:type="spellEnd"/>
            <w:r w:rsidR="00AA21BB">
              <w:rPr>
                <w:rFonts w:ascii="Arial" w:hAnsi="Arial" w:cs="Arial"/>
              </w:rPr>
              <w:t>,</w:t>
            </w:r>
            <w:r w:rsidR="0075798F" w:rsidRPr="0075798F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75798F" w:rsidRPr="0075798F">
              <w:rPr>
                <w:rFonts w:ascii="Arial" w:hAnsi="Arial" w:cs="Arial" w:hint="eastAsia"/>
              </w:rPr>
              <w:t>na</w:t>
            </w:r>
            <w:proofErr w:type="spellEnd"/>
            <w:r w:rsidR="0075798F" w:rsidRPr="0075798F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75798F" w:rsidRPr="0075798F">
              <w:rPr>
                <w:rFonts w:ascii="Arial" w:hAnsi="Arial" w:cs="Arial" w:hint="eastAsia"/>
              </w:rPr>
              <w:t>zahtjev</w:t>
            </w:r>
            <w:proofErr w:type="spellEnd"/>
            <w:r w:rsidR="0075798F" w:rsidRPr="0075798F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75798F" w:rsidRPr="0075798F">
              <w:rPr>
                <w:rFonts w:ascii="Arial" w:hAnsi="Arial" w:cs="Arial" w:hint="eastAsia"/>
              </w:rPr>
              <w:t>Komisije</w:t>
            </w:r>
            <w:proofErr w:type="spellEnd"/>
          </w:p>
          <w:p w14:paraId="381B4CB7" w14:textId="5A82F90B" w:rsidR="00C12276" w:rsidRPr="006B4B8E" w:rsidRDefault="00DA7CA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4511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76" w:rsidRPr="003849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64EE4" w:rsidRPr="006B4B8E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C64EE4" w:rsidRPr="006B4B8E">
              <w:rPr>
                <w:rFonts w:ascii="Arial" w:hAnsi="Arial" w:cs="Arial" w:hint="eastAsia"/>
              </w:rPr>
              <w:t>Godišnji</w:t>
            </w:r>
            <w:proofErr w:type="spellEnd"/>
            <w:r w:rsidR="00C64EE4" w:rsidRPr="006B4B8E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C12276" w:rsidRPr="006B4B8E">
              <w:rPr>
                <w:rFonts w:ascii="Arial" w:hAnsi="Arial" w:cs="Arial" w:hint="eastAsia"/>
              </w:rPr>
              <w:t>izvještaj</w:t>
            </w:r>
            <w:proofErr w:type="spellEnd"/>
            <w:r w:rsidR="00C64EE4" w:rsidRPr="006B4B8E">
              <w:rPr>
                <w:rFonts w:ascii="Arial" w:hAnsi="Arial" w:cs="Arial" w:hint="eastAsia"/>
              </w:rPr>
              <w:t xml:space="preserve">   </w:t>
            </w:r>
          </w:p>
          <w:p w14:paraId="2BF19321" w14:textId="07649616" w:rsidR="00F70C31" w:rsidRPr="006B4B8E" w:rsidRDefault="00DA7CA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8746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76" w:rsidRPr="003849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64EE4" w:rsidRPr="006B4B8E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C64EE4" w:rsidRPr="006B4B8E">
              <w:rPr>
                <w:rFonts w:ascii="Arial" w:hAnsi="Arial" w:cs="Arial" w:hint="eastAsia"/>
              </w:rPr>
              <w:t>Završni</w:t>
            </w:r>
            <w:proofErr w:type="spellEnd"/>
            <w:r w:rsidR="00C12276" w:rsidRPr="006B4B8E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C12276" w:rsidRPr="006B4B8E">
              <w:rPr>
                <w:rFonts w:ascii="Arial" w:hAnsi="Arial" w:cs="Arial" w:hint="eastAsia"/>
              </w:rPr>
              <w:t>izvještaj</w:t>
            </w:r>
            <w:proofErr w:type="spellEnd"/>
          </w:p>
        </w:tc>
      </w:tr>
      <w:tr w:rsidR="00F70C31" w:rsidRPr="003849E5" w14:paraId="3CE1B3E1" w14:textId="77777777" w:rsidTr="006B4B8E">
        <w:tc>
          <w:tcPr>
            <w:tcW w:w="369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FF02F6" w14:textId="77777777" w:rsidR="00F70C31" w:rsidRPr="006B4B8E" w:rsidRDefault="00C64EE4">
            <w:pPr>
              <w:rPr>
                <w:rFonts w:ascii="Arial" w:hAnsi="Arial" w:cs="Arial"/>
                <w:color w:val="FFFFFF" w:themeColor="background1"/>
              </w:rPr>
            </w:pP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Izvještajni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period</w:t>
            </w:r>
          </w:p>
        </w:tc>
        <w:tc>
          <w:tcPr>
            <w:tcW w:w="5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215C61" w14:textId="77777777" w:rsidR="00F70C31" w:rsidRPr="006B4B8E" w:rsidRDefault="00C64EE4">
            <w:pPr>
              <w:rPr>
                <w:rFonts w:ascii="Arial" w:hAnsi="Arial" w:cs="Arial"/>
              </w:rPr>
            </w:pPr>
            <w:r w:rsidRPr="006B4B8E">
              <w:rPr>
                <w:rFonts w:ascii="Arial" w:hAnsi="Arial" w:cs="Arial" w:hint="eastAsia"/>
              </w:rPr>
              <w:t>od __________________ do __________________</w:t>
            </w:r>
          </w:p>
        </w:tc>
      </w:tr>
      <w:tr w:rsidR="00F70C31" w:rsidRPr="003849E5" w14:paraId="60A42D63" w14:textId="77777777" w:rsidTr="006B4B8E">
        <w:tc>
          <w:tcPr>
            <w:tcW w:w="369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BE92E2" w14:textId="6E5CD261" w:rsidR="00F70C31" w:rsidRPr="006B4B8E" w:rsidRDefault="00C64EE4">
            <w:pPr>
              <w:rPr>
                <w:rFonts w:ascii="Arial" w:hAnsi="Arial" w:cs="Arial"/>
                <w:color w:val="FFFFFF" w:themeColor="background1"/>
              </w:rPr>
            </w:pP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Naziv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</w:t>
            </w:r>
            <w:proofErr w:type="spellStart"/>
            <w:r w:rsidR="0075798F">
              <w:rPr>
                <w:rFonts w:ascii="Arial" w:hAnsi="Arial" w:cs="Arial"/>
                <w:b/>
                <w:color w:val="FFFFFF" w:themeColor="background1"/>
              </w:rPr>
              <w:t>programa</w:t>
            </w:r>
            <w:proofErr w:type="spellEnd"/>
            <w:r w:rsidR="0075798F">
              <w:rPr>
                <w:rFonts w:ascii="Arial" w:hAnsi="Arial" w:cs="Arial"/>
                <w:b/>
                <w:color w:val="FFFFFF" w:themeColor="background1"/>
              </w:rPr>
              <w:t>/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projekta</w:t>
            </w:r>
            <w:proofErr w:type="spellEnd"/>
          </w:p>
        </w:tc>
        <w:tc>
          <w:tcPr>
            <w:tcW w:w="5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15C144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  <w:tr w:rsidR="00F70C31" w:rsidRPr="003849E5" w14:paraId="15180922" w14:textId="77777777" w:rsidTr="006B4B8E">
        <w:tc>
          <w:tcPr>
            <w:tcW w:w="369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6E0715" w14:textId="77777777" w:rsidR="00F70C31" w:rsidRPr="006B4B8E" w:rsidRDefault="00C64EE4">
            <w:pPr>
              <w:rPr>
                <w:rFonts w:ascii="Arial" w:hAnsi="Arial" w:cs="Arial"/>
                <w:color w:val="FFFFFF" w:themeColor="background1"/>
              </w:rPr>
            </w:pP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Broj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i datum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rješenja</w:t>
            </w:r>
            <w:proofErr w:type="spellEnd"/>
          </w:p>
        </w:tc>
        <w:tc>
          <w:tcPr>
            <w:tcW w:w="5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127B7C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  <w:tr w:rsidR="00C12276" w:rsidRPr="003849E5" w14:paraId="13DB6A56" w14:textId="77777777" w:rsidTr="006B4B8E">
        <w:tc>
          <w:tcPr>
            <w:tcW w:w="369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1D801C" w14:textId="3E7F8174" w:rsidR="00C12276" w:rsidRPr="006B4B8E" w:rsidRDefault="00C12276">
            <w:pPr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Broj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i datum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ugovora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o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donaciji</w:t>
            </w:r>
            <w:proofErr w:type="spellEnd"/>
          </w:p>
        </w:tc>
        <w:tc>
          <w:tcPr>
            <w:tcW w:w="5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C88677" w14:textId="77777777" w:rsidR="00C12276" w:rsidRPr="006B4B8E" w:rsidRDefault="00C12276">
            <w:pPr>
              <w:rPr>
                <w:rFonts w:ascii="Arial" w:hAnsi="Arial" w:cs="Arial"/>
              </w:rPr>
            </w:pPr>
          </w:p>
        </w:tc>
      </w:tr>
      <w:tr w:rsidR="00F70C31" w:rsidRPr="003849E5" w14:paraId="4B8560DE" w14:textId="77777777" w:rsidTr="006B4B8E">
        <w:tc>
          <w:tcPr>
            <w:tcW w:w="369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2322F5" w14:textId="77777777" w:rsidR="00F70C31" w:rsidRPr="006B4B8E" w:rsidRDefault="00C64EE4">
            <w:pPr>
              <w:rPr>
                <w:rFonts w:ascii="Arial" w:hAnsi="Arial" w:cs="Arial"/>
                <w:color w:val="FFFFFF" w:themeColor="background1"/>
              </w:rPr>
            </w:pP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Korisnik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sredstava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donacije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/ PIB</w:t>
            </w:r>
          </w:p>
        </w:tc>
        <w:tc>
          <w:tcPr>
            <w:tcW w:w="5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010765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  <w:tr w:rsidR="00F70C31" w:rsidRPr="003849E5" w14:paraId="10F178A2" w14:textId="77777777" w:rsidTr="006B4B8E">
        <w:tc>
          <w:tcPr>
            <w:tcW w:w="369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E200CF" w14:textId="77777777" w:rsidR="00F70C31" w:rsidRPr="006B4B8E" w:rsidRDefault="00C64EE4">
            <w:pPr>
              <w:rPr>
                <w:rFonts w:ascii="Arial" w:hAnsi="Arial" w:cs="Arial"/>
                <w:color w:val="FFFFFF" w:themeColor="background1"/>
              </w:rPr>
            </w:pPr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Donator / PIB </w:t>
            </w:r>
          </w:p>
        </w:tc>
        <w:tc>
          <w:tcPr>
            <w:tcW w:w="5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45EF13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  <w:tr w:rsidR="00F70C31" w:rsidRPr="003849E5" w14:paraId="3DD074D4" w14:textId="77777777" w:rsidTr="006B4B8E">
        <w:tc>
          <w:tcPr>
            <w:tcW w:w="369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AD9254" w14:textId="77777777" w:rsidR="00F70C31" w:rsidRPr="006B4B8E" w:rsidRDefault="00C64EE4">
            <w:pPr>
              <w:rPr>
                <w:rFonts w:ascii="Arial" w:hAnsi="Arial" w:cs="Arial"/>
                <w:color w:val="FFFFFF" w:themeColor="background1"/>
              </w:rPr>
            </w:pPr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Iznos donacije (</w:t>
            </w:r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€</w:t>
            </w:r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)</w:t>
            </w:r>
          </w:p>
        </w:tc>
        <w:tc>
          <w:tcPr>
            <w:tcW w:w="5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D37231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  <w:tr w:rsidR="00F70C31" w:rsidRPr="003849E5" w14:paraId="509A1CC5" w14:textId="77777777" w:rsidTr="006B4B8E">
        <w:tc>
          <w:tcPr>
            <w:tcW w:w="369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1EB73F" w14:textId="77777777" w:rsidR="00F70C31" w:rsidRPr="006B4B8E" w:rsidRDefault="00C64EE4">
            <w:pPr>
              <w:rPr>
                <w:rFonts w:ascii="Arial" w:hAnsi="Arial" w:cs="Arial"/>
                <w:color w:val="FFFFFF" w:themeColor="background1"/>
              </w:rPr>
            </w:pPr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Poseban račun koji je predmet kontrole</w:t>
            </w:r>
          </w:p>
        </w:tc>
        <w:tc>
          <w:tcPr>
            <w:tcW w:w="5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689147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  <w:tr w:rsidR="00F70C31" w:rsidRPr="003849E5" w14:paraId="53189967" w14:textId="77777777" w:rsidTr="006B4B8E">
        <w:tc>
          <w:tcPr>
            <w:tcW w:w="369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4E9DF3" w14:textId="14C87517" w:rsidR="00F70C31" w:rsidRPr="006B4B8E" w:rsidRDefault="00C64EE4">
            <w:pPr>
              <w:rPr>
                <w:rFonts w:ascii="Arial" w:hAnsi="Arial" w:cs="Arial"/>
                <w:color w:val="FFFFFF" w:themeColor="background1"/>
              </w:rPr>
            </w:pP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Ukupna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planirana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vrijednost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</w:t>
            </w:r>
            <w:proofErr w:type="spellStart"/>
            <w:r w:rsidR="0075798F">
              <w:rPr>
                <w:rFonts w:ascii="Arial" w:hAnsi="Arial" w:cs="Arial"/>
                <w:b/>
                <w:color w:val="FFFFFF" w:themeColor="background1"/>
              </w:rPr>
              <w:t>programa</w:t>
            </w:r>
            <w:proofErr w:type="spellEnd"/>
            <w:r w:rsidR="0075798F">
              <w:rPr>
                <w:rFonts w:ascii="Arial" w:hAnsi="Arial" w:cs="Arial"/>
                <w:b/>
                <w:color w:val="FFFFFF" w:themeColor="background1"/>
              </w:rPr>
              <w:t>/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projekta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(</w:t>
            </w:r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€</w:t>
            </w:r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)</w:t>
            </w:r>
          </w:p>
        </w:tc>
        <w:tc>
          <w:tcPr>
            <w:tcW w:w="5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0E567C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  <w:tr w:rsidR="00F70C31" w:rsidRPr="003849E5" w14:paraId="06517F65" w14:textId="77777777" w:rsidTr="006B4B8E">
        <w:tc>
          <w:tcPr>
            <w:tcW w:w="369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C1F3C2" w14:textId="77777777" w:rsidR="00F70C31" w:rsidRPr="006B4B8E" w:rsidRDefault="00C64EE4">
            <w:pPr>
              <w:rPr>
                <w:rFonts w:ascii="Arial" w:hAnsi="Arial" w:cs="Arial"/>
                <w:color w:val="FFFFFF" w:themeColor="background1"/>
              </w:rPr>
            </w:pPr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Odobreni intenzitet državne pomoći (%)</w:t>
            </w:r>
          </w:p>
        </w:tc>
        <w:tc>
          <w:tcPr>
            <w:tcW w:w="5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B15688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  <w:tr w:rsidR="00F70C31" w:rsidRPr="003849E5" w14:paraId="0DDC8289" w14:textId="77777777" w:rsidTr="006B4B8E">
        <w:tc>
          <w:tcPr>
            <w:tcW w:w="369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90ECF3" w14:textId="7A2DE773" w:rsidR="00F70C31" w:rsidRPr="006B4B8E" w:rsidRDefault="00C64EE4">
            <w:pPr>
              <w:rPr>
                <w:rFonts w:ascii="Arial" w:hAnsi="Arial" w:cs="Arial"/>
                <w:color w:val="FFFFFF" w:themeColor="background1"/>
              </w:rPr>
            </w:pP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Rukovodilac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</w:t>
            </w:r>
            <w:proofErr w:type="spellStart"/>
            <w:r w:rsidR="0075798F">
              <w:rPr>
                <w:rFonts w:ascii="Arial" w:hAnsi="Arial" w:cs="Arial"/>
                <w:b/>
                <w:color w:val="FFFFFF" w:themeColor="background1"/>
              </w:rPr>
              <w:t>programa</w:t>
            </w:r>
            <w:proofErr w:type="spellEnd"/>
            <w:r w:rsidR="0075798F">
              <w:rPr>
                <w:rFonts w:ascii="Arial" w:hAnsi="Arial" w:cs="Arial"/>
                <w:b/>
                <w:color w:val="FFFFFF" w:themeColor="background1"/>
              </w:rPr>
              <w:t>/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projekta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/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kontakt</w:t>
            </w:r>
            <w:proofErr w:type="spellEnd"/>
          </w:p>
        </w:tc>
        <w:tc>
          <w:tcPr>
            <w:tcW w:w="5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DF2D5F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  <w:tr w:rsidR="00C12276" w:rsidRPr="003849E5" w14:paraId="19D9B301" w14:textId="77777777" w:rsidTr="006B4B8E">
        <w:tc>
          <w:tcPr>
            <w:tcW w:w="369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D417A1" w14:textId="019681A9" w:rsidR="00C12276" w:rsidRPr="006B4B8E" w:rsidRDefault="00C12276">
            <w:pPr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Vrsta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 xml:space="preserve">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 w:themeColor="background1"/>
              </w:rPr>
              <w:t>istraživanja</w:t>
            </w:r>
            <w:proofErr w:type="spellEnd"/>
          </w:p>
        </w:tc>
        <w:tc>
          <w:tcPr>
            <w:tcW w:w="5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8C0CBE" w14:textId="45E6D098" w:rsidR="00C12276" w:rsidRPr="006B4B8E" w:rsidRDefault="00DA7CAB" w:rsidP="00C1227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4873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76" w:rsidRPr="003849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2276" w:rsidRPr="006B4B8E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C12276" w:rsidRPr="006B4B8E">
              <w:rPr>
                <w:rFonts w:ascii="Arial" w:hAnsi="Arial" w:cs="Arial" w:hint="eastAsia"/>
              </w:rPr>
              <w:t>fundamentalno</w:t>
            </w:r>
            <w:proofErr w:type="spellEnd"/>
            <w:r w:rsidR="00C12276" w:rsidRPr="006B4B8E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C12276" w:rsidRPr="006B4B8E">
              <w:rPr>
                <w:rFonts w:ascii="Arial" w:hAnsi="Arial" w:cs="Arial" w:hint="eastAsia"/>
              </w:rPr>
              <w:t>istraživanje</w:t>
            </w:r>
            <w:proofErr w:type="spellEnd"/>
          </w:p>
          <w:p w14:paraId="06D19BFC" w14:textId="751F7224" w:rsidR="00C12276" w:rsidRPr="006B4B8E" w:rsidRDefault="00DA7CAB" w:rsidP="00C1227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3863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76" w:rsidRPr="003849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2276" w:rsidRPr="006B4B8E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C12276" w:rsidRPr="006B4B8E">
              <w:rPr>
                <w:rFonts w:ascii="Arial" w:hAnsi="Arial" w:cs="Arial" w:hint="eastAsia"/>
              </w:rPr>
              <w:t>industrijsko</w:t>
            </w:r>
            <w:proofErr w:type="spellEnd"/>
            <w:r w:rsidR="00C12276" w:rsidRPr="006B4B8E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C12276" w:rsidRPr="006B4B8E">
              <w:rPr>
                <w:rFonts w:ascii="Arial" w:hAnsi="Arial" w:cs="Arial" w:hint="eastAsia"/>
              </w:rPr>
              <w:t>istraživanje</w:t>
            </w:r>
            <w:proofErr w:type="spellEnd"/>
          </w:p>
          <w:p w14:paraId="4F9B74B9" w14:textId="0AA943A9" w:rsidR="00C12276" w:rsidRPr="006B4B8E" w:rsidRDefault="00DA7CAB" w:rsidP="00C1227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9376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76" w:rsidRPr="003849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2276" w:rsidRPr="006B4B8E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C12276" w:rsidRPr="006B4B8E">
              <w:rPr>
                <w:rFonts w:ascii="Arial" w:hAnsi="Arial" w:cs="Arial" w:hint="eastAsia"/>
              </w:rPr>
              <w:t>eksperimentalni</w:t>
            </w:r>
            <w:proofErr w:type="spellEnd"/>
            <w:r w:rsidR="00C12276" w:rsidRPr="006B4B8E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C12276" w:rsidRPr="006B4B8E">
              <w:rPr>
                <w:rFonts w:ascii="Arial" w:hAnsi="Arial" w:cs="Arial" w:hint="eastAsia"/>
              </w:rPr>
              <w:t>razvoj</w:t>
            </w:r>
            <w:proofErr w:type="spellEnd"/>
          </w:p>
        </w:tc>
      </w:tr>
    </w:tbl>
    <w:p w14:paraId="0C75C020" w14:textId="77777777" w:rsidR="00C12276" w:rsidRPr="006B4B8E" w:rsidRDefault="00C12276">
      <w:pPr>
        <w:pStyle w:val="Heading1"/>
        <w:rPr>
          <w:rFonts w:ascii="Arial" w:hAnsi="Arial" w:cs="Arial"/>
        </w:rPr>
      </w:pPr>
    </w:p>
    <w:p w14:paraId="7E60124C" w14:textId="77777777" w:rsidR="00C12276" w:rsidRPr="006B4B8E" w:rsidRDefault="00C12276">
      <w:pPr>
        <w:spacing w:after="200"/>
        <w:rPr>
          <w:rFonts w:ascii="Arial" w:eastAsiaTheme="majorEastAsia" w:hAnsi="Arial" w:cs="Arial"/>
          <w:b/>
          <w:bCs/>
          <w:color w:val="17365D"/>
          <w:sz w:val="28"/>
          <w:szCs w:val="28"/>
        </w:rPr>
      </w:pPr>
      <w:r w:rsidRPr="006B4B8E">
        <w:rPr>
          <w:rFonts w:ascii="Arial" w:hAnsi="Arial" w:cs="Arial" w:hint="eastAsia"/>
        </w:rPr>
        <w:br w:type="page"/>
      </w:r>
    </w:p>
    <w:p w14:paraId="5F888055" w14:textId="1C583117" w:rsidR="00F70C31" w:rsidRPr="006B4B8E" w:rsidRDefault="00C64EE4">
      <w:pPr>
        <w:pStyle w:val="Heading1"/>
        <w:rPr>
          <w:rFonts w:ascii="Arial" w:hAnsi="Arial" w:cs="Arial"/>
        </w:rPr>
      </w:pPr>
      <w:r w:rsidRPr="006B4B8E">
        <w:rPr>
          <w:rFonts w:ascii="Arial" w:hAnsi="Arial" w:cs="Arial"/>
        </w:rPr>
        <w:lastRenderedPageBreak/>
        <w:t xml:space="preserve">2. </w:t>
      </w:r>
      <w:proofErr w:type="spellStart"/>
      <w:r w:rsidRPr="006B4B8E">
        <w:rPr>
          <w:rFonts w:ascii="Arial" w:hAnsi="Arial" w:cs="Arial"/>
        </w:rPr>
        <w:t>Sažetak</w:t>
      </w:r>
      <w:proofErr w:type="spellEnd"/>
      <w:r w:rsidRPr="006B4B8E">
        <w:rPr>
          <w:rFonts w:ascii="Arial" w:hAnsi="Arial" w:cs="Arial"/>
        </w:rPr>
        <w:t xml:space="preserve"> </w:t>
      </w:r>
      <w:proofErr w:type="spellStart"/>
      <w:r w:rsidRPr="006B4B8E">
        <w:rPr>
          <w:rFonts w:ascii="Arial" w:hAnsi="Arial" w:cs="Arial"/>
        </w:rPr>
        <w:t>realizacije</w:t>
      </w:r>
      <w:proofErr w:type="spellEnd"/>
      <w:r w:rsidR="009B25A8" w:rsidRPr="006B4B8E">
        <w:rPr>
          <w:rFonts w:ascii="Arial" w:hAnsi="Arial" w:cs="Arial"/>
        </w:rPr>
        <w:t xml:space="preserve"> </w:t>
      </w:r>
      <w:proofErr w:type="spellStart"/>
      <w:r w:rsidR="009B25A8" w:rsidRPr="006B4B8E">
        <w:rPr>
          <w:rFonts w:ascii="Arial" w:hAnsi="Arial" w:cs="Arial"/>
        </w:rPr>
        <w:t>istraživanja</w:t>
      </w:r>
      <w:proofErr w:type="spellEnd"/>
    </w:p>
    <w:p w14:paraId="12B0306C" w14:textId="618AAB46" w:rsidR="00F70C31" w:rsidRPr="006B4B8E" w:rsidRDefault="009B25A8">
      <w:pPr>
        <w:rPr>
          <w:rFonts w:ascii="Arial" w:hAnsi="Arial" w:cs="Arial"/>
        </w:rPr>
      </w:pPr>
      <w:r w:rsidRPr="006B4B8E">
        <w:rPr>
          <w:rFonts w:ascii="Arial" w:hAnsi="Arial" w:cs="Arial" w:hint="eastAsia"/>
        </w:rPr>
        <w:t xml:space="preserve">2.1. </w:t>
      </w:r>
      <w:proofErr w:type="spellStart"/>
      <w:r w:rsidR="003E53CF" w:rsidRPr="006B4B8E">
        <w:rPr>
          <w:rFonts w:ascii="Arial" w:hAnsi="Arial" w:cs="Arial" w:hint="eastAsia"/>
        </w:rPr>
        <w:t>O</w:t>
      </w:r>
      <w:r w:rsidR="00C64EE4" w:rsidRPr="006B4B8E">
        <w:rPr>
          <w:rFonts w:ascii="Arial" w:hAnsi="Arial" w:cs="Arial" w:hint="eastAsia"/>
        </w:rPr>
        <w:t>pisati</w:t>
      </w:r>
      <w:proofErr w:type="spellEnd"/>
      <w:r w:rsidR="00C64EE4" w:rsidRPr="006B4B8E">
        <w:rPr>
          <w:rFonts w:ascii="Arial" w:hAnsi="Arial" w:cs="Arial" w:hint="eastAsia"/>
        </w:rPr>
        <w:t xml:space="preserve"> </w:t>
      </w:r>
      <w:proofErr w:type="spellStart"/>
      <w:r w:rsidRPr="006B4B8E">
        <w:rPr>
          <w:rFonts w:ascii="Arial" w:hAnsi="Arial" w:cs="Arial" w:hint="eastAsia"/>
        </w:rPr>
        <w:t>vrstu</w:t>
      </w:r>
      <w:proofErr w:type="spellEnd"/>
      <w:r w:rsidRPr="006B4B8E">
        <w:rPr>
          <w:rFonts w:ascii="Arial" w:hAnsi="Arial" w:cs="Arial" w:hint="eastAsia"/>
        </w:rPr>
        <w:t xml:space="preserve"> </w:t>
      </w:r>
      <w:proofErr w:type="spellStart"/>
      <w:r w:rsidRPr="006B4B8E">
        <w:rPr>
          <w:rFonts w:ascii="Arial" w:hAnsi="Arial" w:cs="Arial" w:hint="eastAsia"/>
        </w:rPr>
        <w:t>istraživanja</w:t>
      </w:r>
      <w:proofErr w:type="spellEnd"/>
      <w:r w:rsidR="00315F3E" w:rsidRPr="006B4B8E">
        <w:rPr>
          <w:rFonts w:ascii="Arial" w:hAnsi="Arial" w:cs="Arial" w:hint="eastAsia"/>
        </w:rPr>
        <w:t xml:space="preserve"> i </w:t>
      </w:r>
      <w:proofErr w:type="spellStart"/>
      <w:r w:rsidR="00315F3E" w:rsidRPr="006B4B8E">
        <w:rPr>
          <w:rFonts w:ascii="Arial" w:hAnsi="Arial" w:cs="Arial" w:hint="eastAsia"/>
        </w:rPr>
        <w:t>realizovane</w:t>
      </w:r>
      <w:proofErr w:type="spellEnd"/>
      <w:r w:rsidR="00315F3E" w:rsidRPr="006B4B8E">
        <w:rPr>
          <w:rFonts w:ascii="Arial" w:hAnsi="Arial" w:cs="Arial" w:hint="eastAsia"/>
        </w:rPr>
        <w:t xml:space="preserve"> </w:t>
      </w:r>
      <w:proofErr w:type="spellStart"/>
      <w:r w:rsidR="00315F3E" w:rsidRPr="006B4B8E">
        <w:rPr>
          <w:rFonts w:ascii="Arial" w:hAnsi="Arial" w:cs="Arial" w:hint="eastAsia"/>
        </w:rPr>
        <w:t>naučnoistraživačke</w:t>
      </w:r>
      <w:proofErr w:type="spellEnd"/>
      <w:r w:rsidR="00315F3E" w:rsidRPr="006B4B8E">
        <w:rPr>
          <w:rFonts w:ascii="Arial" w:hAnsi="Arial" w:cs="Arial" w:hint="eastAsia"/>
        </w:rPr>
        <w:t xml:space="preserve"> </w:t>
      </w:r>
      <w:proofErr w:type="spellStart"/>
      <w:r w:rsidR="00315F3E" w:rsidRPr="006B4B8E">
        <w:rPr>
          <w:rFonts w:ascii="Arial" w:hAnsi="Arial" w:cs="Arial" w:hint="eastAsia"/>
        </w:rPr>
        <w:t>aktivnosti</w:t>
      </w:r>
      <w:proofErr w:type="spellEnd"/>
      <w:r w:rsidR="003E53CF" w:rsidRPr="006B4B8E">
        <w:rPr>
          <w:rFonts w:ascii="Arial" w:hAnsi="Arial" w:cs="Arial" w:hint="eastAsia"/>
        </w:rPr>
        <w:t xml:space="preserve"> (max 400 </w:t>
      </w:r>
      <w:proofErr w:type="spellStart"/>
      <w:r w:rsidR="003E53CF" w:rsidRPr="006B4B8E">
        <w:rPr>
          <w:rFonts w:ascii="Arial" w:hAnsi="Arial" w:cs="Arial" w:hint="eastAsia"/>
        </w:rPr>
        <w:t>riječi</w:t>
      </w:r>
      <w:proofErr w:type="spellEnd"/>
      <w:r w:rsidR="003E53CF" w:rsidRPr="006B4B8E">
        <w:rPr>
          <w:rFonts w:ascii="Arial" w:hAnsi="Arial" w:cs="Arial" w:hint="eastAsia"/>
        </w:rPr>
        <w:t>)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9594"/>
      </w:tblGrid>
      <w:tr w:rsidR="003849E5" w:rsidRPr="003849E5" w14:paraId="69C7FA10" w14:textId="77777777" w:rsidTr="006B4B8E">
        <w:trPr>
          <w:trHeight w:val="2366"/>
        </w:trPr>
        <w:tc>
          <w:tcPr>
            <w:tcW w:w="9594" w:type="dxa"/>
          </w:tcPr>
          <w:p w14:paraId="673B520F" w14:textId="1C51A20E" w:rsidR="003E53CF" w:rsidRPr="006B4B8E" w:rsidRDefault="003E53CF" w:rsidP="006B4B8E">
            <w:pPr>
              <w:pStyle w:val="Heading1"/>
              <w:jc w:val="both"/>
              <w:outlineLvl w:val="0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</w:tr>
    </w:tbl>
    <w:p w14:paraId="28690CC4" w14:textId="77777777" w:rsidR="003E53CF" w:rsidRPr="006B4B8E" w:rsidRDefault="003E53CF">
      <w:pPr>
        <w:pStyle w:val="Heading1"/>
        <w:rPr>
          <w:rFonts w:ascii="Arial" w:hAnsi="Arial" w:cs="Arial"/>
        </w:rPr>
      </w:pPr>
    </w:p>
    <w:p w14:paraId="46C82645" w14:textId="77777777" w:rsidR="003849E5" w:rsidRPr="006B4B8E" w:rsidRDefault="003849E5">
      <w:pPr>
        <w:spacing w:after="200"/>
        <w:rPr>
          <w:rFonts w:ascii="Arial" w:eastAsiaTheme="majorEastAsia" w:hAnsi="Arial" w:cs="Arial"/>
          <w:b/>
          <w:bCs/>
          <w:color w:val="17365D"/>
          <w:sz w:val="28"/>
          <w:szCs w:val="28"/>
        </w:rPr>
      </w:pPr>
      <w:r w:rsidRPr="006B4B8E">
        <w:rPr>
          <w:rFonts w:ascii="Arial" w:hAnsi="Arial" w:cs="Arial" w:hint="eastAsia"/>
        </w:rPr>
        <w:br w:type="page"/>
      </w:r>
    </w:p>
    <w:p w14:paraId="62FDA395" w14:textId="679B2ADC" w:rsidR="00F70C31" w:rsidRPr="006B4B8E" w:rsidRDefault="00C64EE4">
      <w:pPr>
        <w:pStyle w:val="Heading1"/>
        <w:rPr>
          <w:rFonts w:ascii="Arial" w:hAnsi="Arial" w:cs="Arial"/>
        </w:rPr>
      </w:pPr>
      <w:r w:rsidRPr="006B4B8E">
        <w:rPr>
          <w:rFonts w:ascii="Arial" w:hAnsi="Arial" w:cs="Arial"/>
        </w:rPr>
        <w:lastRenderedPageBreak/>
        <w:t>3. Realizacija aktivnosti i rezultata</w:t>
      </w:r>
    </w:p>
    <w:p w14:paraId="3779856A" w14:textId="6070640F" w:rsidR="00F70C31" w:rsidRPr="006B4B8E" w:rsidRDefault="00333A29">
      <w:pPr>
        <w:rPr>
          <w:rFonts w:ascii="Arial" w:hAnsi="Arial" w:cs="Arial"/>
        </w:rPr>
      </w:pPr>
      <w:proofErr w:type="spellStart"/>
      <w:r w:rsidRPr="006B4B8E">
        <w:rPr>
          <w:rFonts w:ascii="Arial" w:hAnsi="Arial" w:cs="Arial" w:hint="eastAsia"/>
        </w:rPr>
        <w:t>Navedite</w:t>
      </w:r>
      <w:proofErr w:type="spellEnd"/>
      <w:r w:rsidRPr="006B4B8E">
        <w:rPr>
          <w:rFonts w:ascii="Arial" w:hAnsi="Arial" w:cs="Arial" w:hint="eastAsia"/>
        </w:rPr>
        <w:t xml:space="preserve"> </w:t>
      </w:r>
      <w:proofErr w:type="spellStart"/>
      <w:r w:rsidRPr="006B4B8E">
        <w:rPr>
          <w:rFonts w:ascii="Arial" w:hAnsi="Arial" w:cs="Arial" w:hint="eastAsia"/>
        </w:rPr>
        <w:t>ostvarene</w:t>
      </w:r>
      <w:proofErr w:type="spellEnd"/>
      <w:r w:rsidRPr="006B4B8E">
        <w:rPr>
          <w:rFonts w:ascii="Arial" w:hAnsi="Arial" w:cs="Arial" w:hint="eastAsia"/>
        </w:rPr>
        <w:t xml:space="preserve"> </w:t>
      </w:r>
      <w:proofErr w:type="spellStart"/>
      <w:r w:rsidRPr="006B4B8E">
        <w:rPr>
          <w:rFonts w:ascii="Arial" w:hAnsi="Arial" w:cs="Arial" w:hint="eastAsia"/>
        </w:rPr>
        <w:t>rezultate</w:t>
      </w:r>
      <w:proofErr w:type="spellEnd"/>
      <w:r w:rsidRPr="006B4B8E">
        <w:rPr>
          <w:rFonts w:ascii="Arial" w:hAnsi="Arial" w:cs="Arial" w:hint="eastAsia"/>
        </w:rPr>
        <w:t xml:space="preserve"> i </w:t>
      </w:r>
      <w:proofErr w:type="spellStart"/>
      <w:r w:rsidRPr="006B4B8E">
        <w:rPr>
          <w:rFonts w:ascii="Arial" w:hAnsi="Arial" w:cs="Arial" w:hint="eastAsia"/>
        </w:rPr>
        <w:t>indikatore</w:t>
      </w:r>
      <w:proofErr w:type="spellEnd"/>
      <w:r w:rsidRPr="006B4B8E">
        <w:rPr>
          <w:rFonts w:ascii="Arial" w:hAnsi="Arial" w:cs="Arial" w:hint="eastAsia"/>
        </w:rPr>
        <w:t xml:space="preserve">, </w:t>
      </w:r>
      <w:proofErr w:type="spellStart"/>
      <w:r w:rsidRPr="006B4B8E">
        <w:rPr>
          <w:rFonts w:ascii="Arial" w:hAnsi="Arial" w:cs="Arial" w:hint="eastAsia"/>
        </w:rPr>
        <w:t>kao</w:t>
      </w:r>
      <w:proofErr w:type="spellEnd"/>
      <w:r w:rsidRPr="006B4B8E">
        <w:rPr>
          <w:rFonts w:ascii="Arial" w:hAnsi="Arial" w:cs="Arial" w:hint="eastAsia"/>
        </w:rPr>
        <w:t xml:space="preserve"> i </w:t>
      </w:r>
      <w:proofErr w:type="spellStart"/>
      <w:r w:rsidRPr="006B4B8E">
        <w:rPr>
          <w:rFonts w:ascii="Arial" w:hAnsi="Arial" w:cs="Arial" w:hint="eastAsia"/>
        </w:rPr>
        <w:t>publikacije</w:t>
      </w:r>
      <w:proofErr w:type="spellEnd"/>
      <w:r w:rsidRPr="006B4B8E">
        <w:rPr>
          <w:rFonts w:ascii="Arial" w:hAnsi="Arial" w:cs="Arial" w:hint="eastAsia"/>
        </w:rPr>
        <w:t xml:space="preserve">, </w:t>
      </w:r>
      <w:proofErr w:type="spellStart"/>
      <w:r w:rsidRPr="006B4B8E">
        <w:rPr>
          <w:rFonts w:ascii="Arial" w:hAnsi="Arial" w:cs="Arial" w:hint="eastAsia"/>
        </w:rPr>
        <w:t>metodologije</w:t>
      </w:r>
      <w:proofErr w:type="spellEnd"/>
      <w:r w:rsidRPr="006B4B8E">
        <w:rPr>
          <w:rFonts w:ascii="Arial" w:hAnsi="Arial" w:cs="Arial" w:hint="eastAsia"/>
        </w:rPr>
        <w:t xml:space="preserve">, </w:t>
      </w:r>
      <w:proofErr w:type="spellStart"/>
      <w:r w:rsidRPr="006B4B8E">
        <w:rPr>
          <w:rFonts w:ascii="Arial" w:hAnsi="Arial" w:cs="Arial" w:hint="eastAsia"/>
        </w:rPr>
        <w:t>prototipove</w:t>
      </w:r>
      <w:proofErr w:type="spellEnd"/>
      <w:r w:rsidRPr="006B4B8E">
        <w:rPr>
          <w:rFonts w:ascii="Arial" w:hAnsi="Arial" w:cs="Arial" w:hint="eastAsia"/>
        </w:rPr>
        <w:t xml:space="preserve"> i sl. </w:t>
      </w:r>
      <w:proofErr w:type="spellStart"/>
      <w:r w:rsidRPr="006B4B8E">
        <w:rPr>
          <w:rFonts w:ascii="Arial" w:hAnsi="Arial" w:cs="Arial" w:hint="eastAsia"/>
        </w:rPr>
        <w:t>proizišle</w:t>
      </w:r>
      <w:proofErr w:type="spellEnd"/>
      <w:r w:rsidRPr="006B4B8E">
        <w:rPr>
          <w:rFonts w:ascii="Arial" w:hAnsi="Arial" w:cs="Arial" w:hint="eastAsia"/>
        </w:rPr>
        <w:t xml:space="preserve"> </w:t>
      </w:r>
      <w:proofErr w:type="spellStart"/>
      <w:r w:rsidRPr="006B4B8E">
        <w:rPr>
          <w:rFonts w:ascii="Arial" w:hAnsi="Arial" w:cs="Arial" w:hint="eastAsia"/>
        </w:rPr>
        <w:t>iz</w:t>
      </w:r>
      <w:proofErr w:type="spellEnd"/>
      <w:r w:rsidRPr="006B4B8E">
        <w:rPr>
          <w:rFonts w:ascii="Arial" w:hAnsi="Arial" w:cs="Arial" w:hint="eastAsia"/>
        </w:rPr>
        <w:t xml:space="preserve"> </w:t>
      </w:r>
      <w:proofErr w:type="spellStart"/>
      <w:r w:rsidRPr="006B4B8E">
        <w:rPr>
          <w:rFonts w:ascii="Arial" w:hAnsi="Arial" w:cs="Arial" w:hint="eastAsia"/>
        </w:rPr>
        <w:t>realizovanog</w:t>
      </w:r>
      <w:proofErr w:type="spellEnd"/>
      <w:r w:rsidRPr="006B4B8E">
        <w:rPr>
          <w:rFonts w:ascii="Arial" w:hAnsi="Arial" w:cs="Arial" w:hint="eastAsia"/>
        </w:rPr>
        <w:t xml:space="preserve"> </w:t>
      </w:r>
      <w:proofErr w:type="spellStart"/>
      <w:r w:rsidRPr="006B4B8E">
        <w:rPr>
          <w:rFonts w:ascii="Arial" w:hAnsi="Arial" w:cs="Arial" w:hint="eastAsia"/>
        </w:rPr>
        <w:t>istraživanja</w:t>
      </w:r>
      <w:proofErr w:type="spellEnd"/>
      <w:r w:rsidR="0075798F">
        <w:rPr>
          <w:rFonts w:ascii="Arial" w:hAnsi="Arial" w:cs="Arial"/>
        </w:rPr>
        <w:t>.</w:t>
      </w:r>
      <w:r w:rsidRPr="006B4B8E">
        <w:rPr>
          <w:rFonts w:ascii="Arial" w:hAnsi="Arial" w:cs="Arial" w:hint="eastAsia"/>
        </w:rPr>
        <w:t xml:space="preserve"> </w:t>
      </w:r>
      <w:r w:rsidR="00C64EE4" w:rsidRPr="006B4B8E">
        <w:rPr>
          <w:rFonts w:ascii="Arial" w:hAnsi="Arial" w:cs="Arial" w:hint="eastAsia"/>
        </w:rPr>
        <w:t xml:space="preserve">Za </w:t>
      </w:r>
      <w:proofErr w:type="spellStart"/>
      <w:r w:rsidR="00C64EE4" w:rsidRPr="006B4B8E">
        <w:rPr>
          <w:rFonts w:ascii="Arial" w:hAnsi="Arial" w:cs="Arial" w:hint="eastAsia"/>
        </w:rPr>
        <w:t>svaku</w:t>
      </w:r>
      <w:proofErr w:type="spellEnd"/>
      <w:r w:rsidR="00C64EE4" w:rsidRPr="006B4B8E">
        <w:rPr>
          <w:rFonts w:ascii="Arial" w:hAnsi="Arial" w:cs="Arial" w:hint="eastAsia"/>
        </w:rPr>
        <w:t xml:space="preserve"> </w:t>
      </w:r>
      <w:proofErr w:type="spellStart"/>
      <w:r w:rsidR="00F05DF4" w:rsidRPr="006B4B8E">
        <w:rPr>
          <w:rFonts w:ascii="Arial" w:hAnsi="Arial" w:cs="Arial" w:hint="eastAsia"/>
        </w:rPr>
        <w:t>realizovan</w:t>
      </w:r>
      <w:r w:rsidR="00C64EE4" w:rsidRPr="006B4B8E">
        <w:rPr>
          <w:rFonts w:ascii="Arial" w:hAnsi="Arial" w:cs="Arial" w:hint="eastAsia"/>
        </w:rPr>
        <w:t>u</w:t>
      </w:r>
      <w:proofErr w:type="spellEnd"/>
      <w:r w:rsidR="00C64EE4" w:rsidRPr="006B4B8E">
        <w:rPr>
          <w:rFonts w:ascii="Arial" w:hAnsi="Arial" w:cs="Arial" w:hint="eastAsia"/>
        </w:rPr>
        <w:t xml:space="preserve"> </w:t>
      </w:r>
      <w:proofErr w:type="spellStart"/>
      <w:r w:rsidR="00C64EE4" w:rsidRPr="006B4B8E">
        <w:rPr>
          <w:rFonts w:ascii="Arial" w:hAnsi="Arial" w:cs="Arial" w:hint="eastAsia"/>
        </w:rPr>
        <w:t>aktivnost</w:t>
      </w:r>
      <w:proofErr w:type="spellEnd"/>
      <w:r w:rsidR="00C64EE4" w:rsidRPr="006B4B8E">
        <w:rPr>
          <w:rFonts w:ascii="Arial" w:hAnsi="Arial" w:cs="Arial" w:hint="eastAsia"/>
        </w:rPr>
        <w:t xml:space="preserve"> </w:t>
      </w:r>
      <w:proofErr w:type="spellStart"/>
      <w:r w:rsidR="00C64EE4" w:rsidRPr="006B4B8E">
        <w:rPr>
          <w:rFonts w:ascii="Arial" w:hAnsi="Arial" w:cs="Arial" w:hint="eastAsia"/>
        </w:rPr>
        <w:t>navesti</w:t>
      </w:r>
      <w:proofErr w:type="spellEnd"/>
      <w:r w:rsidR="00C64EE4" w:rsidRPr="006B4B8E">
        <w:rPr>
          <w:rFonts w:ascii="Arial" w:hAnsi="Arial" w:cs="Arial" w:hint="eastAsia"/>
        </w:rPr>
        <w:t xml:space="preserve"> </w:t>
      </w:r>
      <w:proofErr w:type="spellStart"/>
      <w:r w:rsidR="00C64EE4" w:rsidRPr="006B4B8E">
        <w:rPr>
          <w:rFonts w:ascii="Arial" w:hAnsi="Arial" w:cs="Arial" w:hint="eastAsia"/>
        </w:rPr>
        <w:t>ostvarenje</w:t>
      </w:r>
      <w:proofErr w:type="spellEnd"/>
      <w:r w:rsidR="00C64EE4" w:rsidRPr="006B4B8E">
        <w:rPr>
          <w:rFonts w:ascii="Arial" w:hAnsi="Arial" w:cs="Arial" w:hint="eastAsia"/>
        </w:rPr>
        <w:t xml:space="preserve"> i </w:t>
      </w:r>
      <w:proofErr w:type="spellStart"/>
      <w:r w:rsidR="00C64EE4" w:rsidRPr="006B4B8E">
        <w:rPr>
          <w:rFonts w:ascii="Arial" w:hAnsi="Arial" w:cs="Arial" w:hint="eastAsia"/>
        </w:rPr>
        <w:t>dokaz</w:t>
      </w:r>
      <w:proofErr w:type="spellEnd"/>
      <w:r w:rsidR="00C64EE4" w:rsidRPr="006B4B8E">
        <w:rPr>
          <w:rFonts w:ascii="Arial" w:hAnsi="Arial" w:cs="Arial" w:hint="eastAsia"/>
        </w:rPr>
        <w:t xml:space="preserve">.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3"/>
        <w:gridCol w:w="1884"/>
        <w:gridCol w:w="2138"/>
        <w:gridCol w:w="2155"/>
        <w:gridCol w:w="1298"/>
        <w:gridCol w:w="729"/>
        <w:gridCol w:w="1199"/>
      </w:tblGrid>
      <w:tr w:rsidR="003E53CF" w:rsidRPr="003849E5" w14:paraId="0691799B" w14:textId="77777777" w:rsidTr="006B4B8E">
        <w:trPr>
          <w:tblHeader/>
          <w:jc w:val="center"/>
        </w:trPr>
        <w:tc>
          <w:tcPr>
            <w:tcW w:w="463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FFF7C4" w14:textId="77777777" w:rsidR="003E53CF" w:rsidRPr="006B4B8E" w:rsidRDefault="003E53CF">
            <w:pPr>
              <w:rPr>
                <w:rFonts w:ascii="Arial" w:hAnsi="Arial" w:cs="Arial"/>
              </w:rPr>
            </w:pPr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Br.</w:t>
            </w:r>
          </w:p>
        </w:tc>
        <w:tc>
          <w:tcPr>
            <w:tcW w:w="188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D10640" w14:textId="7801FF8D" w:rsidR="003E53CF" w:rsidRPr="006B4B8E" w:rsidRDefault="003E53CF">
            <w:pPr>
              <w:rPr>
                <w:rFonts w:ascii="Arial" w:hAnsi="Arial" w:cs="Arial"/>
              </w:rPr>
            </w:pP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Planirana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aktivnost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/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rezultat</w:t>
            </w:r>
            <w:proofErr w:type="spellEnd"/>
          </w:p>
        </w:tc>
        <w:tc>
          <w:tcPr>
            <w:tcW w:w="2138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E99C3E" w14:textId="7FB5AEEB" w:rsidR="003E53CF" w:rsidRPr="006B4B8E" w:rsidRDefault="003E53CF">
            <w:pPr>
              <w:rPr>
                <w:rFonts w:ascii="Arial" w:hAnsi="Arial" w:cs="Arial"/>
              </w:rPr>
            </w:pP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Planirani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indikator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/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ciljna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vrijednost</w:t>
            </w:r>
            <w:proofErr w:type="spellEnd"/>
          </w:p>
        </w:tc>
        <w:tc>
          <w:tcPr>
            <w:tcW w:w="2155" w:type="dxa"/>
            <w:shd w:val="clear" w:color="auto" w:fill="17365D"/>
          </w:tcPr>
          <w:p w14:paraId="54DC12CA" w14:textId="19503DF3" w:rsidR="003E53CF" w:rsidRPr="006B4B8E" w:rsidRDefault="003E53CF">
            <w:pPr>
              <w:rPr>
                <w:rFonts w:ascii="Arial" w:hAnsi="Arial" w:cs="Arial"/>
                <w:b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Ostvareni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rezultat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/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vrijednost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indikatora</w:t>
            </w:r>
            <w:proofErr w:type="spellEnd"/>
          </w:p>
        </w:tc>
        <w:tc>
          <w:tcPr>
            <w:tcW w:w="1298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1BCBF1" w14:textId="08038279" w:rsidR="003E53CF" w:rsidRPr="006B4B8E" w:rsidRDefault="003E53CF">
            <w:pPr>
              <w:rPr>
                <w:rFonts w:ascii="Arial" w:hAnsi="Arial" w:cs="Arial"/>
              </w:rPr>
            </w:pP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Ostvareni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troškovi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 xml:space="preserve"> (</w:t>
            </w:r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€</w:t>
            </w:r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)</w:t>
            </w:r>
          </w:p>
        </w:tc>
        <w:tc>
          <w:tcPr>
            <w:tcW w:w="729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6BB916" w14:textId="77777777" w:rsidR="003E53CF" w:rsidRPr="006B4B8E" w:rsidRDefault="003E53CF">
            <w:pPr>
              <w:rPr>
                <w:rFonts w:ascii="Arial" w:hAnsi="Arial" w:cs="Arial"/>
              </w:rPr>
            </w:pPr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Status</w:t>
            </w:r>
          </w:p>
        </w:tc>
        <w:tc>
          <w:tcPr>
            <w:tcW w:w="1199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A86757" w14:textId="5AF288E9" w:rsidR="003E53CF" w:rsidRPr="006B4B8E" w:rsidRDefault="003E53CF">
            <w:pPr>
              <w:rPr>
                <w:rFonts w:ascii="Arial" w:hAnsi="Arial" w:cs="Arial"/>
              </w:rPr>
            </w:pP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Dokaz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/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oznaka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priloga</w:t>
            </w:r>
            <w:proofErr w:type="spellEnd"/>
          </w:p>
        </w:tc>
      </w:tr>
      <w:tr w:rsidR="003E53CF" w:rsidRPr="003849E5" w14:paraId="146A9E9F" w14:textId="77777777" w:rsidTr="006B4B8E">
        <w:trPr>
          <w:jc w:val="center"/>
        </w:trPr>
        <w:tc>
          <w:tcPr>
            <w:tcW w:w="46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F2F2AC" w14:textId="77777777" w:rsidR="003E53CF" w:rsidRPr="006B4B8E" w:rsidRDefault="003E53CF">
            <w:pPr>
              <w:rPr>
                <w:rFonts w:ascii="Arial" w:hAnsi="Arial" w:cs="Arial"/>
              </w:rPr>
            </w:pPr>
          </w:p>
        </w:tc>
        <w:tc>
          <w:tcPr>
            <w:tcW w:w="18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546F47" w14:textId="294B0F14" w:rsidR="003E53CF" w:rsidRPr="006B4B8E" w:rsidRDefault="003E53CF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3DB283" w14:textId="77777777" w:rsidR="003E53CF" w:rsidRPr="006B4B8E" w:rsidRDefault="003E53CF">
            <w:pPr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6728FB74" w14:textId="77777777" w:rsidR="003E53CF" w:rsidRPr="006B4B8E" w:rsidRDefault="003E53CF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F61C84" w14:textId="19C9A0C2" w:rsidR="003E53CF" w:rsidRPr="006B4B8E" w:rsidRDefault="003E53CF">
            <w:pPr>
              <w:rPr>
                <w:rFonts w:ascii="Arial" w:hAnsi="Arial" w:cs="Arial"/>
              </w:rPr>
            </w:pPr>
          </w:p>
        </w:tc>
        <w:tc>
          <w:tcPr>
            <w:tcW w:w="729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B0AE05" w14:textId="77777777" w:rsidR="003E53CF" w:rsidRPr="006B4B8E" w:rsidRDefault="003E53CF">
            <w:pPr>
              <w:rPr>
                <w:rFonts w:ascii="Arial" w:hAnsi="Arial" w:cs="Arial"/>
              </w:rPr>
            </w:pPr>
          </w:p>
        </w:tc>
        <w:tc>
          <w:tcPr>
            <w:tcW w:w="1199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10ED41" w14:textId="77777777" w:rsidR="003E53CF" w:rsidRPr="006B4B8E" w:rsidRDefault="003E53CF">
            <w:pPr>
              <w:rPr>
                <w:rFonts w:ascii="Arial" w:hAnsi="Arial" w:cs="Arial"/>
              </w:rPr>
            </w:pPr>
          </w:p>
        </w:tc>
      </w:tr>
      <w:tr w:rsidR="003E53CF" w:rsidRPr="003849E5" w14:paraId="7891AF38" w14:textId="77777777" w:rsidTr="006B4B8E">
        <w:trPr>
          <w:jc w:val="center"/>
        </w:trPr>
        <w:tc>
          <w:tcPr>
            <w:tcW w:w="46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540297" w14:textId="77777777" w:rsidR="003E53CF" w:rsidRPr="006B4B8E" w:rsidRDefault="003E53CF">
            <w:pPr>
              <w:rPr>
                <w:rFonts w:ascii="Arial" w:hAnsi="Arial" w:cs="Arial"/>
              </w:rPr>
            </w:pPr>
          </w:p>
        </w:tc>
        <w:tc>
          <w:tcPr>
            <w:tcW w:w="18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F449FA" w14:textId="77777777" w:rsidR="003E53CF" w:rsidRPr="006B4B8E" w:rsidRDefault="003E53CF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C6BD9B" w14:textId="77777777" w:rsidR="003E53CF" w:rsidRPr="006B4B8E" w:rsidRDefault="003E53CF">
            <w:pPr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7CB2F412" w14:textId="77777777" w:rsidR="003E53CF" w:rsidRPr="006B4B8E" w:rsidRDefault="003E53CF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64CF95" w14:textId="2A438E33" w:rsidR="003E53CF" w:rsidRPr="006B4B8E" w:rsidRDefault="003E53CF">
            <w:pPr>
              <w:rPr>
                <w:rFonts w:ascii="Arial" w:hAnsi="Arial" w:cs="Arial"/>
              </w:rPr>
            </w:pPr>
          </w:p>
        </w:tc>
        <w:tc>
          <w:tcPr>
            <w:tcW w:w="729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7C4CAA" w14:textId="77777777" w:rsidR="003E53CF" w:rsidRPr="006B4B8E" w:rsidRDefault="003E53CF">
            <w:pPr>
              <w:rPr>
                <w:rFonts w:ascii="Arial" w:hAnsi="Arial" w:cs="Arial"/>
              </w:rPr>
            </w:pPr>
          </w:p>
        </w:tc>
        <w:tc>
          <w:tcPr>
            <w:tcW w:w="1199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95DED1" w14:textId="77777777" w:rsidR="003E53CF" w:rsidRPr="006B4B8E" w:rsidRDefault="003E53CF">
            <w:pPr>
              <w:rPr>
                <w:rFonts w:ascii="Arial" w:hAnsi="Arial" w:cs="Arial"/>
              </w:rPr>
            </w:pPr>
          </w:p>
        </w:tc>
      </w:tr>
    </w:tbl>
    <w:p w14:paraId="3EC99B77" w14:textId="77777777" w:rsidR="003E53CF" w:rsidRPr="006B4B8E" w:rsidRDefault="003E53CF">
      <w:pPr>
        <w:pStyle w:val="Heading1"/>
        <w:rPr>
          <w:rFonts w:ascii="Arial" w:hAnsi="Arial" w:cs="Arial"/>
        </w:rPr>
      </w:pPr>
    </w:p>
    <w:p w14:paraId="12F032FA" w14:textId="77777777" w:rsidR="003849E5" w:rsidRPr="006B4B8E" w:rsidRDefault="003849E5">
      <w:pPr>
        <w:spacing w:after="200"/>
        <w:rPr>
          <w:rFonts w:ascii="Arial" w:eastAsiaTheme="majorEastAsia" w:hAnsi="Arial" w:cs="Arial"/>
          <w:b/>
          <w:bCs/>
          <w:color w:val="17365D"/>
          <w:sz w:val="28"/>
          <w:szCs w:val="28"/>
        </w:rPr>
      </w:pPr>
      <w:r w:rsidRPr="006B4B8E">
        <w:rPr>
          <w:rFonts w:ascii="Arial" w:hAnsi="Arial" w:cs="Arial" w:hint="eastAsia"/>
        </w:rPr>
        <w:br w:type="page"/>
      </w:r>
    </w:p>
    <w:p w14:paraId="33995B85" w14:textId="0770F192" w:rsidR="00F70C31" w:rsidRPr="006B4B8E" w:rsidRDefault="00C64EE4">
      <w:pPr>
        <w:pStyle w:val="Heading1"/>
        <w:rPr>
          <w:rFonts w:ascii="Arial" w:hAnsi="Arial" w:cs="Arial"/>
        </w:rPr>
      </w:pPr>
      <w:r w:rsidRPr="006B4B8E">
        <w:rPr>
          <w:rFonts w:ascii="Arial" w:hAnsi="Arial" w:cs="Arial"/>
        </w:rPr>
        <w:lastRenderedPageBreak/>
        <w:t>4. Odstupanja, rizici i korektivne mjere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2268"/>
        <w:gridCol w:w="3005"/>
        <w:gridCol w:w="1984"/>
      </w:tblGrid>
      <w:tr w:rsidR="00F70C31" w:rsidRPr="003849E5" w14:paraId="38E43704" w14:textId="77777777">
        <w:trPr>
          <w:tblHeader/>
          <w:jc w:val="center"/>
        </w:trPr>
        <w:tc>
          <w:tcPr>
            <w:tcW w:w="2381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58D06A" w14:textId="77777777" w:rsidR="00F70C31" w:rsidRPr="006B4B8E" w:rsidRDefault="00C64EE4">
            <w:pPr>
              <w:rPr>
                <w:rFonts w:ascii="Arial" w:hAnsi="Arial" w:cs="Arial"/>
              </w:rPr>
            </w:pPr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Odstupanje ili rizik</w:t>
            </w:r>
          </w:p>
        </w:tc>
        <w:tc>
          <w:tcPr>
            <w:tcW w:w="2268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4036D7" w14:textId="77777777" w:rsidR="00F70C31" w:rsidRPr="006B4B8E" w:rsidRDefault="00C64EE4">
            <w:pPr>
              <w:rPr>
                <w:rFonts w:ascii="Arial" w:hAnsi="Arial" w:cs="Arial"/>
              </w:rPr>
            </w:pPr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Uticaj na projekat</w:t>
            </w:r>
          </w:p>
        </w:tc>
        <w:tc>
          <w:tcPr>
            <w:tcW w:w="3005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84C920" w14:textId="01D95D8D" w:rsidR="00F70C31" w:rsidRPr="006B4B8E" w:rsidRDefault="00C64EE4">
            <w:pPr>
              <w:rPr>
                <w:rFonts w:ascii="Arial" w:hAnsi="Arial" w:cs="Arial"/>
              </w:rPr>
            </w:pP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Preduzeta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/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planirana</w:t>
            </w:r>
            <w:proofErr w:type="spellEnd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mjera</w:t>
            </w:r>
            <w:proofErr w:type="spellEnd"/>
          </w:p>
        </w:tc>
        <w:tc>
          <w:tcPr>
            <w:tcW w:w="198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247D35" w14:textId="77777777" w:rsidR="00F70C31" w:rsidRPr="006B4B8E" w:rsidRDefault="00C64EE4">
            <w:pPr>
              <w:rPr>
                <w:rFonts w:ascii="Arial" w:hAnsi="Arial" w:cs="Arial"/>
              </w:rPr>
            </w:pPr>
            <w:r w:rsidRPr="006B4B8E">
              <w:rPr>
                <w:rFonts w:ascii="Arial" w:hAnsi="Arial" w:cs="Arial" w:hint="eastAsia"/>
                <w:b/>
                <w:color w:val="FFFFFF"/>
                <w:sz w:val="16"/>
              </w:rPr>
              <w:t>Rok i odgovorno lice</w:t>
            </w:r>
          </w:p>
        </w:tc>
      </w:tr>
      <w:tr w:rsidR="00F70C31" w:rsidRPr="003849E5" w14:paraId="1CE6B809" w14:textId="77777777">
        <w:trPr>
          <w:jc w:val="center"/>
        </w:trPr>
        <w:tc>
          <w:tcPr>
            <w:tcW w:w="23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1F74D0" w14:textId="525CF416" w:rsidR="00F70C31" w:rsidRPr="006B4B8E" w:rsidRDefault="00F70C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D119AB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D28140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B53CB5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  <w:tr w:rsidR="00F70C31" w:rsidRPr="003849E5" w14:paraId="4D1F34A8" w14:textId="77777777">
        <w:trPr>
          <w:jc w:val="center"/>
        </w:trPr>
        <w:tc>
          <w:tcPr>
            <w:tcW w:w="23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2EE14C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860B02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6122DE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838201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  <w:tr w:rsidR="00F70C31" w:rsidRPr="003849E5" w14:paraId="07CBC713" w14:textId="77777777">
        <w:trPr>
          <w:jc w:val="center"/>
        </w:trPr>
        <w:tc>
          <w:tcPr>
            <w:tcW w:w="23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33F822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C307CC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0ECF9D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3F7DD8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  <w:tr w:rsidR="00F70C31" w:rsidRPr="003849E5" w14:paraId="61FCDF5B" w14:textId="77777777">
        <w:trPr>
          <w:jc w:val="center"/>
        </w:trPr>
        <w:tc>
          <w:tcPr>
            <w:tcW w:w="23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A0E444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61DFAA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CE6A3B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CE1B5F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</w:tbl>
    <w:p w14:paraId="2CB28B58" w14:textId="77777777" w:rsidR="003E53CF" w:rsidRPr="006B4B8E" w:rsidRDefault="003E53CF">
      <w:pPr>
        <w:pStyle w:val="Heading1"/>
        <w:rPr>
          <w:rFonts w:ascii="Arial" w:hAnsi="Arial" w:cs="Arial"/>
        </w:rPr>
      </w:pPr>
    </w:p>
    <w:p w14:paraId="6F6357C1" w14:textId="77777777" w:rsidR="003E53CF" w:rsidRPr="006B4B8E" w:rsidRDefault="003E53CF">
      <w:pPr>
        <w:spacing w:after="200"/>
        <w:rPr>
          <w:rFonts w:ascii="Arial" w:eastAsiaTheme="majorEastAsia" w:hAnsi="Arial" w:cs="Arial"/>
          <w:b/>
          <w:bCs/>
          <w:color w:val="17365D"/>
          <w:sz w:val="28"/>
          <w:szCs w:val="28"/>
        </w:rPr>
      </w:pPr>
      <w:r w:rsidRPr="006B4B8E">
        <w:rPr>
          <w:rFonts w:ascii="Arial" w:hAnsi="Arial" w:cs="Arial" w:hint="eastAsia"/>
        </w:rPr>
        <w:br w:type="page"/>
      </w:r>
    </w:p>
    <w:p w14:paraId="3D1189B7" w14:textId="58988CED" w:rsidR="00F70C31" w:rsidRPr="006B4B8E" w:rsidRDefault="00C64EE4">
      <w:pPr>
        <w:pStyle w:val="Heading1"/>
        <w:rPr>
          <w:rFonts w:ascii="Arial" w:hAnsi="Arial" w:cs="Arial"/>
        </w:rPr>
      </w:pPr>
      <w:r w:rsidRPr="006B4B8E">
        <w:rPr>
          <w:rFonts w:ascii="Arial" w:hAnsi="Arial" w:cs="Arial"/>
        </w:rPr>
        <w:lastRenderedPageBreak/>
        <w:t>5. Finansijska realizacija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9"/>
        <w:gridCol w:w="1330"/>
        <w:gridCol w:w="1269"/>
        <w:gridCol w:w="1239"/>
        <w:gridCol w:w="1234"/>
        <w:gridCol w:w="1243"/>
        <w:gridCol w:w="1172"/>
        <w:gridCol w:w="840"/>
      </w:tblGrid>
      <w:tr w:rsidR="007D034B" w:rsidRPr="003849E5" w14:paraId="66AECAA3" w14:textId="77777777" w:rsidTr="006B4B8E">
        <w:tc>
          <w:tcPr>
            <w:tcW w:w="0" w:type="auto"/>
            <w:shd w:val="clear" w:color="auto" w:fill="17365D" w:themeFill="text2" w:themeFillShade="BF"/>
            <w:hideMark/>
          </w:tcPr>
          <w:p w14:paraId="113F6D55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Kategorija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prihvatljivog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troška</w:t>
            </w:r>
            <w:proofErr w:type="spellEnd"/>
          </w:p>
        </w:tc>
        <w:tc>
          <w:tcPr>
            <w:tcW w:w="0" w:type="auto"/>
            <w:shd w:val="clear" w:color="auto" w:fill="17365D" w:themeFill="text2" w:themeFillShade="BF"/>
            <w:hideMark/>
          </w:tcPr>
          <w:p w14:paraId="49520024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Planirano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prema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odobrenom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finansijskom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planu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(€)</w:t>
            </w:r>
          </w:p>
        </w:tc>
        <w:tc>
          <w:tcPr>
            <w:tcW w:w="0" w:type="auto"/>
            <w:shd w:val="clear" w:color="auto" w:fill="17365D" w:themeFill="text2" w:themeFillShade="BF"/>
            <w:hideMark/>
          </w:tcPr>
          <w:p w14:paraId="69DC40A3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Realizovano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u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izvještajnom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periodu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(€)</w:t>
            </w:r>
          </w:p>
        </w:tc>
        <w:tc>
          <w:tcPr>
            <w:tcW w:w="0" w:type="auto"/>
            <w:shd w:val="clear" w:color="auto" w:fill="17365D" w:themeFill="text2" w:themeFillShade="BF"/>
            <w:hideMark/>
          </w:tcPr>
          <w:p w14:paraId="41A8AC12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Kumulativno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realizovano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(€)</w:t>
            </w:r>
          </w:p>
        </w:tc>
        <w:tc>
          <w:tcPr>
            <w:tcW w:w="0" w:type="auto"/>
            <w:shd w:val="clear" w:color="auto" w:fill="17365D" w:themeFill="text2" w:themeFillShade="BF"/>
            <w:hideMark/>
          </w:tcPr>
          <w:p w14:paraId="7EDDF5DE" w14:textId="6C86198C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Finansirano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iz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donacije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/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državne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pomoći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(€)</w:t>
            </w:r>
          </w:p>
        </w:tc>
        <w:tc>
          <w:tcPr>
            <w:tcW w:w="0" w:type="auto"/>
            <w:shd w:val="clear" w:color="auto" w:fill="17365D" w:themeFill="text2" w:themeFillShade="BF"/>
            <w:hideMark/>
          </w:tcPr>
          <w:p w14:paraId="242E42DB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Finansirano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iz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sopstvenih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i/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ili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drugih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izvora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(€)</w:t>
            </w:r>
          </w:p>
        </w:tc>
        <w:tc>
          <w:tcPr>
            <w:tcW w:w="0" w:type="auto"/>
            <w:shd w:val="clear" w:color="auto" w:fill="17365D" w:themeFill="text2" w:themeFillShade="BF"/>
            <w:hideMark/>
          </w:tcPr>
          <w:p w14:paraId="1DC7931E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Neutrošena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sredstva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donacije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(€)</w:t>
            </w:r>
          </w:p>
        </w:tc>
        <w:tc>
          <w:tcPr>
            <w:tcW w:w="0" w:type="auto"/>
            <w:shd w:val="clear" w:color="auto" w:fill="17365D" w:themeFill="text2" w:themeFillShade="BF"/>
            <w:hideMark/>
          </w:tcPr>
          <w:p w14:paraId="0C63AB49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Oznaka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priloga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/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dokaz</w:t>
            </w:r>
            <w:proofErr w:type="spellEnd"/>
          </w:p>
        </w:tc>
      </w:tr>
      <w:tr w:rsidR="007D034B" w:rsidRPr="003849E5" w14:paraId="46036BC1" w14:textId="77777777" w:rsidTr="006B4B8E">
        <w:tc>
          <w:tcPr>
            <w:tcW w:w="0" w:type="auto"/>
            <w:shd w:val="clear" w:color="auto" w:fill="17365D" w:themeFill="text2" w:themeFillShade="BF"/>
            <w:hideMark/>
          </w:tcPr>
          <w:p w14:paraId="5AA0B51E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Troškovi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osoblja</w:t>
            </w:r>
            <w:proofErr w:type="spellEnd"/>
          </w:p>
        </w:tc>
        <w:tc>
          <w:tcPr>
            <w:tcW w:w="0" w:type="auto"/>
            <w:hideMark/>
          </w:tcPr>
          <w:p w14:paraId="62511AEF" w14:textId="74183560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5C833743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30EBE985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656A6789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3E12D2E7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7331C37A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57251E2C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7D034B" w:rsidRPr="003849E5" w14:paraId="4C004C05" w14:textId="77777777" w:rsidTr="006B4B8E">
        <w:tc>
          <w:tcPr>
            <w:tcW w:w="0" w:type="auto"/>
            <w:shd w:val="clear" w:color="auto" w:fill="17365D" w:themeFill="text2" w:themeFillShade="BF"/>
            <w:hideMark/>
          </w:tcPr>
          <w:p w14:paraId="0C49A8ED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Instrumenti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i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oprema</w:t>
            </w:r>
            <w:proofErr w:type="spellEnd"/>
          </w:p>
        </w:tc>
        <w:tc>
          <w:tcPr>
            <w:tcW w:w="0" w:type="auto"/>
            <w:hideMark/>
          </w:tcPr>
          <w:p w14:paraId="00E24F76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050F20A9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3064AF1D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219EC7F5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6369C314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6B6DB9E1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6B80EC90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7D034B" w:rsidRPr="003849E5" w14:paraId="6AE54EAD" w14:textId="77777777" w:rsidTr="006B4B8E">
        <w:tc>
          <w:tcPr>
            <w:tcW w:w="0" w:type="auto"/>
            <w:shd w:val="clear" w:color="auto" w:fill="17365D" w:themeFill="text2" w:themeFillShade="BF"/>
            <w:hideMark/>
          </w:tcPr>
          <w:p w14:paraId="42713176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Zgrade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i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zemljište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,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gdje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je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primjenjivo</w:t>
            </w:r>
            <w:proofErr w:type="spellEnd"/>
          </w:p>
        </w:tc>
        <w:tc>
          <w:tcPr>
            <w:tcW w:w="0" w:type="auto"/>
            <w:hideMark/>
          </w:tcPr>
          <w:p w14:paraId="0B8346F3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46458BE7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7514FC86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41289831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4D635EDA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783A9CDF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7BA10261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7D034B" w:rsidRPr="003849E5" w14:paraId="05017D0B" w14:textId="77777777" w:rsidTr="006B4B8E">
        <w:tc>
          <w:tcPr>
            <w:tcW w:w="0" w:type="auto"/>
            <w:shd w:val="clear" w:color="auto" w:fill="17365D" w:themeFill="text2" w:themeFillShade="BF"/>
            <w:hideMark/>
          </w:tcPr>
          <w:p w14:paraId="7A084465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Ugovorna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istraživanja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,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znanje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,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patenti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,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konsultantske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i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druge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odgovarajuće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usluge</w:t>
            </w:r>
            <w:proofErr w:type="spellEnd"/>
          </w:p>
        </w:tc>
        <w:tc>
          <w:tcPr>
            <w:tcW w:w="0" w:type="auto"/>
            <w:hideMark/>
          </w:tcPr>
          <w:p w14:paraId="2A34D925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487B1D0F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3616A044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1D0F260D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69336FED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7559C191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0F63DC27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7D034B" w:rsidRPr="003849E5" w14:paraId="31883A79" w14:textId="77777777" w:rsidTr="006B4B8E">
        <w:tc>
          <w:tcPr>
            <w:tcW w:w="0" w:type="auto"/>
            <w:shd w:val="clear" w:color="auto" w:fill="17365D" w:themeFill="text2" w:themeFillShade="BF"/>
            <w:hideMark/>
          </w:tcPr>
          <w:p w14:paraId="2526BD4E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Dodatni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režijski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i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drugi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neposredni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troškovi</w:t>
            </w:r>
            <w:proofErr w:type="spellEnd"/>
          </w:p>
        </w:tc>
        <w:tc>
          <w:tcPr>
            <w:tcW w:w="0" w:type="auto"/>
            <w:hideMark/>
          </w:tcPr>
          <w:p w14:paraId="5A39168D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5B23086C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6A06F1F8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277DB606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1CBCD27B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12E38B68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3E67DCA3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7D034B" w:rsidRPr="003849E5" w14:paraId="340C8573" w14:textId="77777777" w:rsidTr="006B4B8E">
        <w:tc>
          <w:tcPr>
            <w:tcW w:w="0" w:type="auto"/>
            <w:shd w:val="clear" w:color="auto" w:fill="17365D" w:themeFill="text2" w:themeFillShade="BF"/>
            <w:hideMark/>
          </w:tcPr>
          <w:p w14:paraId="523804F4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FFFFFF"/>
                <w:sz w:val="16"/>
              </w:rPr>
            </w:pPr>
            <w:r w:rsidRPr="006B4B8E">
              <w:rPr>
                <w:rFonts w:ascii="Arial" w:hAnsi="Arial" w:cs="Arial"/>
                <w:b/>
                <w:color w:val="FFFFFF"/>
                <w:sz w:val="16"/>
              </w:rPr>
              <w:t>UKUPNO</w:t>
            </w:r>
          </w:p>
        </w:tc>
        <w:tc>
          <w:tcPr>
            <w:tcW w:w="0" w:type="auto"/>
            <w:hideMark/>
          </w:tcPr>
          <w:p w14:paraId="4A22EC0B" w14:textId="77777777" w:rsidR="007D034B" w:rsidRPr="006B4B8E" w:rsidRDefault="007D034B" w:rsidP="006B4B8E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38C62EF3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2603E8A9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7F0160B3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72E7B3E7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3DED8EF1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0" w:type="auto"/>
            <w:hideMark/>
          </w:tcPr>
          <w:p w14:paraId="5D918E4A" w14:textId="77777777" w:rsidR="007D034B" w:rsidRPr="006B4B8E" w:rsidRDefault="007D034B" w:rsidP="006B4B8E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</w:tbl>
    <w:p w14:paraId="64DCFB48" w14:textId="1E8A4DCA" w:rsidR="00F70C31" w:rsidRPr="006B4B8E" w:rsidRDefault="00F70C31">
      <w:pPr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10"/>
        <w:gridCol w:w="5228"/>
      </w:tblGrid>
      <w:tr w:rsidR="007D034B" w:rsidRPr="003849E5" w14:paraId="6A71042D" w14:textId="77777777" w:rsidTr="006B4B8E">
        <w:tc>
          <w:tcPr>
            <w:tcW w:w="441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CE2A8C" w14:textId="77777777" w:rsidR="007D034B" w:rsidRPr="006B4B8E" w:rsidRDefault="007D034B" w:rsidP="006B4B8E">
            <w:pPr>
              <w:rPr>
                <w:rFonts w:ascii="Arial" w:hAnsi="Arial" w:cs="Arial"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Finansijski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pokazatelj</w:t>
            </w:r>
            <w:proofErr w:type="spellEnd"/>
          </w:p>
        </w:tc>
        <w:tc>
          <w:tcPr>
            <w:tcW w:w="522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432862" w14:textId="77777777" w:rsidR="007D034B" w:rsidRPr="006B4B8E" w:rsidRDefault="007D034B" w:rsidP="006B4B8E">
            <w:pPr>
              <w:jc w:val="right"/>
              <w:rPr>
                <w:rFonts w:ascii="Arial" w:hAnsi="Arial" w:cs="Arial"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Iznos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/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podatak</w:t>
            </w:r>
            <w:proofErr w:type="spellEnd"/>
          </w:p>
        </w:tc>
      </w:tr>
      <w:tr w:rsidR="007D034B" w:rsidRPr="003849E5" w14:paraId="246266EB" w14:textId="77777777" w:rsidTr="006B4B8E">
        <w:tc>
          <w:tcPr>
            <w:tcW w:w="441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BA249E" w14:textId="77777777" w:rsidR="007D034B" w:rsidRPr="006B4B8E" w:rsidRDefault="007D034B" w:rsidP="006B4B8E">
            <w:pPr>
              <w:rPr>
                <w:rFonts w:ascii="Arial" w:hAnsi="Arial" w:cs="Arial"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Ukupna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vrijednost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projekta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(€)</w:t>
            </w:r>
          </w:p>
        </w:tc>
        <w:tc>
          <w:tcPr>
            <w:tcW w:w="52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1B74F3" w14:textId="4C8A5AC6" w:rsidR="007D034B" w:rsidRPr="006B4B8E" w:rsidRDefault="007D034B" w:rsidP="006B4B8E">
            <w:pPr>
              <w:jc w:val="right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</w:tr>
      <w:tr w:rsidR="007D034B" w:rsidRPr="003849E5" w14:paraId="7165B104" w14:textId="77777777" w:rsidTr="006B4B8E">
        <w:tc>
          <w:tcPr>
            <w:tcW w:w="441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131AA3" w14:textId="77777777" w:rsidR="007D034B" w:rsidRPr="006B4B8E" w:rsidRDefault="007D034B" w:rsidP="006B4B8E">
            <w:pPr>
              <w:rPr>
                <w:rFonts w:ascii="Arial" w:hAnsi="Arial" w:cs="Arial"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Ukupan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iznos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odobrene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donacije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/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državne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pomoći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(€)</w:t>
            </w:r>
          </w:p>
        </w:tc>
        <w:tc>
          <w:tcPr>
            <w:tcW w:w="52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F1D42D" w14:textId="77777777" w:rsidR="007D034B" w:rsidRPr="006B4B8E" w:rsidRDefault="007D034B" w:rsidP="006B4B8E">
            <w:pPr>
              <w:jc w:val="right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</w:tr>
      <w:tr w:rsidR="007D034B" w:rsidRPr="003849E5" w14:paraId="6DE72AAA" w14:textId="77777777" w:rsidTr="006B4B8E">
        <w:tc>
          <w:tcPr>
            <w:tcW w:w="441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44CB3B" w14:textId="77777777" w:rsidR="007D034B" w:rsidRPr="006B4B8E" w:rsidRDefault="007D034B" w:rsidP="006B4B8E">
            <w:pPr>
              <w:rPr>
                <w:rFonts w:ascii="Arial" w:hAnsi="Arial" w:cs="Arial"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Ostvareni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intenzitet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državne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pomoći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(%)</w:t>
            </w:r>
          </w:p>
        </w:tc>
        <w:tc>
          <w:tcPr>
            <w:tcW w:w="52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357C1D" w14:textId="77777777" w:rsidR="007D034B" w:rsidRPr="006B4B8E" w:rsidRDefault="007D034B" w:rsidP="006B4B8E">
            <w:pPr>
              <w:jc w:val="right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</w:tr>
      <w:tr w:rsidR="007D034B" w:rsidRPr="003849E5" w14:paraId="2A28EE05" w14:textId="77777777" w:rsidTr="006B4B8E">
        <w:tc>
          <w:tcPr>
            <w:tcW w:w="441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5CBC8F" w14:textId="77777777" w:rsidR="007D034B" w:rsidRPr="006B4B8E" w:rsidRDefault="007D034B" w:rsidP="006B4B8E">
            <w:pPr>
              <w:rPr>
                <w:rFonts w:ascii="Arial" w:hAnsi="Arial" w:cs="Arial"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Iznos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neprihvatljivih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ili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spornih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troškova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(€)</w:t>
            </w:r>
          </w:p>
        </w:tc>
        <w:tc>
          <w:tcPr>
            <w:tcW w:w="52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BA9D14" w14:textId="77777777" w:rsidR="007D034B" w:rsidRPr="006B4B8E" w:rsidRDefault="007D034B" w:rsidP="006B4B8E">
            <w:pPr>
              <w:jc w:val="right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</w:tr>
      <w:tr w:rsidR="007D034B" w:rsidRPr="003849E5" w14:paraId="22D2624D" w14:textId="77777777" w:rsidTr="006B4B8E">
        <w:tc>
          <w:tcPr>
            <w:tcW w:w="441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400310" w14:textId="77777777" w:rsidR="007D034B" w:rsidRPr="006B4B8E" w:rsidRDefault="007D034B" w:rsidP="006B4B8E">
            <w:pPr>
              <w:rPr>
                <w:rFonts w:ascii="Arial" w:hAnsi="Arial" w:cs="Arial"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Ukupno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neutrošena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sredstva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b/>
                <w:color w:val="FFFFFF"/>
                <w:sz w:val="16"/>
              </w:rPr>
              <w:t>donacije</w:t>
            </w:r>
            <w:proofErr w:type="spellEnd"/>
            <w:r w:rsidRPr="006B4B8E">
              <w:rPr>
                <w:rFonts w:ascii="Arial" w:hAnsi="Arial" w:cs="Arial"/>
                <w:b/>
                <w:color w:val="FFFFFF"/>
                <w:sz w:val="16"/>
              </w:rPr>
              <w:t xml:space="preserve"> (€)</w:t>
            </w:r>
          </w:p>
        </w:tc>
        <w:tc>
          <w:tcPr>
            <w:tcW w:w="52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C2876E" w14:textId="77777777" w:rsidR="007D034B" w:rsidRPr="006B4B8E" w:rsidRDefault="007D034B" w:rsidP="006B4B8E">
            <w:pPr>
              <w:jc w:val="right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</w:tr>
    </w:tbl>
    <w:p w14:paraId="5BB27E76" w14:textId="77777777" w:rsidR="007D034B" w:rsidRPr="006B4B8E" w:rsidRDefault="007D034B">
      <w:pPr>
        <w:pStyle w:val="Heading2"/>
        <w:rPr>
          <w:rFonts w:ascii="Arial" w:hAnsi="Arial" w:cs="Arial"/>
        </w:rPr>
      </w:pPr>
    </w:p>
    <w:p w14:paraId="47A56FE3" w14:textId="77777777" w:rsidR="007D034B" w:rsidRPr="006B4B8E" w:rsidRDefault="007D034B">
      <w:pPr>
        <w:spacing w:after="200"/>
        <w:rPr>
          <w:rFonts w:ascii="Arial" w:eastAsiaTheme="majorEastAsia" w:hAnsi="Arial" w:cs="Arial"/>
          <w:b/>
          <w:bCs/>
          <w:color w:val="17365D"/>
          <w:sz w:val="22"/>
          <w:szCs w:val="26"/>
        </w:rPr>
      </w:pPr>
      <w:r w:rsidRPr="006B4B8E">
        <w:rPr>
          <w:rFonts w:ascii="Arial" w:hAnsi="Arial" w:cs="Arial" w:hint="eastAsia"/>
        </w:rPr>
        <w:br w:type="page"/>
      </w:r>
    </w:p>
    <w:p w14:paraId="0463EFD9" w14:textId="69AA5C57" w:rsidR="00F70C31" w:rsidRPr="006B4B8E" w:rsidRDefault="00C64EE4">
      <w:pPr>
        <w:pStyle w:val="Heading2"/>
        <w:rPr>
          <w:rFonts w:ascii="Arial" w:hAnsi="Arial" w:cs="Arial"/>
        </w:rPr>
      </w:pPr>
      <w:proofErr w:type="spellStart"/>
      <w:r w:rsidRPr="006B4B8E">
        <w:rPr>
          <w:rFonts w:ascii="Arial" w:hAnsi="Arial" w:cs="Arial"/>
        </w:rPr>
        <w:lastRenderedPageBreak/>
        <w:t>Obavezni</w:t>
      </w:r>
      <w:proofErr w:type="spellEnd"/>
      <w:r w:rsidRPr="006B4B8E">
        <w:rPr>
          <w:rFonts w:ascii="Arial" w:hAnsi="Arial" w:cs="Arial"/>
        </w:rPr>
        <w:t xml:space="preserve"> </w:t>
      </w:r>
      <w:proofErr w:type="spellStart"/>
      <w:r w:rsidRPr="006B4B8E">
        <w:rPr>
          <w:rFonts w:ascii="Arial" w:hAnsi="Arial" w:cs="Arial"/>
        </w:rPr>
        <w:t>prilozi</w:t>
      </w:r>
      <w:proofErr w:type="spellEnd"/>
      <w:r w:rsidRPr="006B4B8E">
        <w:rPr>
          <w:rFonts w:ascii="Arial" w:hAnsi="Arial" w:cs="Arial"/>
        </w:rPr>
        <w:t xml:space="preserve"> </w:t>
      </w:r>
      <w:proofErr w:type="spellStart"/>
      <w:r w:rsidRPr="006B4B8E">
        <w:rPr>
          <w:rFonts w:ascii="Arial" w:hAnsi="Arial" w:cs="Arial"/>
        </w:rPr>
        <w:t>uz</w:t>
      </w:r>
      <w:proofErr w:type="spellEnd"/>
      <w:r w:rsidRPr="006B4B8E">
        <w:rPr>
          <w:rFonts w:ascii="Arial" w:hAnsi="Arial" w:cs="Arial"/>
        </w:rPr>
        <w:t xml:space="preserve"> </w:t>
      </w:r>
      <w:proofErr w:type="spellStart"/>
      <w:r w:rsidRPr="006B4B8E">
        <w:rPr>
          <w:rFonts w:ascii="Arial" w:hAnsi="Arial" w:cs="Arial"/>
        </w:rPr>
        <w:t>finansijski</w:t>
      </w:r>
      <w:proofErr w:type="spellEnd"/>
      <w:r w:rsidRPr="006B4B8E">
        <w:rPr>
          <w:rFonts w:ascii="Arial" w:hAnsi="Arial" w:cs="Arial"/>
        </w:rPr>
        <w:t xml:space="preserve"> dio:</w:t>
      </w:r>
    </w:p>
    <w:p w14:paraId="7F1A48E1" w14:textId="3EF85904" w:rsidR="007D034B" w:rsidRPr="006B4B8E" w:rsidRDefault="00DA7CAB" w:rsidP="007D034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62049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34B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izvodi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posebnog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računa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na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koji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su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uplaćena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sredstva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donacije</w:t>
      </w:r>
      <w:proofErr w:type="spellEnd"/>
      <w:r w:rsidR="007D034B" w:rsidRPr="006B4B8E">
        <w:rPr>
          <w:rFonts w:ascii="Arial" w:hAnsi="Arial" w:cs="Arial" w:hint="eastAsia"/>
        </w:rPr>
        <w:t xml:space="preserve">, za </w:t>
      </w:r>
      <w:proofErr w:type="spellStart"/>
      <w:r w:rsidR="007D034B" w:rsidRPr="006B4B8E">
        <w:rPr>
          <w:rFonts w:ascii="Arial" w:hAnsi="Arial" w:cs="Arial" w:hint="eastAsia"/>
        </w:rPr>
        <w:t>izvještajni</w:t>
      </w:r>
      <w:proofErr w:type="spellEnd"/>
      <w:r w:rsidR="007D034B" w:rsidRPr="006B4B8E">
        <w:rPr>
          <w:rFonts w:ascii="Arial" w:hAnsi="Arial" w:cs="Arial" w:hint="eastAsia"/>
        </w:rPr>
        <w:t xml:space="preserve"> period;</w:t>
      </w:r>
    </w:p>
    <w:p w14:paraId="2E6ACEEF" w14:textId="3DB47458" w:rsidR="007D034B" w:rsidRPr="006B4B8E" w:rsidRDefault="00DA7CAB" w:rsidP="007D034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18951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34B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računi</w:t>
      </w:r>
      <w:proofErr w:type="spellEnd"/>
      <w:r w:rsidR="007D034B" w:rsidRPr="006B4B8E">
        <w:rPr>
          <w:rFonts w:ascii="Arial" w:hAnsi="Arial" w:cs="Arial" w:hint="eastAsia"/>
        </w:rPr>
        <w:t xml:space="preserve">, </w:t>
      </w:r>
      <w:proofErr w:type="spellStart"/>
      <w:r w:rsidR="007D034B" w:rsidRPr="006B4B8E">
        <w:rPr>
          <w:rFonts w:ascii="Arial" w:hAnsi="Arial" w:cs="Arial" w:hint="eastAsia"/>
        </w:rPr>
        <w:t>ugovori</w:t>
      </w:r>
      <w:proofErr w:type="spellEnd"/>
      <w:r w:rsidR="007D034B" w:rsidRPr="006B4B8E">
        <w:rPr>
          <w:rFonts w:ascii="Arial" w:hAnsi="Arial" w:cs="Arial" w:hint="eastAsia"/>
        </w:rPr>
        <w:t xml:space="preserve">, </w:t>
      </w:r>
      <w:proofErr w:type="spellStart"/>
      <w:r w:rsidR="007D034B" w:rsidRPr="006B4B8E">
        <w:rPr>
          <w:rFonts w:ascii="Arial" w:hAnsi="Arial" w:cs="Arial" w:hint="eastAsia"/>
        </w:rPr>
        <w:t>fakture</w:t>
      </w:r>
      <w:proofErr w:type="spellEnd"/>
      <w:r w:rsidR="007D034B" w:rsidRPr="006B4B8E">
        <w:rPr>
          <w:rFonts w:ascii="Arial" w:hAnsi="Arial" w:cs="Arial" w:hint="eastAsia"/>
        </w:rPr>
        <w:t xml:space="preserve"> i </w:t>
      </w:r>
      <w:proofErr w:type="spellStart"/>
      <w:r w:rsidR="007D034B" w:rsidRPr="006B4B8E">
        <w:rPr>
          <w:rFonts w:ascii="Arial" w:hAnsi="Arial" w:cs="Arial" w:hint="eastAsia"/>
        </w:rPr>
        <w:t>drugi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dokumenti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kojima</w:t>
      </w:r>
      <w:proofErr w:type="spellEnd"/>
      <w:r w:rsidR="007D034B" w:rsidRPr="006B4B8E">
        <w:rPr>
          <w:rFonts w:ascii="Arial" w:hAnsi="Arial" w:cs="Arial" w:hint="eastAsia"/>
        </w:rPr>
        <w:t xml:space="preserve"> se </w:t>
      </w:r>
      <w:proofErr w:type="spellStart"/>
      <w:r w:rsidR="007D034B" w:rsidRPr="006B4B8E">
        <w:rPr>
          <w:rFonts w:ascii="Arial" w:hAnsi="Arial" w:cs="Arial" w:hint="eastAsia"/>
        </w:rPr>
        <w:t>dokazuju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nastali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troškovi</w:t>
      </w:r>
      <w:proofErr w:type="spellEnd"/>
      <w:r w:rsidR="007D034B" w:rsidRPr="006B4B8E">
        <w:rPr>
          <w:rFonts w:ascii="Arial" w:hAnsi="Arial" w:cs="Arial" w:hint="eastAsia"/>
        </w:rPr>
        <w:t>;</w:t>
      </w:r>
    </w:p>
    <w:p w14:paraId="52916F94" w14:textId="32376F4E" w:rsidR="007D034B" w:rsidRPr="006B4B8E" w:rsidRDefault="00DA7CAB" w:rsidP="007D034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85739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34B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dokazi</w:t>
      </w:r>
      <w:proofErr w:type="spellEnd"/>
      <w:r w:rsidR="007D034B" w:rsidRPr="006B4B8E">
        <w:rPr>
          <w:rFonts w:ascii="Arial" w:hAnsi="Arial" w:cs="Arial" w:hint="eastAsia"/>
        </w:rPr>
        <w:t xml:space="preserve"> o </w:t>
      </w:r>
      <w:proofErr w:type="spellStart"/>
      <w:r w:rsidR="007D034B" w:rsidRPr="006B4B8E">
        <w:rPr>
          <w:rFonts w:ascii="Arial" w:hAnsi="Arial" w:cs="Arial" w:hint="eastAsia"/>
        </w:rPr>
        <w:t>izvršenom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plaćanju</w:t>
      </w:r>
      <w:proofErr w:type="spellEnd"/>
      <w:r w:rsidR="007D034B" w:rsidRPr="006B4B8E">
        <w:rPr>
          <w:rFonts w:ascii="Arial" w:hAnsi="Arial" w:cs="Arial" w:hint="eastAsia"/>
        </w:rPr>
        <w:t>;</w:t>
      </w:r>
    </w:p>
    <w:p w14:paraId="307268EB" w14:textId="7B25E84E" w:rsidR="007D034B" w:rsidRPr="006B4B8E" w:rsidRDefault="00DA7CAB" w:rsidP="007D034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79247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34B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dokazi</w:t>
      </w:r>
      <w:proofErr w:type="spellEnd"/>
      <w:r w:rsidR="007D034B" w:rsidRPr="006B4B8E">
        <w:rPr>
          <w:rFonts w:ascii="Arial" w:hAnsi="Arial" w:cs="Arial" w:hint="eastAsia"/>
        </w:rPr>
        <w:t xml:space="preserve"> o </w:t>
      </w:r>
      <w:proofErr w:type="spellStart"/>
      <w:r w:rsidR="007D034B" w:rsidRPr="006B4B8E">
        <w:rPr>
          <w:rFonts w:ascii="Arial" w:hAnsi="Arial" w:cs="Arial" w:hint="eastAsia"/>
        </w:rPr>
        <w:t>isporuci</w:t>
      </w:r>
      <w:proofErr w:type="spellEnd"/>
      <w:r w:rsidR="007D034B" w:rsidRPr="006B4B8E">
        <w:rPr>
          <w:rFonts w:ascii="Arial" w:hAnsi="Arial" w:cs="Arial" w:hint="eastAsia"/>
        </w:rPr>
        <w:t xml:space="preserve"> robe, </w:t>
      </w:r>
      <w:proofErr w:type="spellStart"/>
      <w:r w:rsidR="007D034B" w:rsidRPr="006B4B8E">
        <w:rPr>
          <w:rFonts w:ascii="Arial" w:hAnsi="Arial" w:cs="Arial" w:hint="eastAsia"/>
        </w:rPr>
        <w:t>nabavci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opreme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ili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izvršenju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usluga</w:t>
      </w:r>
      <w:proofErr w:type="spellEnd"/>
      <w:r w:rsidR="007D034B" w:rsidRPr="006B4B8E">
        <w:rPr>
          <w:rFonts w:ascii="Arial" w:hAnsi="Arial" w:cs="Arial" w:hint="eastAsia"/>
        </w:rPr>
        <w:t xml:space="preserve">, </w:t>
      </w:r>
      <w:proofErr w:type="spellStart"/>
      <w:r w:rsidR="007D034B" w:rsidRPr="006B4B8E">
        <w:rPr>
          <w:rFonts w:ascii="Arial" w:hAnsi="Arial" w:cs="Arial" w:hint="eastAsia"/>
        </w:rPr>
        <w:t>gdje</w:t>
      </w:r>
      <w:proofErr w:type="spellEnd"/>
      <w:r w:rsidR="007D034B" w:rsidRPr="006B4B8E">
        <w:rPr>
          <w:rFonts w:ascii="Arial" w:hAnsi="Arial" w:cs="Arial" w:hint="eastAsia"/>
        </w:rPr>
        <w:t xml:space="preserve"> je </w:t>
      </w:r>
      <w:proofErr w:type="spellStart"/>
      <w:r w:rsidR="007D034B" w:rsidRPr="006B4B8E">
        <w:rPr>
          <w:rFonts w:ascii="Arial" w:hAnsi="Arial" w:cs="Arial" w:hint="eastAsia"/>
        </w:rPr>
        <w:t>primjenjivo</w:t>
      </w:r>
      <w:proofErr w:type="spellEnd"/>
      <w:r w:rsidR="007D034B" w:rsidRPr="006B4B8E">
        <w:rPr>
          <w:rFonts w:ascii="Arial" w:hAnsi="Arial" w:cs="Arial" w:hint="eastAsia"/>
        </w:rPr>
        <w:t>;</w:t>
      </w:r>
    </w:p>
    <w:p w14:paraId="302FC548" w14:textId="453CB79F" w:rsidR="007D034B" w:rsidRPr="006B4B8E" w:rsidRDefault="00DA7CAB" w:rsidP="006B4B8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6838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34B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evidencija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troškova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projekta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koja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omogućava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jasno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razdvajanje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troškova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finansiranih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iz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donacije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od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drugih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troškova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korisnika</w:t>
      </w:r>
      <w:proofErr w:type="spellEnd"/>
      <w:r w:rsidR="007D034B" w:rsidRPr="006B4B8E">
        <w:rPr>
          <w:rFonts w:ascii="Arial" w:hAnsi="Arial" w:cs="Arial" w:hint="eastAsia"/>
        </w:rPr>
        <w:t>;</w:t>
      </w:r>
    </w:p>
    <w:p w14:paraId="33B020B1" w14:textId="480C935D" w:rsidR="007D034B" w:rsidRPr="006B4B8E" w:rsidRDefault="00DA7CAB" w:rsidP="007D034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11215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34B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dokazi</w:t>
      </w:r>
      <w:proofErr w:type="spellEnd"/>
      <w:r w:rsidR="007D034B" w:rsidRPr="006B4B8E">
        <w:rPr>
          <w:rFonts w:ascii="Arial" w:hAnsi="Arial" w:cs="Arial" w:hint="eastAsia"/>
        </w:rPr>
        <w:t xml:space="preserve"> o </w:t>
      </w:r>
      <w:proofErr w:type="spellStart"/>
      <w:r w:rsidR="007D034B" w:rsidRPr="006B4B8E">
        <w:rPr>
          <w:rFonts w:ascii="Arial" w:hAnsi="Arial" w:cs="Arial" w:hint="eastAsia"/>
        </w:rPr>
        <w:t>sopstvenom</w:t>
      </w:r>
      <w:proofErr w:type="spellEnd"/>
      <w:r w:rsidR="007D034B" w:rsidRPr="006B4B8E">
        <w:rPr>
          <w:rFonts w:ascii="Arial" w:hAnsi="Arial" w:cs="Arial" w:hint="eastAsia"/>
        </w:rPr>
        <w:t xml:space="preserve"> i/</w:t>
      </w:r>
      <w:proofErr w:type="spellStart"/>
      <w:r w:rsidR="007D034B" w:rsidRPr="006B4B8E">
        <w:rPr>
          <w:rFonts w:ascii="Arial" w:hAnsi="Arial" w:cs="Arial" w:hint="eastAsia"/>
        </w:rPr>
        <w:t>ili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drugom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sufinansiranju</w:t>
      </w:r>
      <w:proofErr w:type="spellEnd"/>
      <w:r w:rsidR="007D034B" w:rsidRPr="006B4B8E">
        <w:rPr>
          <w:rFonts w:ascii="Arial" w:hAnsi="Arial" w:cs="Arial" w:hint="eastAsia"/>
        </w:rPr>
        <w:t xml:space="preserve">, </w:t>
      </w:r>
      <w:proofErr w:type="spellStart"/>
      <w:r w:rsidR="007D034B" w:rsidRPr="006B4B8E">
        <w:rPr>
          <w:rFonts w:ascii="Arial" w:hAnsi="Arial" w:cs="Arial" w:hint="eastAsia"/>
        </w:rPr>
        <w:t>gdje</w:t>
      </w:r>
      <w:proofErr w:type="spellEnd"/>
      <w:r w:rsidR="007D034B" w:rsidRPr="006B4B8E">
        <w:rPr>
          <w:rFonts w:ascii="Arial" w:hAnsi="Arial" w:cs="Arial" w:hint="eastAsia"/>
        </w:rPr>
        <w:t xml:space="preserve"> je </w:t>
      </w:r>
      <w:proofErr w:type="spellStart"/>
      <w:r w:rsidR="007D034B" w:rsidRPr="006B4B8E">
        <w:rPr>
          <w:rFonts w:ascii="Arial" w:hAnsi="Arial" w:cs="Arial" w:hint="eastAsia"/>
        </w:rPr>
        <w:t>primjenjivo</w:t>
      </w:r>
      <w:proofErr w:type="spellEnd"/>
      <w:r w:rsidR="007D034B" w:rsidRPr="006B4B8E">
        <w:rPr>
          <w:rFonts w:ascii="Arial" w:hAnsi="Arial" w:cs="Arial" w:hint="eastAsia"/>
        </w:rPr>
        <w:t>;</w:t>
      </w:r>
    </w:p>
    <w:p w14:paraId="06E2EF5C" w14:textId="1B190C93" w:rsidR="007D034B" w:rsidRPr="006B4B8E" w:rsidRDefault="00DA7CAB" w:rsidP="007D034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03531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34B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7D034B" w:rsidRPr="006B4B8E">
        <w:rPr>
          <w:rFonts w:ascii="Arial" w:hAnsi="Arial" w:cs="Arial" w:hint="eastAsia"/>
        </w:rPr>
        <w:t xml:space="preserve"> evidencije rada i </w:t>
      </w:r>
      <w:proofErr w:type="spellStart"/>
      <w:r w:rsidR="007D034B" w:rsidRPr="006B4B8E">
        <w:rPr>
          <w:rFonts w:ascii="Arial" w:hAnsi="Arial" w:cs="Arial" w:hint="eastAsia"/>
        </w:rPr>
        <w:t>obračuni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troškova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osoblja</w:t>
      </w:r>
      <w:proofErr w:type="spellEnd"/>
      <w:r w:rsidR="007D034B" w:rsidRPr="006B4B8E">
        <w:rPr>
          <w:rFonts w:ascii="Arial" w:hAnsi="Arial" w:cs="Arial" w:hint="eastAsia"/>
        </w:rPr>
        <w:t xml:space="preserve">, </w:t>
      </w:r>
      <w:proofErr w:type="spellStart"/>
      <w:r w:rsidR="007D034B" w:rsidRPr="006B4B8E">
        <w:rPr>
          <w:rFonts w:ascii="Arial" w:hAnsi="Arial" w:cs="Arial" w:hint="eastAsia"/>
        </w:rPr>
        <w:t>gdje</w:t>
      </w:r>
      <w:proofErr w:type="spellEnd"/>
      <w:r w:rsidR="007D034B" w:rsidRPr="006B4B8E">
        <w:rPr>
          <w:rFonts w:ascii="Arial" w:hAnsi="Arial" w:cs="Arial" w:hint="eastAsia"/>
        </w:rPr>
        <w:t xml:space="preserve"> je </w:t>
      </w:r>
      <w:proofErr w:type="spellStart"/>
      <w:r w:rsidR="007D034B" w:rsidRPr="006B4B8E">
        <w:rPr>
          <w:rFonts w:ascii="Arial" w:hAnsi="Arial" w:cs="Arial" w:hint="eastAsia"/>
        </w:rPr>
        <w:t>primjenjivo</w:t>
      </w:r>
      <w:proofErr w:type="spellEnd"/>
      <w:r w:rsidR="007D034B" w:rsidRPr="006B4B8E">
        <w:rPr>
          <w:rFonts w:ascii="Arial" w:hAnsi="Arial" w:cs="Arial" w:hint="eastAsia"/>
        </w:rPr>
        <w:t>;</w:t>
      </w:r>
    </w:p>
    <w:p w14:paraId="2A63D973" w14:textId="041F7B9F" w:rsidR="00F70C31" w:rsidRPr="006B4B8E" w:rsidRDefault="00DA7CAB" w:rsidP="007D034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29135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34B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druga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dokumentacija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kojom</w:t>
      </w:r>
      <w:proofErr w:type="spellEnd"/>
      <w:r w:rsidR="007D034B" w:rsidRPr="006B4B8E">
        <w:rPr>
          <w:rFonts w:ascii="Arial" w:hAnsi="Arial" w:cs="Arial" w:hint="eastAsia"/>
        </w:rPr>
        <w:t xml:space="preserve"> se </w:t>
      </w:r>
      <w:proofErr w:type="spellStart"/>
      <w:r w:rsidR="007D034B" w:rsidRPr="006B4B8E">
        <w:rPr>
          <w:rFonts w:ascii="Arial" w:hAnsi="Arial" w:cs="Arial" w:hint="eastAsia"/>
        </w:rPr>
        <w:t>dokazuje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opravdanost</w:t>
      </w:r>
      <w:proofErr w:type="spellEnd"/>
      <w:r w:rsidR="007D034B" w:rsidRPr="006B4B8E">
        <w:rPr>
          <w:rFonts w:ascii="Arial" w:hAnsi="Arial" w:cs="Arial" w:hint="eastAsia"/>
        </w:rPr>
        <w:t xml:space="preserve"> i </w:t>
      </w:r>
      <w:proofErr w:type="spellStart"/>
      <w:r w:rsidR="007D034B" w:rsidRPr="006B4B8E">
        <w:rPr>
          <w:rFonts w:ascii="Arial" w:hAnsi="Arial" w:cs="Arial" w:hint="eastAsia"/>
        </w:rPr>
        <w:t>namjensko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korišćenje</w:t>
      </w:r>
      <w:proofErr w:type="spellEnd"/>
      <w:r w:rsidR="007D034B" w:rsidRPr="006B4B8E">
        <w:rPr>
          <w:rFonts w:ascii="Arial" w:hAnsi="Arial" w:cs="Arial" w:hint="eastAsia"/>
        </w:rPr>
        <w:t xml:space="preserve"> </w:t>
      </w:r>
      <w:proofErr w:type="spellStart"/>
      <w:r w:rsidR="007D034B" w:rsidRPr="006B4B8E">
        <w:rPr>
          <w:rFonts w:ascii="Arial" w:hAnsi="Arial" w:cs="Arial" w:hint="eastAsia"/>
        </w:rPr>
        <w:t>sredstava</w:t>
      </w:r>
      <w:proofErr w:type="spellEnd"/>
      <w:r w:rsidR="007D034B" w:rsidRPr="006B4B8E">
        <w:rPr>
          <w:rFonts w:ascii="Arial" w:hAnsi="Arial" w:cs="Arial" w:hint="eastAsia"/>
        </w:rPr>
        <w:t>.</w:t>
      </w:r>
      <w:r w:rsidR="007D034B" w:rsidRPr="006B4B8E" w:rsidDel="007D034B">
        <w:rPr>
          <w:rFonts w:ascii="Arial" w:hAnsi="Arial" w:cs="Arial" w:hint="eastAsia"/>
        </w:rPr>
        <w:t xml:space="preserve"> </w:t>
      </w:r>
    </w:p>
    <w:p w14:paraId="02E19636" w14:textId="77777777" w:rsidR="00AC5FBD" w:rsidRPr="006B4B8E" w:rsidRDefault="00AC5FBD">
      <w:pPr>
        <w:rPr>
          <w:rFonts w:ascii="Arial" w:hAnsi="Arial" w:cs="Arial"/>
        </w:rPr>
      </w:pPr>
    </w:p>
    <w:p w14:paraId="680BDACB" w14:textId="77777777" w:rsidR="003E53CF" w:rsidRPr="006B4B8E" w:rsidRDefault="003E53CF">
      <w:pPr>
        <w:spacing w:after="200"/>
        <w:rPr>
          <w:rFonts w:ascii="Arial" w:eastAsiaTheme="majorEastAsia" w:hAnsi="Arial" w:cs="Arial"/>
          <w:b/>
          <w:bCs/>
          <w:color w:val="17365D"/>
          <w:sz w:val="28"/>
          <w:szCs w:val="28"/>
        </w:rPr>
      </w:pPr>
      <w:r w:rsidRPr="006B4B8E">
        <w:rPr>
          <w:rFonts w:ascii="Arial" w:hAnsi="Arial" w:cs="Arial" w:hint="eastAsia"/>
        </w:rPr>
        <w:br w:type="page"/>
      </w:r>
    </w:p>
    <w:p w14:paraId="31F7C041" w14:textId="44226644" w:rsidR="00F70C31" w:rsidRPr="006B4B8E" w:rsidRDefault="00886DA1">
      <w:pPr>
        <w:pStyle w:val="Heading1"/>
        <w:rPr>
          <w:rFonts w:ascii="Arial" w:hAnsi="Arial" w:cs="Arial"/>
        </w:rPr>
      </w:pPr>
      <w:r w:rsidRPr="006B4B8E">
        <w:rPr>
          <w:rFonts w:ascii="Arial" w:hAnsi="Arial" w:cs="Arial"/>
        </w:rPr>
        <w:lastRenderedPageBreak/>
        <w:t>6</w:t>
      </w:r>
      <w:r w:rsidR="00C64EE4" w:rsidRPr="006B4B8E">
        <w:rPr>
          <w:rFonts w:ascii="Arial" w:hAnsi="Arial" w:cs="Arial"/>
        </w:rPr>
        <w:t xml:space="preserve">. Lista </w:t>
      </w:r>
      <w:proofErr w:type="spellStart"/>
      <w:r w:rsidR="00C64EE4" w:rsidRPr="006B4B8E">
        <w:rPr>
          <w:rFonts w:ascii="Arial" w:hAnsi="Arial" w:cs="Arial"/>
        </w:rPr>
        <w:t>priloga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3685"/>
        <w:gridCol w:w="1417"/>
        <w:gridCol w:w="3685"/>
      </w:tblGrid>
      <w:tr w:rsidR="00AC5FBD" w:rsidRPr="003849E5" w14:paraId="2E5B073F" w14:textId="77777777" w:rsidTr="00AC5FBD">
        <w:trPr>
          <w:tblHeader/>
          <w:jc w:val="center"/>
        </w:trPr>
        <w:tc>
          <w:tcPr>
            <w:tcW w:w="850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FE6FFD" w14:textId="77777777" w:rsidR="00AC5FBD" w:rsidRPr="006B4B8E" w:rsidRDefault="00AC5FBD" w:rsidP="00AC5FBD">
            <w:pPr>
              <w:pStyle w:val="Heading1"/>
              <w:rPr>
                <w:rFonts w:ascii="Arial" w:hAnsi="Arial" w:cs="Arial"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color w:val="FFFFFF"/>
                <w:sz w:val="16"/>
              </w:rPr>
              <w:t>Oznaka</w:t>
            </w:r>
            <w:proofErr w:type="spellEnd"/>
            <w:r w:rsidRPr="006B4B8E">
              <w:rPr>
                <w:rFonts w:ascii="Arial" w:hAnsi="Arial" w:cs="Arial"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color w:val="FFFFFF"/>
                <w:sz w:val="16"/>
              </w:rPr>
              <w:t>priloga</w:t>
            </w:r>
            <w:proofErr w:type="spellEnd"/>
          </w:p>
        </w:tc>
        <w:tc>
          <w:tcPr>
            <w:tcW w:w="3685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1B286F" w14:textId="77777777" w:rsidR="00AC5FBD" w:rsidRPr="006B4B8E" w:rsidRDefault="00AC5FBD" w:rsidP="00AC5FBD">
            <w:pPr>
              <w:pStyle w:val="Heading1"/>
              <w:rPr>
                <w:rFonts w:ascii="Arial" w:hAnsi="Arial" w:cs="Arial"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color w:val="FFFFFF"/>
                <w:sz w:val="16"/>
              </w:rPr>
              <w:t>Naziv</w:t>
            </w:r>
            <w:proofErr w:type="spellEnd"/>
            <w:r w:rsidRPr="006B4B8E">
              <w:rPr>
                <w:rFonts w:ascii="Arial" w:hAnsi="Arial" w:cs="Arial"/>
                <w:color w:val="FFFFFF"/>
                <w:sz w:val="16"/>
              </w:rPr>
              <w:t xml:space="preserve"> </w:t>
            </w:r>
            <w:proofErr w:type="spellStart"/>
            <w:r w:rsidRPr="006B4B8E">
              <w:rPr>
                <w:rFonts w:ascii="Arial" w:hAnsi="Arial" w:cs="Arial"/>
                <w:color w:val="FFFFFF"/>
                <w:sz w:val="16"/>
              </w:rPr>
              <w:t>dokumenta</w:t>
            </w:r>
            <w:proofErr w:type="spellEnd"/>
            <w:r w:rsidRPr="006B4B8E">
              <w:rPr>
                <w:rFonts w:ascii="Arial" w:hAnsi="Arial" w:cs="Arial"/>
                <w:color w:val="FFFFFF"/>
                <w:sz w:val="16"/>
              </w:rPr>
              <w:t xml:space="preserve"> / </w:t>
            </w:r>
            <w:proofErr w:type="spellStart"/>
            <w:r w:rsidRPr="006B4B8E">
              <w:rPr>
                <w:rFonts w:ascii="Arial" w:hAnsi="Arial" w:cs="Arial"/>
                <w:color w:val="FFFFFF"/>
                <w:sz w:val="16"/>
              </w:rPr>
              <w:t>dokaza</w:t>
            </w:r>
            <w:proofErr w:type="spellEnd"/>
          </w:p>
        </w:tc>
        <w:tc>
          <w:tcPr>
            <w:tcW w:w="1417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EAF6F9" w14:textId="77777777" w:rsidR="00AC5FBD" w:rsidRPr="006B4B8E" w:rsidRDefault="00AC5FBD" w:rsidP="00AC5FBD">
            <w:pPr>
              <w:pStyle w:val="Heading1"/>
              <w:rPr>
                <w:rFonts w:ascii="Arial" w:hAnsi="Arial" w:cs="Arial"/>
                <w:color w:val="FFFFFF" w:themeColor="background1"/>
                <w:sz w:val="16"/>
              </w:rPr>
            </w:pPr>
            <w:r w:rsidRPr="006B4B8E">
              <w:rPr>
                <w:rFonts w:ascii="Arial" w:hAnsi="Arial" w:cs="Arial"/>
                <w:color w:val="FFFFFF" w:themeColor="background1"/>
                <w:sz w:val="16"/>
              </w:rPr>
              <w:t xml:space="preserve">Datum </w:t>
            </w:r>
            <w:proofErr w:type="spellStart"/>
            <w:r w:rsidRPr="006B4B8E">
              <w:rPr>
                <w:rFonts w:ascii="Arial" w:hAnsi="Arial" w:cs="Arial"/>
                <w:color w:val="FFFFFF" w:themeColor="background1"/>
                <w:sz w:val="16"/>
              </w:rPr>
              <w:t>dokumenta</w:t>
            </w:r>
            <w:proofErr w:type="spellEnd"/>
          </w:p>
        </w:tc>
        <w:tc>
          <w:tcPr>
            <w:tcW w:w="3685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11A7B1" w14:textId="77777777" w:rsidR="00AC5FBD" w:rsidRPr="006B4B8E" w:rsidRDefault="00AC5FBD" w:rsidP="00AC5FBD">
            <w:pPr>
              <w:pStyle w:val="Heading1"/>
              <w:rPr>
                <w:rFonts w:ascii="Arial" w:hAnsi="Arial" w:cs="Arial"/>
                <w:color w:val="FFFFFF"/>
                <w:sz w:val="16"/>
              </w:rPr>
            </w:pPr>
            <w:proofErr w:type="spellStart"/>
            <w:r w:rsidRPr="006B4B8E">
              <w:rPr>
                <w:rFonts w:ascii="Arial" w:hAnsi="Arial" w:cs="Arial"/>
                <w:color w:val="FFFFFF"/>
                <w:sz w:val="16"/>
              </w:rPr>
              <w:t>Napomena</w:t>
            </w:r>
            <w:proofErr w:type="spellEnd"/>
          </w:p>
        </w:tc>
      </w:tr>
      <w:tr w:rsidR="00AC5FBD" w:rsidRPr="003849E5" w14:paraId="13CC8817" w14:textId="77777777" w:rsidTr="006B4B8E">
        <w:trPr>
          <w:tblHeader/>
          <w:jc w:val="center"/>
        </w:trPr>
        <w:tc>
          <w:tcPr>
            <w:tcW w:w="850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31BC79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  <w:bookmarkStart w:id="1" w:name="_GoBack" w:colFirst="0" w:colLast="0"/>
            <w:r w:rsidRPr="006B4B8E">
              <w:rPr>
                <w:rFonts w:ascii="Arial" w:hAnsi="Arial" w:cs="Arial"/>
                <w:color w:val="000000" w:themeColor="text1"/>
                <w:sz w:val="16"/>
              </w:rPr>
              <w:t>P1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185DD4" w14:textId="26A81018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D448D6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FB03C6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</w:rPr>
            </w:pPr>
          </w:p>
        </w:tc>
      </w:tr>
      <w:tr w:rsidR="00AC5FBD" w:rsidRPr="003849E5" w14:paraId="798FA147" w14:textId="77777777" w:rsidTr="006B4B8E">
        <w:trPr>
          <w:tblHeader/>
          <w:jc w:val="center"/>
        </w:trPr>
        <w:tc>
          <w:tcPr>
            <w:tcW w:w="850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8DA6EF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  <w:r w:rsidRPr="006B4B8E">
              <w:rPr>
                <w:rFonts w:ascii="Arial" w:hAnsi="Arial" w:cs="Arial"/>
                <w:color w:val="000000" w:themeColor="text1"/>
                <w:sz w:val="16"/>
              </w:rPr>
              <w:t>P2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49EABA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BEBB7B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2B5CAF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</w:rPr>
            </w:pPr>
          </w:p>
        </w:tc>
      </w:tr>
      <w:tr w:rsidR="00AC5FBD" w:rsidRPr="003849E5" w14:paraId="2B4E0B6C" w14:textId="77777777" w:rsidTr="006B4B8E">
        <w:trPr>
          <w:tblHeader/>
          <w:jc w:val="center"/>
        </w:trPr>
        <w:tc>
          <w:tcPr>
            <w:tcW w:w="850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2B1CCD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  <w:r w:rsidRPr="006B4B8E">
              <w:rPr>
                <w:rFonts w:ascii="Arial" w:hAnsi="Arial" w:cs="Arial"/>
                <w:color w:val="000000" w:themeColor="text1"/>
                <w:sz w:val="16"/>
              </w:rPr>
              <w:t>P3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FCAFA1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EA6E16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8DF71E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</w:rPr>
            </w:pPr>
          </w:p>
        </w:tc>
      </w:tr>
      <w:tr w:rsidR="00AC5FBD" w:rsidRPr="003849E5" w14:paraId="2ACED825" w14:textId="77777777" w:rsidTr="006B4B8E">
        <w:trPr>
          <w:tblHeader/>
          <w:jc w:val="center"/>
        </w:trPr>
        <w:tc>
          <w:tcPr>
            <w:tcW w:w="850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18F9AF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  <w:r w:rsidRPr="006B4B8E">
              <w:rPr>
                <w:rFonts w:ascii="Arial" w:hAnsi="Arial" w:cs="Arial"/>
                <w:color w:val="000000" w:themeColor="text1"/>
                <w:sz w:val="16"/>
              </w:rPr>
              <w:t>P4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2FAB68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CF7FEF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6BD4C9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</w:rPr>
            </w:pPr>
          </w:p>
        </w:tc>
      </w:tr>
      <w:tr w:rsidR="00AC5FBD" w:rsidRPr="003849E5" w14:paraId="26798C86" w14:textId="77777777" w:rsidTr="006B4B8E">
        <w:trPr>
          <w:tblHeader/>
          <w:jc w:val="center"/>
        </w:trPr>
        <w:tc>
          <w:tcPr>
            <w:tcW w:w="850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46D4F6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  <w:r w:rsidRPr="006B4B8E">
              <w:rPr>
                <w:rFonts w:ascii="Arial" w:hAnsi="Arial" w:cs="Arial"/>
                <w:color w:val="000000" w:themeColor="text1"/>
                <w:sz w:val="16"/>
              </w:rPr>
              <w:t>P5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64D32F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06888B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B10780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</w:rPr>
            </w:pPr>
          </w:p>
        </w:tc>
      </w:tr>
      <w:tr w:rsidR="00AC5FBD" w:rsidRPr="003849E5" w14:paraId="43E57810" w14:textId="77777777" w:rsidTr="006B4B8E">
        <w:trPr>
          <w:tblHeader/>
          <w:jc w:val="center"/>
        </w:trPr>
        <w:tc>
          <w:tcPr>
            <w:tcW w:w="850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10AE0C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  <w:r w:rsidRPr="006B4B8E">
              <w:rPr>
                <w:rFonts w:ascii="Arial" w:hAnsi="Arial" w:cs="Arial"/>
                <w:color w:val="000000" w:themeColor="text1"/>
                <w:sz w:val="16"/>
              </w:rPr>
              <w:t>...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F1D322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3D91D8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110B25" w14:textId="77777777" w:rsidR="00AC5FBD" w:rsidRPr="006B4B8E" w:rsidRDefault="00AC5FBD" w:rsidP="006B4B8E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</w:rPr>
            </w:pPr>
          </w:p>
        </w:tc>
      </w:tr>
      <w:bookmarkEnd w:id="1"/>
    </w:tbl>
    <w:p w14:paraId="3CCC90A4" w14:textId="77777777" w:rsidR="00AC5FBD" w:rsidRPr="006B4B8E" w:rsidRDefault="00AC5FBD">
      <w:pPr>
        <w:pStyle w:val="Heading1"/>
        <w:rPr>
          <w:rFonts w:ascii="Arial" w:hAnsi="Arial" w:cs="Arial"/>
        </w:rPr>
      </w:pPr>
    </w:p>
    <w:p w14:paraId="39717C4D" w14:textId="77777777" w:rsidR="00AC5FBD" w:rsidRPr="006B4B8E" w:rsidRDefault="00AC5FBD">
      <w:pPr>
        <w:spacing w:after="200"/>
        <w:rPr>
          <w:rFonts w:ascii="Arial" w:eastAsiaTheme="majorEastAsia" w:hAnsi="Arial" w:cs="Arial"/>
          <w:b/>
          <w:bCs/>
          <w:color w:val="17365D"/>
          <w:sz w:val="28"/>
          <w:szCs w:val="28"/>
        </w:rPr>
      </w:pPr>
      <w:r w:rsidRPr="006B4B8E">
        <w:rPr>
          <w:rFonts w:ascii="Arial" w:hAnsi="Arial" w:cs="Arial" w:hint="eastAsia"/>
        </w:rPr>
        <w:br w:type="page"/>
      </w:r>
    </w:p>
    <w:p w14:paraId="2CA15E4A" w14:textId="0ED5C19E" w:rsidR="00F70C31" w:rsidRPr="006B4B8E" w:rsidRDefault="00886DA1">
      <w:pPr>
        <w:pStyle w:val="Heading1"/>
        <w:rPr>
          <w:rFonts w:ascii="Arial" w:hAnsi="Arial" w:cs="Arial"/>
        </w:rPr>
      </w:pPr>
      <w:r w:rsidRPr="006B4B8E">
        <w:rPr>
          <w:rFonts w:ascii="Arial" w:hAnsi="Arial" w:cs="Arial"/>
        </w:rPr>
        <w:lastRenderedPageBreak/>
        <w:t>7</w:t>
      </w:r>
      <w:r w:rsidR="00C64EE4" w:rsidRPr="006B4B8E">
        <w:rPr>
          <w:rFonts w:ascii="Arial" w:hAnsi="Arial" w:cs="Arial"/>
        </w:rPr>
        <w:t>. Izjave i ovjera korisnika</w:t>
      </w:r>
    </w:p>
    <w:p w14:paraId="672DAD52" w14:textId="638684A3" w:rsidR="00AC5FBD" w:rsidRPr="006B4B8E" w:rsidRDefault="00DA7CAB" w:rsidP="00AC5FBD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96013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FBD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Podaci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navedeni</w:t>
      </w:r>
      <w:proofErr w:type="spellEnd"/>
      <w:r w:rsidR="00AC5FBD" w:rsidRPr="006B4B8E">
        <w:rPr>
          <w:rFonts w:ascii="Arial" w:hAnsi="Arial" w:cs="Arial" w:hint="eastAsia"/>
        </w:rPr>
        <w:t xml:space="preserve"> u </w:t>
      </w:r>
      <w:proofErr w:type="spellStart"/>
      <w:r w:rsidR="00AC5FBD" w:rsidRPr="006B4B8E">
        <w:rPr>
          <w:rFonts w:ascii="Arial" w:hAnsi="Arial" w:cs="Arial" w:hint="eastAsia"/>
        </w:rPr>
        <w:t>izvještaju</w:t>
      </w:r>
      <w:proofErr w:type="spellEnd"/>
      <w:r w:rsidR="00AC5FBD" w:rsidRPr="006B4B8E">
        <w:rPr>
          <w:rFonts w:ascii="Arial" w:hAnsi="Arial" w:cs="Arial" w:hint="eastAsia"/>
        </w:rPr>
        <w:t xml:space="preserve"> i </w:t>
      </w:r>
      <w:proofErr w:type="spellStart"/>
      <w:r w:rsidR="00AC5FBD" w:rsidRPr="006B4B8E">
        <w:rPr>
          <w:rFonts w:ascii="Arial" w:hAnsi="Arial" w:cs="Arial" w:hint="eastAsia"/>
        </w:rPr>
        <w:t>pratećoj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dokumentaciji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su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potpuni</w:t>
      </w:r>
      <w:proofErr w:type="spellEnd"/>
      <w:r w:rsidR="00AC5FBD" w:rsidRPr="006B4B8E">
        <w:rPr>
          <w:rFonts w:ascii="Arial" w:hAnsi="Arial" w:cs="Arial" w:hint="eastAsia"/>
        </w:rPr>
        <w:t xml:space="preserve"> i </w:t>
      </w:r>
      <w:proofErr w:type="spellStart"/>
      <w:r w:rsidR="00AC5FBD" w:rsidRPr="006B4B8E">
        <w:rPr>
          <w:rFonts w:ascii="Arial" w:hAnsi="Arial" w:cs="Arial" w:hint="eastAsia"/>
        </w:rPr>
        <w:t>tačni</w:t>
      </w:r>
      <w:proofErr w:type="spellEnd"/>
      <w:r w:rsidR="00AC5FBD" w:rsidRPr="006B4B8E">
        <w:rPr>
          <w:rFonts w:ascii="Arial" w:hAnsi="Arial" w:cs="Arial" w:hint="eastAsia"/>
        </w:rPr>
        <w:t>.</w:t>
      </w:r>
    </w:p>
    <w:p w14:paraId="5E5F0AF0" w14:textId="08E8CDAE" w:rsidR="00AC5FBD" w:rsidRPr="006B4B8E" w:rsidRDefault="00DA7CAB" w:rsidP="00AC5FBD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92845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FBD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Sredstva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donacije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korišćena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su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namjenski</w:t>
      </w:r>
      <w:proofErr w:type="spellEnd"/>
      <w:r w:rsidR="00AC5FBD" w:rsidRPr="006B4B8E">
        <w:rPr>
          <w:rFonts w:ascii="Arial" w:hAnsi="Arial" w:cs="Arial" w:hint="eastAsia"/>
        </w:rPr>
        <w:t xml:space="preserve">, </w:t>
      </w:r>
      <w:bookmarkStart w:id="2" w:name="_Hlk236242641"/>
      <w:r w:rsidR="00AC5FBD" w:rsidRPr="006B4B8E">
        <w:rPr>
          <w:rFonts w:ascii="Arial" w:hAnsi="Arial" w:cs="Arial" w:hint="eastAsia"/>
        </w:rPr>
        <w:t xml:space="preserve">u </w:t>
      </w:r>
      <w:proofErr w:type="spellStart"/>
      <w:r w:rsidR="00AC5FBD" w:rsidRPr="006B4B8E">
        <w:rPr>
          <w:rFonts w:ascii="Arial" w:hAnsi="Arial" w:cs="Arial" w:hint="eastAsia"/>
        </w:rPr>
        <w:t>skladu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sa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odobrenim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naučnoistraživačkim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programom</w:t>
      </w:r>
      <w:proofErr w:type="spellEnd"/>
      <w:r w:rsidR="00AC5FBD" w:rsidRPr="006B4B8E">
        <w:rPr>
          <w:rFonts w:ascii="Arial" w:hAnsi="Arial" w:cs="Arial" w:hint="eastAsia"/>
        </w:rPr>
        <w:t>/</w:t>
      </w:r>
      <w:proofErr w:type="spellStart"/>
      <w:r w:rsidR="00AC5FBD" w:rsidRPr="006B4B8E">
        <w:rPr>
          <w:rFonts w:ascii="Arial" w:hAnsi="Arial" w:cs="Arial" w:hint="eastAsia"/>
        </w:rPr>
        <w:t>projektom</w:t>
      </w:r>
      <w:proofErr w:type="spellEnd"/>
      <w:r w:rsidR="00AC5FBD" w:rsidRPr="006B4B8E">
        <w:rPr>
          <w:rFonts w:ascii="Arial" w:hAnsi="Arial" w:cs="Arial" w:hint="eastAsia"/>
        </w:rPr>
        <w:t>.</w:t>
      </w:r>
      <w:bookmarkEnd w:id="2"/>
    </w:p>
    <w:p w14:paraId="7F338575" w14:textId="728DEAD1" w:rsidR="00AC5FBD" w:rsidRPr="006B4B8E" w:rsidRDefault="00DA7CAB" w:rsidP="00AC5FBD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457312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FBD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AC5FBD" w:rsidRPr="006B4B8E">
        <w:rPr>
          <w:rFonts w:ascii="Arial" w:hAnsi="Arial" w:cs="Arial" w:hint="eastAsia"/>
        </w:rPr>
        <w:t xml:space="preserve"> </w:t>
      </w:r>
      <w:bookmarkStart w:id="3" w:name="_Hlk236242670"/>
      <w:proofErr w:type="spellStart"/>
      <w:r w:rsidR="00AC5FBD" w:rsidRPr="006B4B8E">
        <w:rPr>
          <w:rFonts w:ascii="Arial" w:hAnsi="Arial" w:cs="Arial" w:hint="eastAsia"/>
        </w:rPr>
        <w:t>Evidencija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troškova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projekta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omogućava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jasno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razdvajanje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troškova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finansiranih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iz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donacije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od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drugih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troškova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korisnika</w:t>
      </w:r>
      <w:proofErr w:type="spellEnd"/>
      <w:r w:rsidR="00AC5FBD" w:rsidRPr="006B4B8E">
        <w:rPr>
          <w:rFonts w:ascii="Arial" w:hAnsi="Arial" w:cs="Arial" w:hint="eastAsia"/>
        </w:rPr>
        <w:t>.</w:t>
      </w:r>
      <w:bookmarkEnd w:id="3"/>
    </w:p>
    <w:p w14:paraId="7693C566" w14:textId="0DCBF5C5" w:rsidR="00AC5FBD" w:rsidRPr="006B4B8E" w:rsidRDefault="00DA7CAB" w:rsidP="00AC5FBD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76763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FBD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AC5FBD" w:rsidRPr="006B4B8E">
        <w:rPr>
          <w:rFonts w:ascii="Arial" w:hAnsi="Arial" w:cs="Arial" w:hint="eastAsia"/>
        </w:rPr>
        <w:t xml:space="preserve"> </w:t>
      </w:r>
      <w:bookmarkStart w:id="4" w:name="_Hlk236242702"/>
      <w:proofErr w:type="spellStart"/>
      <w:r w:rsidR="00AC5FBD" w:rsidRPr="006B4B8E">
        <w:rPr>
          <w:rFonts w:ascii="Arial" w:hAnsi="Arial" w:cs="Arial" w:hint="eastAsia"/>
        </w:rPr>
        <w:t>Isti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prihvatljivi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trošak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nije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finansiran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niti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pravdan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iz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više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izvora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na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način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kojim</w:t>
      </w:r>
      <w:proofErr w:type="spellEnd"/>
      <w:r w:rsidR="00AC5FBD" w:rsidRPr="006B4B8E">
        <w:rPr>
          <w:rFonts w:ascii="Arial" w:hAnsi="Arial" w:cs="Arial" w:hint="eastAsia"/>
        </w:rPr>
        <w:t xml:space="preserve"> bi se </w:t>
      </w:r>
      <w:proofErr w:type="spellStart"/>
      <w:r w:rsidR="00AC5FBD" w:rsidRPr="006B4B8E">
        <w:rPr>
          <w:rFonts w:ascii="Arial" w:hAnsi="Arial" w:cs="Arial" w:hint="eastAsia"/>
        </w:rPr>
        <w:t>prekoračio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dozvoljeni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intenzitet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državne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pomoći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ili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prekršila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pravila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kumulacije</w:t>
      </w:r>
      <w:proofErr w:type="spellEnd"/>
      <w:r w:rsidR="00AC5FBD" w:rsidRPr="006B4B8E">
        <w:rPr>
          <w:rFonts w:ascii="Arial" w:hAnsi="Arial" w:cs="Arial" w:hint="eastAsia"/>
        </w:rPr>
        <w:t>.</w:t>
      </w:r>
      <w:bookmarkEnd w:id="4"/>
    </w:p>
    <w:p w14:paraId="1ED14AF8" w14:textId="70B677CF" w:rsidR="00AC5FBD" w:rsidRPr="006B4B8E" w:rsidRDefault="00DA7CAB" w:rsidP="00AC5FBD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22297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FBD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AC5FBD" w:rsidRPr="006B4B8E">
        <w:rPr>
          <w:rFonts w:ascii="Arial" w:hAnsi="Arial" w:cs="Arial" w:hint="eastAsia"/>
        </w:rPr>
        <w:t xml:space="preserve"> </w:t>
      </w:r>
      <w:bookmarkStart w:id="5" w:name="_Hlk236242720"/>
      <w:proofErr w:type="spellStart"/>
      <w:r w:rsidR="00AC5FBD" w:rsidRPr="006B4B8E">
        <w:rPr>
          <w:rFonts w:ascii="Arial" w:hAnsi="Arial" w:cs="Arial" w:hint="eastAsia"/>
        </w:rPr>
        <w:t>Komisiji</w:t>
      </w:r>
      <w:proofErr w:type="spellEnd"/>
      <w:r w:rsidR="00AC5FBD" w:rsidRPr="006B4B8E">
        <w:rPr>
          <w:rFonts w:ascii="Arial" w:hAnsi="Arial" w:cs="Arial" w:hint="eastAsia"/>
        </w:rPr>
        <w:t>/</w:t>
      </w:r>
      <w:proofErr w:type="spellStart"/>
      <w:r w:rsidR="00AC5FBD" w:rsidRPr="006B4B8E">
        <w:rPr>
          <w:rFonts w:ascii="Arial" w:hAnsi="Arial" w:cs="Arial" w:hint="eastAsia"/>
        </w:rPr>
        <w:t>Ministarstvu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će</w:t>
      </w:r>
      <w:proofErr w:type="spellEnd"/>
      <w:r w:rsidR="00AC5FBD" w:rsidRPr="006B4B8E">
        <w:rPr>
          <w:rFonts w:ascii="Arial" w:hAnsi="Arial" w:cs="Arial" w:hint="eastAsia"/>
        </w:rPr>
        <w:t xml:space="preserve">, </w:t>
      </w:r>
      <w:proofErr w:type="spellStart"/>
      <w:r w:rsidR="00AC5FBD" w:rsidRPr="006B4B8E">
        <w:rPr>
          <w:rFonts w:ascii="Arial" w:hAnsi="Arial" w:cs="Arial" w:hint="eastAsia"/>
        </w:rPr>
        <w:t>na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zahtjev</w:t>
      </w:r>
      <w:proofErr w:type="spellEnd"/>
      <w:r w:rsidR="00AC5FBD" w:rsidRPr="006B4B8E">
        <w:rPr>
          <w:rFonts w:ascii="Arial" w:hAnsi="Arial" w:cs="Arial" w:hint="eastAsia"/>
        </w:rPr>
        <w:t xml:space="preserve">, </w:t>
      </w:r>
      <w:proofErr w:type="spellStart"/>
      <w:r w:rsidR="00AC5FBD" w:rsidRPr="006B4B8E">
        <w:rPr>
          <w:rFonts w:ascii="Arial" w:hAnsi="Arial" w:cs="Arial" w:hint="eastAsia"/>
        </w:rPr>
        <w:t>biti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omogućen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uvid</w:t>
      </w:r>
      <w:proofErr w:type="spellEnd"/>
      <w:r w:rsidR="00AC5FBD" w:rsidRPr="006B4B8E">
        <w:rPr>
          <w:rFonts w:ascii="Arial" w:hAnsi="Arial" w:cs="Arial" w:hint="eastAsia"/>
        </w:rPr>
        <w:t xml:space="preserve"> u </w:t>
      </w:r>
      <w:proofErr w:type="spellStart"/>
      <w:r w:rsidR="00AC5FBD" w:rsidRPr="006B4B8E">
        <w:rPr>
          <w:rFonts w:ascii="Arial" w:hAnsi="Arial" w:cs="Arial" w:hint="eastAsia"/>
        </w:rPr>
        <w:t>originale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dokumentacije</w:t>
      </w:r>
      <w:proofErr w:type="spellEnd"/>
      <w:r w:rsidR="00AC5FBD" w:rsidRPr="006B4B8E">
        <w:rPr>
          <w:rFonts w:ascii="Arial" w:hAnsi="Arial" w:cs="Arial" w:hint="eastAsia"/>
        </w:rPr>
        <w:t xml:space="preserve"> i </w:t>
      </w:r>
      <w:proofErr w:type="spellStart"/>
      <w:r w:rsidR="00AC5FBD" w:rsidRPr="006B4B8E">
        <w:rPr>
          <w:rFonts w:ascii="Arial" w:hAnsi="Arial" w:cs="Arial" w:hint="eastAsia"/>
        </w:rPr>
        <w:t>druge</w:t>
      </w:r>
      <w:proofErr w:type="spellEnd"/>
      <w:r w:rsidR="00AC5FBD" w:rsidRPr="006B4B8E">
        <w:rPr>
          <w:rFonts w:ascii="Arial" w:hAnsi="Arial" w:cs="Arial" w:hint="eastAsia"/>
        </w:rPr>
        <w:t xml:space="preserve"> </w:t>
      </w:r>
      <w:proofErr w:type="spellStart"/>
      <w:r w:rsidR="00AC5FBD" w:rsidRPr="006B4B8E">
        <w:rPr>
          <w:rFonts w:ascii="Arial" w:hAnsi="Arial" w:cs="Arial" w:hint="eastAsia"/>
        </w:rPr>
        <w:t>relevantne</w:t>
      </w:r>
      <w:proofErr w:type="spellEnd"/>
      <w:r w:rsidR="00AC5FBD" w:rsidRPr="006B4B8E">
        <w:rPr>
          <w:rFonts w:ascii="Arial" w:hAnsi="Arial" w:cs="Arial" w:hint="eastAsia"/>
        </w:rPr>
        <w:t xml:space="preserve"> evidencije.</w:t>
      </w:r>
      <w:bookmarkEnd w:id="5"/>
    </w:p>
    <w:p w14:paraId="29D5B08C" w14:textId="05E2B6B1" w:rsidR="00AC5FBD" w:rsidRPr="006B4B8E" w:rsidRDefault="00AC5FBD">
      <w:pPr>
        <w:rPr>
          <w:rFonts w:ascii="Arial" w:hAnsi="Arial" w:cs="Arial"/>
        </w:rPr>
      </w:pPr>
    </w:p>
    <w:p w14:paraId="658750E2" w14:textId="77777777" w:rsidR="00AC5FBD" w:rsidRPr="006B4B8E" w:rsidRDefault="00AC5FBD">
      <w:pPr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8"/>
        <w:gridCol w:w="6690"/>
      </w:tblGrid>
      <w:tr w:rsidR="00F70C31" w:rsidRPr="003849E5" w14:paraId="52A5AB6C" w14:textId="77777777" w:rsidTr="006B4B8E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0C6640" w14:textId="77777777" w:rsidR="00F70C31" w:rsidRPr="006B4B8E" w:rsidRDefault="00C64EE4">
            <w:pPr>
              <w:rPr>
                <w:rFonts w:ascii="Arial" w:hAnsi="Arial" w:cs="Arial"/>
              </w:rPr>
            </w:pPr>
            <w:r w:rsidRPr="006B4B8E">
              <w:rPr>
                <w:rFonts w:ascii="Arial" w:hAnsi="Arial" w:cs="Arial" w:hint="eastAsia"/>
                <w:b/>
              </w:rPr>
              <w:t>Ime i funkcija ovlašćenog lica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BB7C8B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  <w:tr w:rsidR="00F70C31" w:rsidRPr="003849E5" w14:paraId="798CB6ED" w14:textId="77777777" w:rsidTr="006B4B8E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AE40A7" w14:textId="77777777" w:rsidR="00F70C31" w:rsidRPr="006B4B8E" w:rsidRDefault="00C64EE4">
            <w:pPr>
              <w:rPr>
                <w:rFonts w:ascii="Arial" w:hAnsi="Arial" w:cs="Arial"/>
              </w:rPr>
            </w:pPr>
            <w:r w:rsidRPr="006B4B8E">
              <w:rPr>
                <w:rFonts w:ascii="Arial" w:hAnsi="Arial" w:cs="Arial" w:hint="eastAsia"/>
                <w:b/>
              </w:rPr>
              <w:t>Mjesto i datum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F30829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  <w:tr w:rsidR="00F70C31" w:rsidRPr="003849E5" w14:paraId="0EF4BBE9" w14:textId="77777777" w:rsidTr="006B4B8E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529E7B" w14:textId="77777777" w:rsidR="00F70C31" w:rsidRPr="006B4B8E" w:rsidRDefault="00C64EE4">
            <w:pPr>
              <w:rPr>
                <w:rFonts w:ascii="Arial" w:hAnsi="Arial" w:cs="Arial"/>
              </w:rPr>
            </w:pPr>
            <w:r w:rsidRPr="006B4B8E">
              <w:rPr>
                <w:rFonts w:ascii="Arial" w:hAnsi="Arial" w:cs="Arial" w:hint="eastAsia"/>
                <w:b/>
              </w:rPr>
              <w:t>Potpis i pečat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969C3D" w14:textId="77777777" w:rsidR="00F70C31" w:rsidRPr="006B4B8E" w:rsidRDefault="00F70C31">
            <w:pPr>
              <w:rPr>
                <w:rFonts w:ascii="Arial" w:hAnsi="Arial" w:cs="Arial"/>
              </w:rPr>
            </w:pPr>
          </w:p>
        </w:tc>
      </w:tr>
    </w:tbl>
    <w:p w14:paraId="5DD994C3" w14:textId="77777777" w:rsidR="00C64EE4" w:rsidRPr="006B4B8E" w:rsidRDefault="00C64EE4" w:rsidP="006F100D">
      <w:pPr>
        <w:pStyle w:val="Heading1"/>
        <w:rPr>
          <w:rFonts w:ascii="Arial" w:hAnsi="Arial" w:cs="Arial"/>
        </w:rPr>
      </w:pPr>
    </w:p>
    <w:sectPr w:rsidR="00C64EE4" w:rsidRPr="006B4B8E" w:rsidSect="00034616">
      <w:footerReference w:type="default" r:id="rId8"/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C3A68" w14:textId="77777777" w:rsidR="00DA7CAB" w:rsidRDefault="00DA7CA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88EC4A6" w14:textId="77777777" w:rsidR="00DA7CAB" w:rsidRDefault="00DA7CA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260ED" w14:textId="00A0450C" w:rsidR="00F70C31" w:rsidRDefault="00C64EE4">
    <w:pPr>
      <w:pStyle w:val="Footer"/>
      <w:jc w:val="center"/>
      <w:rPr>
        <w:rFonts w:hint="eastAsia"/>
      </w:rPr>
    </w:pPr>
    <w:bookmarkStart w:id="6" w:name="_Hlk236241780"/>
    <w:bookmarkStart w:id="7" w:name="_Hlk236241781"/>
    <w:proofErr w:type="spellStart"/>
    <w:r>
      <w:rPr>
        <w:sz w:val="16"/>
      </w:rPr>
      <w:t>Obrazac</w:t>
    </w:r>
    <w:proofErr w:type="spellEnd"/>
    <w:r>
      <w:rPr>
        <w:sz w:val="16"/>
      </w:rPr>
      <w:t xml:space="preserve"> </w:t>
    </w:r>
    <w:proofErr w:type="spellStart"/>
    <w:r w:rsidR="003E53CF">
      <w:rPr>
        <w:sz w:val="16"/>
      </w:rPr>
      <w:t>izvještaja</w:t>
    </w:r>
    <w:proofErr w:type="spellEnd"/>
    <w:r w:rsidR="003E53CF">
      <w:rPr>
        <w:sz w:val="16"/>
      </w:rPr>
      <w:t xml:space="preserve"> o </w:t>
    </w:r>
    <w:proofErr w:type="spellStart"/>
    <w:r w:rsidR="003E53CF">
      <w:rPr>
        <w:sz w:val="16"/>
      </w:rPr>
      <w:t>realizaciji</w:t>
    </w:r>
    <w:proofErr w:type="spellEnd"/>
    <w:r w:rsidR="003E53CF">
      <w:rPr>
        <w:sz w:val="16"/>
      </w:rPr>
      <w:t xml:space="preserve"> </w:t>
    </w:r>
    <w:proofErr w:type="spellStart"/>
    <w:r w:rsidR="003E53CF">
      <w:rPr>
        <w:sz w:val="16"/>
      </w:rPr>
      <w:t>naučnoistraživačkog</w:t>
    </w:r>
    <w:proofErr w:type="spellEnd"/>
    <w:r w:rsidR="003E53CF">
      <w:rPr>
        <w:sz w:val="16"/>
      </w:rPr>
      <w:t xml:space="preserve"> </w:t>
    </w:r>
    <w:proofErr w:type="spellStart"/>
    <w:r w:rsidR="003E53CF">
      <w:rPr>
        <w:sz w:val="16"/>
      </w:rPr>
      <w:t>programa</w:t>
    </w:r>
    <w:proofErr w:type="spellEnd"/>
    <w:r w:rsidR="003E53CF">
      <w:rPr>
        <w:sz w:val="16"/>
      </w:rPr>
      <w:t>/</w:t>
    </w:r>
    <w:proofErr w:type="spellStart"/>
    <w:r w:rsidR="003E53CF">
      <w:rPr>
        <w:sz w:val="16"/>
      </w:rPr>
      <w:t>projekta</w:t>
    </w:r>
    <w:bookmarkEnd w:id="6"/>
    <w:bookmarkEnd w:id="7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1C44B" w14:textId="77777777" w:rsidR="00DA7CAB" w:rsidRDefault="00DA7CA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5361F65" w14:textId="77777777" w:rsidR="00DA7CAB" w:rsidRDefault="00DA7CA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58A"/>
    <w:rsid w:val="0015074B"/>
    <w:rsid w:val="00156008"/>
    <w:rsid w:val="001A2BA0"/>
    <w:rsid w:val="0029639D"/>
    <w:rsid w:val="00315F3E"/>
    <w:rsid w:val="00326F90"/>
    <w:rsid w:val="00331745"/>
    <w:rsid w:val="00333A29"/>
    <w:rsid w:val="003849E5"/>
    <w:rsid w:val="003E53CF"/>
    <w:rsid w:val="004D2FC0"/>
    <w:rsid w:val="0058163E"/>
    <w:rsid w:val="00664C6C"/>
    <w:rsid w:val="006B4B8E"/>
    <w:rsid w:val="006F100D"/>
    <w:rsid w:val="006F548A"/>
    <w:rsid w:val="0072332F"/>
    <w:rsid w:val="0075662E"/>
    <w:rsid w:val="0075798F"/>
    <w:rsid w:val="007D034B"/>
    <w:rsid w:val="007E2D57"/>
    <w:rsid w:val="00886DA1"/>
    <w:rsid w:val="008E2312"/>
    <w:rsid w:val="009B03FC"/>
    <w:rsid w:val="009B25A8"/>
    <w:rsid w:val="00A91905"/>
    <w:rsid w:val="00AA1D8D"/>
    <w:rsid w:val="00AA21BB"/>
    <w:rsid w:val="00AA7D54"/>
    <w:rsid w:val="00AC5FBD"/>
    <w:rsid w:val="00B01F3D"/>
    <w:rsid w:val="00B47730"/>
    <w:rsid w:val="00C12276"/>
    <w:rsid w:val="00C64EE4"/>
    <w:rsid w:val="00CB0664"/>
    <w:rsid w:val="00CE34FF"/>
    <w:rsid w:val="00DA7CAB"/>
    <w:rsid w:val="00E5453D"/>
    <w:rsid w:val="00EC7205"/>
    <w:rsid w:val="00F05DF4"/>
    <w:rsid w:val="00F70C31"/>
    <w:rsid w:val="00FC43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A108C0"/>
  <w14:defaultImageDpi w14:val="300"/>
  <w15:docId w15:val="{8B0DAB27-E812-46F6-BE61-9C54D00A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17365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before="200" w:after="1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05D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5D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5DF4"/>
    <w:rPr>
      <w:rFonts w:ascii="Aptos" w:hAnsi="Apto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DF4"/>
    <w:rPr>
      <w:rFonts w:ascii="Aptos" w:hAnsi="Aptos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DF4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DF4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3E53CF"/>
    <w:rPr>
      <w:rFonts w:ascii="Aptos" w:hAnsi="Aptos"/>
      <w:sz w:val="18"/>
    </w:rPr>
  </w:style>
  <w:style w:type="table" w:styleId="GridTable5Dark-Accent1">
    <w:name w:val="Grid Table 5 Dark Accent 1"/>
    <w:basedOn w:val="TableNormal"/>
    <w:uiPriority w:val="50"/>
    <w:rsid w:val="007D034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A490AE-B83F-4366-BA2F-56BD2C55B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Radovic</dc:creator>
  <cp:keywords/>
  <dc:description>generated by python-docx</dc:description>
  <cp:lastModifiedBy>Savica Vujicic</cp:lastModifiedBy>
  <cp:revision>26</cp:revision>
  <dcterms:created xsi:type="dcterms:W3CDTF">2026-07-28T12:12:00Z</dcterms:created>
  <dcterms:modified xsi:type="dcterms:W3CDTF">2026-07-29T16:40:00Z</dcterms:modified>
  <cp:category/>
</cp:coreProperties>
</file>