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B4FC1" w14:textId="77777777" w:rsidR="002E7BDA" w:rsidRPr="00B87141" w:rsidRDefault="002E7BDA" w:rsidP="00B3438A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14:paraId="28F280CB" w14:textId="77777777" w:rsidR="00924CA2" w:rsidRDefault="00924CA2" w:rsidP="00B87141">
      <w:pPr>
        <w:spacing w:after="188"/>
        <w:ind w:left="7762" w:firstLine="158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  </w:t>
      </w:r>
      <w:r w:rsidRPr="00A10092">
        <w:rPr>
          <w:rFonts w:ascii="Arial" w:eastAsia="Times New Roman" w:hAnsi="Arial" w:cs="Arial"/>
          <w:b/>
        </w:rPr>
        <w:t>PP OBRAZAC</w:t>
      </w:r>
    </w:p>
    <w:p w14:paraId="7A43AA75" w14:textId="77777777" w:rsidR="00924CA2" w:rsidRDefault="00924CA2" w:rsidP="00B87141">
      <w:pPr>
        <w:spacing w:after="188"/>
        <w:ind w:left="2002" w:hanging="10"/>
        <w:rPr>
          <w:rFonts w:ascii="Arial" w:eastAsia="Times New Roman" w:hAnsi="Arial" w:cs="Arial"/>
          <w:b/>
        </w:rPr>
      </w:pPr>
    </w:p>
    <w:p w14:paraId="10EF4BFC" w14:textId="77777777" w:rsidR="00924CA2" w:rsidRPr="00B77435" w:rsidRDefault="00924CA2" w:rsidP="00C12F47">
      <w:pPr>
        <w:spacing w:after="188"/>
        <w:ind w:left="2002" w:hanging="10"/>
        <w:jc w:val="center"/>
        <w:rPr>
          <w:rFonts w:ascii="Arial" w:hAnsi="Arial" w:cs="Arial"/>
          <w:b/>
        </w:rPr>
      </w:pPr>
      <w:r w:rsidRPr="00B77435">
        <w:rPr>
          <w:rFonts w:ascii="Arial" w:eastAsia="Times New Roman" w:hAnsi="Arial" w:cs="Arial"/>
          <w:b/>
        </w:rPr>
        <w:t>ZAHTJEV ZA UPIS U REGISTAR POSREDNIKA</w:t>
      </w:r>
    </w:p>
    <w:p w14:paraId="4742B13A" w14:textId="77777777" w:rsidR="00924CA2" w:rsidRPr="00B77435" w:rsidRDefault="00924CA2" w:rsidP="00C12F47">
      <w:pPr>
        <w:spacing w:after="0"/>
        <w:ind w:left="2199" w:hanging="10"/>
        <w:jc w:val="center"/>
        <w:rPr>
          <w:rFonts w:ascii="Arial" w:eastAsia="Times New Roman" w:hAnsi="Arial" w:cs="Arial"/>
          <w:b/>
        </w:rPr>
      </w:pPr>
      <w:r w:rsidRPr="00B77435">
        <w:rPr>
          <w:rFonts w:ascii="Arial" w:eastAsia="Times New Roman" w:hAnsi="Arial" w:cs="Arial"/>
          <w:b/>
        </w:rPr>
        <w:t>U PROMETU I ZAKUPU NEPOKRETNOSTI</w:t>
      </w:r>
    </w:p>
    <w:p w14:paraId="6495DE20" w14:textId="77777777" w:rsidR="00924CA2" w:rsidRPr="00B77435" w:rsidRDefault="00924CA2" w:rsidP="00924CA2">
      <w:pPr>
        <w:spacing w:after="0"/>
        <w:ind w:left="-360" w:hanging="10"/>
        <w:rPr>
          <w:rFonts w:ascii="Arial" w:hAnsi="Arial" w:cs="Arial"/>
        </w:rPr>
      </w:pPr>
    </w:p>
    <w:tbl>
      <w:tblPr>
        <w:tblStyle w:val="TableGrid0"/>
        <w:tblW w:w="10347" w:type="dxa"/>
        <w:tblInd w:w="0" w:type="dxa"/>
        <w:tblCellMar>
          <w:top w:w="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0347"/>
      </w:tblGrid>
      <w:tr w:rsidR="00924CA2" w:rsidRPr="00B77435" w14:paraId="50917BFB" w14:textId="77777777" w:rsidTr="00B87141">
        <w:trPr>
          <w:trHeight w:val="436"/>
        </w:trPr>
        <w:tc>
          <w:tcPr>
            <w:tcW w:w="10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76C95" w14:textId="77777777" w:rsidR="00924CA2" w:rsidRPr="00B77435" w:rsidRDefault="00924CA2" w:rsidP="00FA13EB">
            <w:pPr>
              <w:ind w:left="4106" w:right="2880" w:hanging="835"/>
              <w:rPr>
                <w:rFonts w:ascii="Arial" w:eastAsia="Times New Roman" w:hAnsi="Arial" w:cs="Arial"/>
              </w:rPr>
            </w:pPr>
            <w:proofErr w:type="spellStart"/>
            <w:r w:rsidRPr="00B77435">
              <w:rPr>
                <w:rFonts w:ascii="Arial" w:eastAsia="Times New Roman" w:hAnsi="Arial" w:cs="Arial"/>
              </w:rPr>
              <w:t>Podaci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o </w:t>
            </w:r>
            <w:proofErr w:type="spellStart"/>
            <w:r w:rsidRPr="00B77435">
              <w:rPr>
                <w:rFonts w:ascii="Arial" w:eastAsia="Times New Roman" w:hAnsi="Arial" w:cs="Arial"/>
              </w:rPr>
              <w:t>vrsti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upisa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B77435">
              <w:rPr>
                <w:rFonts w:ascii="Arial" w:eastAsia="Times New Roman" w:hAnsi="Arial" w:cs="Arial"/>
              </w:rPr>
              <w:t>Registar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(</w:t>
            </w:r>
            <w:proofErr w:type="spellStart"/>
            <w:r w:rsidRPr="00B77435">
              <w:rPr>
                <w:rFonts w:ascii="Arial" w:eastAsia="Times New Roman" w:hAnsi="Arial" w:cs="Arial"/>
              </w:rPr>
              <w:t>zaokružiti</w:t>
            </w:r>
            <w:proofErr w:type="spellEnd"/>
            <w:r w:rsidRPr="00B77435">
              <w:rPr>
                <w:rFonts w:ascii="Arial" w:eastAsia="Times New Roman" w:hAnsi="Arial" w:cs="Arial"/>
              </w:rPr>
              <w:t>)</w:t>
            </w:r>
          </w:p>
          <w:p w14:paraId="548D6CBD" w14:textId="77777777" w:rsidR="00924CA2" w:rsidRPr="00B77435" w:rsidRDefault="00924CA2" w:rsidP="00FA13EB">
            <w:pPr>
              <w:ind w:left="4106" w:right="2880" w:hanging="835"/>
              <w:rPr>
                <w:rFonts w:ascii="Arial" w:hAnsi="Arial" w:cs="Arial"/>
              </w:rPr>
            </w:pPr>
            <w:r w:rsidRPr="00B7743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924CA2" w:rsidRPr="00B77435" w14:paraId="06E4037C" w14:textId="77777777" w:rsidTr="00B87141">
        <w:trPr>
          <w:trHeight w:val="1872"/>
        </w:trPr>
        <w:tc>
          <w:tcPr>
            <w:tcW w:w="10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E268B" w14:textId="77777777" w:rsidR="00924CA2" w:rsidRPr="00B77435" w:rsidRDefault="00924CA2" w:rsidP="00FA13EB">
            <w:pPr>
              <w:rPr>
                <w:rFonts w:ascii="Arial" w:eastAsia="Times New Roman" w:hAnsi="Arial" w:cs="Arial"/>
              </w:rPr>
            </w:pPr>
            <w:r w:rsidRPr="00B77435">
              <w:rPr>
                <w:rFonts w:ascii="Arial" w:eastAsia="Times New Roman" w:hAnsi="Arial" w:cs="Arial"/>
              </w:rPr>
              <w:t xml:space="preserve">1.Upis u </w:t>
            </w:r>
            <w:proofErr w:type="spellStart"/>
            <w:r w:rsidRPr="00B77435">
              <w:rPr>
                <w:rFonts w:ascii="Arial" w:eastAsia="Times New Roman" w:hAnsi="Arial" w:cs="Arial"/>
              </w:rPr>
              <w:t>Registar</w:t>
            </w:r>
            <w:proofErr w:type="spellEnd"/>
          </w:p>
          <w:p w14:paraId="6929A4F2" w14:textId="77777777" w:rsidR="00924CA2" w:rsidRPr="00B77435" w:rsidRDefault="00924CA2" w:rsidP="00FA13EB">
            <w:pPr>
              <w:rPr>
                <w:rFonts w:ascii="Arial" w:eastAsia="Times New Roman" w:hAnsi="Arial" w:cs="Arial"/>
              </w:rPr>
            </w:pPr>
          </w:p>
          <w:p w14:paraId="7DA9BAE4" w14:textId="77777777" w:rsidR="00924CA2" w:rsidRPr="00B77435" w:rsidRDefault="00924CA2" w:rsidP="00FA13EB">
            <w:pPr>
              <w:rPr>
                <w:rFonts w:ascii="Arial" w:eastAsia="Times New Roman" w:hAnsi="Arial" w:cs="Arial"/>
              </w:rPr>
            </w:pPr>
            <w:r w:rsidRPr="00B77435">
              <w:rPr>
                <w:rFonts w:ascii="Arial" w:eastAsia="Times New Roman" w:hAnsi="Arial" w:cs="Arial"/>
              </w:rPr>
              <w:t xml:space="preserve">2.Upis </w:t>
            </w:r>
            <w:proofErr w:type="spellStart"/>
            <w:r w:rsidRPr="00B77435">
              <w:rPr>
                <w:rFonts w:ascii="Arial" w:eastAsia="Times New Roman" w:hAnsi="Arial" w:cs="Arial"/>
              </w:rPr>
              <w:t>promjene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B77435">
              <w:rPr>
                <w:rFonts w:ascii="Arial" w:eastAsia="Times New Roman" w:hAnsi="Arial" w:cs="Arial"/>
              </w:rPr>
              <w:t>Registru</w:t>
            </w:r>
            <w:proofErr w:type="spellEnd"/>
          </w:p>
          <w:p w14:paraId="7373BB01" w14:textId="77777777" w:rsidR="00924CA2" w:rsidRPr="00B77435" w:rsidRDefault="00924CA2" w:rsidP="00FA13EB">
            <w:pPr>
              <w:rPr>
                <w:rFonts w:ascii="Arial" w:hAnsi="Arial" w:cs="Arial"/>
              </w:rPr>
            </w:pPr>
            <w:r w:rsidRPr="00B77435">
              <w:rPr>
                <w:rFonts w:ascii="Arial" w:hAnsi="Arial" w:cs="Arial"/>
              </w:rPr>
              <w:t xml:space="preserve"> </w:t>
            </w:r>
          </w:p>
          <w:p w14:paraId="39DA1112" w14:textId="77777777" w:rsidR="00924CA2" w:rsidRPr="00B77435" w:rsidRDefault="00924CA2" w:rsidP="00FA13EB">
            <w:pPr>
              <w:jc w:val="both"/>
              <w:rPr>
                <w:rFonts w:ascii="Arial" w:hAnsi="Arial" w:cs="Arial"/>
              </w:rPr>
            </w:pPr>
            <w:proofErr w:type="gramStart"/>
            <w:r w:rsidRPr="00B77435">
              <w:rPr>
                <w:rFonts w:ascii="Arial" w:hAnsi="Arial" w:cs="Arial"/>
              </w:rPr>
              <w:t>a)</w:t>
            </w:r>
            <w:proofErr w:type="spellStart"/>
            <w:r w:rsidRPr="00B77435">
              <w:rPr>
                <w:rFonts w:ascii="Arial" w:hAnsi="Arial" w:cs="Arial"/>
              </w:rPr>
              <w:t>Prijava</w:t>
            </w:r>
            <w:proofErr w:type="spellEnd"/>
            <w:proofErr w:type="gramEnd"/>
            <w:r w:rsidRPr="00B77435">
              <w:rPr>
                <w:rFonts w:ascii="Arial" w:hAnsi="Arial" w:cs="Arial"/>
              </w:rPr>
              <w:t xml:space="preserve"> </w:t>
            </w:r>
            <w:proofErr w:type="spellStart"/>
            <w:r w:rsidRPr="00B77435">
              <w:rPr>
                <w:rFonts w:ascii="Arial" w:hAnsi="Arial" w:cs="Arial"/>
              </w:rPr>
              <w:t>lica</w:t>
            </w:r>
            <w:proofErr w:type="spellEnd"/>
            <w:r w:rsidRPr="00B77435">
              <w:rPr>
                <w:rFonts w:ascii="Arial" w:hAnsi="Arial" w:cs="Arial"/>
              </w:rPr>
              <w:t xml:space="preserve"> </w:t>
            </w:r>
            <w:proofErr w:type="spellStart"/>
            <w:r w:rsidRPr="00B77435">
              <w:rPr>
                <w:rFonts w:ascii="Arial" w:hAnsi="Arial" w:cs="Arial"/>
              </w:rPr>
              <w:t>sa</w:t>
            </w:r>
            <w:proofErr w:type="spellEnd"/>
            <w:r w:rsidRPr="00B77435">
              <w:rPr>
                <w:rFonts w:ascii="Arial" w:hAnsi="Arial" w:cs="Arial"/>
              </w:rPr>
              <w:t xml:space="preserve"> </w:t>
            </w:r>
            <w:proofErr w:type="spellStart"/>
            <w:r w:rsidRPr="00B77435">
              <w:rPr>
                <w:rFonts w:ascii="Arial" w:hAnsi="Arial" w:cs="Arial"/>
              </w:rPr>
              <w:t>položenim</w:t>
            </w:r>
            <w:proofErr w:type="spellEnd"/>
            <w:r w:rsidRPr="00B77435">
              <w:rPr>
                <w:rFonts w:ascii="Arial" w:hAnsi="Arial" w:cs="Arial"/>
              </w:rPr>
              <w:t xml:space="preserve"> </w:t>
            </w:r>
            <w:proofErr w:type="spellStart"/>
            <w:r w:rsidRPr="00B77435">
              <w:rPr>
                <w:rFonts w:ascii="Arial" w:hAnsi="Arial" w:cs="Arial"/>
              </w:rPr>
              <w:t>stručnim</w:t>
            </w:r>
            <w:proofErr w:type="spellEnd"/>
            <w:r w:rsidRPr="00B77435">
              <w:rPr>
                <w:rFonts w:ascii="Arial" w:hAnsi="Arial" w:cs="Arial"/>
              </w:rPr>
              <w:t xml:space="preserve"> </w:t>
            </w:r>
            <w:proofErr w:type="spellStart"/>
            <w:r w:rsidRPr="00B77435">
              <w:rPr>
                <w:rFonts w:ascii="Arial" w:hAnsi="Arial" w:cs="Arial"/>
              </w:rPr>
              <w:t>ispitom</w:t>
            </w:r>
            <w:proofErr w:type="spellEnd"/>
          </w:p>
          <w:p w14:paraId="7DCDB52E" w14:textId="77777777" w:rsidR="00924CA2" w:rsidRPr="00B77435" w:rsidRDefault="00924CA2" w:rsidP="00FA13EB">
            <w:pPr>
              <w:jc w:val="both"/>
              <w:rPr>
                <w:rFonts w:ascii="Arial" w:eastAsia="Times New Roman" w:hAnsi="Arial" w:cs="Arial"/>
                <w:bCs/>
              </w:rPr>
            </w:pPr>
            <w:proofErr w:type="gramStart"/>
            <w:r w:rsidRPr="00B77435">
              <w:rPr>
                <w:rFonts w:ascii="Arial" w:eastAsia="Times New Roman" w:hAnsi="Arial" w:cs="Arial"/>
                <w:bCs/>
              </w:rPr>
              <w:t>b)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Odjava</w:t>
            </w:r>
            <w:proofErr w:type="spellEnd"/>
            <w:proofErr w:type="gramEnd"/>
            <w:r w:rsidRPr="00B77435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lica</w:t>
            </w:r>
            <w:proofErr w:type="spellEnd"/>
            <w:r w:rsidRPr="00B77435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sa</w:t>
            </w:r>
            <w:proofErr w:type="spellEnd"/>
            <w:r w:rsidRPr="00B77435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položenim</w:t>
            </w:r>
            <w:proofErr w:type="spellEnd"/>
            <w:r w:rsidRPr="00B77435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stručnim</w:t>
            </w:r>
            <w:proofErr w:type="spellEnd"/>
            <w:r w:rsidRPr="00B77435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ispitom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</w:p>
          <w:p w14:paraId="57AC9727" w14:textId="77777777" w:rsidR="00924CA2" w:rsidRPr="00B77435" w:rsidRDefault="00924CA2" w:rsidP="00FA13EB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B77435">
              <w:rPr>
                <w:rFonts w:ascii="Arial" w:eastAsia="Times New Roman" w:hAnsi="Arial" w:cs="Arial"/>
                <w:bCs/>
              </w:rPr>
              <w:t>c)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Promjena</w:t>
            </w:r>
            <w:proofErr w:type="spellEnd"/>
            <w:r w:rsidRPr="00B77435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poslovnog</w:t>
            </w:r>
            <w:proofErr w:type="spellEnd"/>
            <w:r w:rsidRPr="00B77435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imena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</w:p>
          <w:p w14:paraId="132F8D4F" w14:textId="77777777" w:rsidR="00924CA2" w:rsidRPr="00B77435" w:rsidRDefault="00924CA2" w:rsidP="00FA13EB">
            <w:pPr>
              <w:jc w:val="both"/>
              <w:rPr>
                <w:rFonts w:ascii="Arial" w:eastAsia="Times New Roman" w:hAnsi="Arial" w:cs="Arial"/>
              </w:rPr>
            </w:pPr>
            <w:r w:rsidRPr="00B77435">
              <w:rPr>
                <w:rFonts w:ascii="Arial" w:eastAsia="Times New Roman" w:hAnsi="Arial" w:cs="Arial"/>
              </w:rPr>
              <w:t>d)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Promjena</w:t>
            </w:r>
            <w:proofErr w:type="spellEnd"/>
            <w:r w:rsidRPr="00B77435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adrese</w:t>
            </w:r>
            <w:proofErr w:type="spellEnd"/>
            <w:r w:rsidRPr="00B77435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sjedišta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</w:p>
          <w:p w14:paraId="224CD6E2" w14:textId="77777777" w:rsidR="00924CA2" w:rsidRPr="00B77435" w:rsidRDefault="00924CA2" w:rsidP="00FA13EB">
            <w:pPr>
              <w:rPr>
                <w:rFonts w:ascii="Arial" w:eastAsia="Times New Roman" w:hAnsi="Arial" w:cs="Arial"/>
                <w:lang w:val="sr-Latn-ME"/>
              </w:rPr>
            </w:pPr>
            <w:proofErr w:type="gramStart"/>
            <w:r w:rsidRPr="00B77435">
              <w:rPr>
                <w:rFonts w:ascii="Arial" w:eastAsia="Times New Roman" w:hAnsi="Arial" w:cs="Arial"/>
              </w:rPr>
              <w:t>e)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Druge</w:t>
            </w:r>
            <w:proofErr w:type="spellEnd"/>
            <w:proofErr w:type="gramEnd"/>
            <w:r w:rsidRPr="00B77435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promjene</w:t>
            </w:r>
            <w:proofErr w:type="spellEnd"/>
            <w:r w:rsidRPr="00B77435">
              <w:rPr>
                <w:rFonts w:ascii="Arial" w:eastAsia="Times New Roman" w:hAnsi="Arial" w:cs="Arial"/>
                <w:bCs/>
              </w:rPr>
              <w:t xml:space="preserve"> ( </w:t>
            </w:r>
            <w:proofErr w:type="spellStart"/>
            <w:r w:rsidRPr="00B77435">
              <w:rPr>
                <w:rFonts w:ascii="Arial" w:eastAsia="Times New Roman" w:hAnsi="Arial" w:cs="Arial"/>
                <w:bCs/>
              </w:rPr>
              <w:t>navesti</w:t>
            </w:r>
            <w:proofErr w:type="spellEnd"/>
            <w:r w:rsidRPr="00B77435">
              <w:rPr>
                <w:rFonts w:ascii="Arial" w:eastAsia="Times New Roman" w:hAnsi="Arial" w:cs="Arial"/>
                <w:bCs/>
              </w:rPr>
              <w:t xml:space="preserve"> )</w:t>
            </w:r>
            <w:r w:rsidRPr="00B77435">
              <w:rPr>
                <w:rFonts w:ascii="Arial" w:eastAsia="Times New Roman" w:hAnsi="Arial" w:cs="Arial"/>
                <w:bCs/>
              </w:rPr>
              <w:br/>
            </w:r>
            <w:r w:rsidRPr="00B77435">
              <w:rPr>
                <w:rFonts w:ascii="Arial" w:eastAsia="Times New Roman" w:hAnsi="Arial" w:cs="Arial"/>
                <w:lang w:val="sr-Latn-ME"/>
              </w:rPr>
              <w:t>________________________</w:t>
            </w:r>
          </w:p>
          <w:p w14:paraId="78DC6501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  <w:p w14:paraId="3A1BCD73" w14:textId="77777777" w:rsidR="00924CA2" w:rsidRPr="00B77435" w:rsidRDefault="00924CA2" w:rsidP="00FA13EB">
            <w:pPr>
              <w:rPr>
                <w:rFonts w:ascii="Arial" w:eastAsia="Times New Roman" w:hAnsi="Arial" w:cs="Arial"/>
              </w:rPr>
            </w:pPr>
            <w:r w:rsidRPr="00B77435">
              <w:rPr>
                <w:rFonts w:ascii="Arial" w:eastAsia="Times New Roman" w:hAnsi="Arial" w:cs="Arial"/>
              </w:rPr>
              <w:t xml:space="preserve">3.Brisanje </w:t>
            </w:r>
            <w:proofErr w:type="spellStart"/>
            <w:r w:rsidRPr="00B77435">
              <w:rPr>
                <w:rFonts w:ascii="Arial" w:eastAsia="Times New Roman" w:hAnsi="Arial" w:cs="Arial"/>
              </w:rPr>
              <w:t>iz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Registra</w:t>
            </w:r>
            <w:proofErr w:type="spellEnd"/>
          </w:p>
          <w:p w14:paraId="57A598CE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</w:tbl>
    <w:p w14:paraId="74666E0E" w14:textId="77777777" w:rsidR="00924CA2" w:rsidRPr="00B77435" w:rsidRDefault="00924CA2" w:rsidP="00924CA2">
      <w:pPr>
        <w:spacing w:after="0"/>
        <w:jc w:val="right"/>
        <w:rPr>
          <w:rFonts w:ascii="Arial" w:hAnsi="Arial" w:cs="Arial"/>
        </w:rPr>
      </w:pPr>
    </w:p>
    <w:p w14:paraId="18991044" w14:textId="77777777" w:rsidR="00924CA2" w:rsidRPr="00B77435" w:rsidRDefault="00924CA2" w:rsidP="00924CA2">
      <w:pPr>
        <w:spacing w:after="0"/>
        <w:jc w:val="right"/>
        <w:rPr>
          <w:rFonts w:ascii="Arial" w:hAnsi="Arial" w:cs="Arial"/>
        </w:rPr>
      </w:pPr>
    </w:p>
    <w:tbl>
      <w:tblPr>
        <w:tblStyle w:val="TableGrid0"/>
        <w:tblW w:w="10347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817"/>
        <w:gridCol w:w="5530"/>
      </w:tblGrid>
      <w:tr w:rsidR="00924CA2" w:rsidRPr="00B77435" w14:paraId="1A14908F" w14:textId="77777777" w:rsidTr="00B87141">
        <w:trPr>
          <w:trHeight w:val="173"/>
        </w:trPr>
        <w:tc>
          <w:tcPr>
            <w:tcW w:w="103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1B9E0" w14:textId="77777777" w:rsidR="00924CA2" w:rsidRPr="00B77435" w:rsidRDefault="00924CA2" w:rsidP="00FA13EB">
            <w:pPr>
              <w:ind w:left="115"/>
              <w:jc w:val="center"/>
              <w:rPr>
                <w:rFonts w:ascii="Arial" w:hAnsi="Arial" w:cs="Arial"/>
                <w:b/>
              </w:rPr>
            </w:pPr>
            <w:r w:rsidRPr="00B77435">
              <w:rPr>
                <w:rFonts w:ascii="Arial" w:eastAsia="Times New Roman" w:hAnsi="Arial" w:cs="Arial"/>
                <w:b/>
              </w:rPr>
              <w:t>PODACI O POSREDNIKU</w:t>
            </w:r>
          </w:p>
        </w:tc>
      </w:tr>
      <w:tr w:rsidR="00924CA2" w:rsidRPr="00B77435" w14:paraId="65C6DA4B" w14:textId="77777777" w:rsidTr="00B87141">
        <w:trPr>
          <w:trHeight w:val="451"/>
        </w:trPr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A6AAF" w14:textId="77777777" w:rsidR="00924CA2" w:rsidRPr="00B77435" w:rsidRDefault="00924CA2" w:rsidP="00FA13EB">
            <w:pPr>
              <w:ind w:left="48"/>
              <w:rPr>
                <w:rFonts w:ascii="Arial" w:hAnsi="Arial" w:cs="Arial"/>
              </w:rPr>
            </w:pPr>
            <w:bookmarkStart w:id="1" w:name="_Hlk234566823"/>
            <w:bookmarkStart w:id="2" w:name="_Hlk234566798"/>
            <w:proofErr w:type="spellStart"/>
            <w:r w:rsidRPr="00B77435">
              <w:rPr>
                <w:rFonts w:ascii="Arial" w:eastAsia="Times New Roman" w:hAnsi="Arial" w:cs="Arial"/>
              </w:rPr>
              <w:t>Naziv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hAnsi="Arial" w:cs="Arial"/>
              </w:rPr>
              <w:t>posrednika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/</w:t>
            </w:r>
            <w:proofErr w:type="spellStart"/>
            <w:r w:rsidRPr="00B77435">
              <w:rPr>
                <w:rFonts w:ascii="Arial" w:eastAsia="Times New Roman" w:hAnsi="Arial" w:cs="Arial"/>
              </w:rPr>
              <w:t>agenta</w:t>
            </w:r>
            <w:bookmarkEnd w:id="1"/>
            <w:proofErr w:type="spellEnd"/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B7FE9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0EA57D57" w14:textId="77777777" w:rsidTr="00B87141">
        <w:trPr>
          <w:trHeight w:val="451"/>
        </w:trPr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1687C" w14:textId="77777777" w:rsidR="00924CA2" w:rsidRPr="00B77435" w:rsidRDefault="00924CA2" w:rsidP="00FA13EB">
            <w:pPr>
              <w:ind w:left="48"/>
              <w:rPr>
                <w:rFonts w:ascii="Arial" w:eastAsia="Times New Roman" w:hAnsi="Arial" w:cs="Arial"/>
              </w:rPr>
            </w:pPr>
            <w:bookmarkStart w:id="3" w:name="_Hlk234566834"/>
            <w:proofErr w:type="spellStart"/>
            <w:r>
              <w:rPr>
                <w:rFonts w:ascii="Arial" w:eastAsia="Times New Roman" w:hAnsi="Arial" w:cs="Arial"/>
              </w:rPr>
              <w:t>Država</w:t>
            </w:r>
            <w:proofErr w:type="spellEnd"/>
            <w:r>
              <w:rPr>
                <w:rFonts w:ascii="Arial" w:eastAsia="Times New Roman" w:hAnsi="Arial" w:cs="Aria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</w:rPr>
              <w:t>opština</w:t>
            </w:r>
            <w:bookmarkEnd w:id="3"/>
            <w:proofErr w:type="spellEnd"/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20C79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2D7C4852" w14:textId="77777777" w:rsidTr="00B87141">
        <w:trPr>
          <w:trHeight w:val="451"/>
        </w:trPr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61DFC" w14:textId="77777777" w:rsidR="00924CA2" w:rsidRDefault="00924CA2" w:rsidP="00FA13EB">
            <w:pPr>
              <w:ind w:left="48"/>
              <w:rPr>
                <w:rFonts w:ascii="Arial" w:eastAsia="Times New Roman" w:hAnsi="Arial" w:cs="Arial"/>
              </w:rPr>
            </w:pPr>
            <w:bookmarkStart w:id="4" w:name="_Hlk234566844"/>
            <w:proofErr w:type="spellStart"/>
            <w:r>
              <w:rPr>
                <w:rFonts w:ascii="Arial" w:eastAsia="Times New Roman" w:hAnsi="Arial" w:cs="Arial"/>
              </w:rPr>
              <w:t>Državljanstvo</w:t>
            </w:r>
            <w:bookmarkEnd w:id="4"/>
            <w:proofErr w:type="spellEnd"/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95345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1EA15A40" w14:textId="77777777" w:rsidTr="00B87141">
        <w:trPr>
          <w:trHeight w:val="451"/>
        </w:trPr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F4BDB" w14:textId="77777777" w:rsidR="00924CA2" w:rsidRDefault="00924CA2" w:rsidP="00FA13EB">
            <w:pPr>
              <w:ind w:left="10"/>
              <w:rPr>
                <w:rFonts w:ascii="Arial" w:eastAsia="Times New Roman" w:hAnsi="Arial" w:cs="Arial"/>
              </w:rPr>
            </w:pPr>
            <w:bookmarkStart w:id="5" w:name="_Hlk234566853"/>
            <w:r>
              <w:rPr>
                <w:rFonts w:ascii="Arial" w:eastAsia="Times New Roman" w:hAnsi="Arial" w:cs="Arial"/>
              </w:rPr>
              <w:t xml:space="preserve">Tip </w:t>
            </w:r>
            <w:proofErr w:type="spellStart"/>
            <w:r>
              <w:rPr>
                <w:rFonts w:ascii="Arial" w:eastAsia="Times New Roman" w:hAnsi="Arial" w:cs="Arial"/>
              </w:rPr>
              <w:t>identifikacionog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dokumenta</w:t>
            </w:r>
            <w:proofErr w:type="spellEnd"/>
          </w:p>
          <w:bookmarkEnd w:id="5"/>
          <w:p w14:paraId="5E3DD0C5" w14:textId="77777777" w:rsidR="00924CA2" w:rsidRDefault="00924CA2" w:rsidP="00FA13EB">
            <w:pPr>
              <w:ind w:left="48"/>
              <w:rPr>
                <w:rFonts w:ascii="Arial" w:eastAsia="Times New Roman" w:hAnsi="Arial" w:cs="Arial"/>
              </w:rPr>
            </w:pPr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F08F6" w14:textId="77777777" w:rsidR="00924CA2" w:rsidRDefault="00924CA2" w:rsidP="00FA13E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a)</w:t>
            </w:r>
            <w:proofErr w:type="spellStart"/>
            <w:r>
              <w:rPr>
                <w:rFonts w:ascii="Arial" w:hAnsi="Arial" w:cs="Arial"/>
              </w:rPr>
              <w:t>kopija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biometrijske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lične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karte</w:t>
            </w:r>
            <w:proofErr w:type="spellEnd"/>
          </w:p>
          <w:p w14:paraId="18876E5B" w14:textId="77777777" w:rsidR="00924CA2" w:rsidRPr="00B77435" w:rsidRDefault="00924CA2" w:rsidP="00FA13E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b)</w:t>
            </w:r>
            <w:proofErr w:type="spellStart"/>
            <w:r>
              <w:rPr>
                <w:rFonts w:ascii="Arial" w:hAnsi="Arial" w:cs="Arial"/>
              </w:rPr>
              <w:t>pasoš</w:t>
            </w:r>
            <w:proofErr w:type="spellEnd"/>
            <w:proofErr w:type="gramEnd"/>
          </w:p>
        </w:tc>
      </w:tr>
      <w:tr w:rsidR="00924CA2" w:rsidRPr="00B77435" w14:paraId="4F971762" w14:textId="77777777" w:rsidTr="00B87141">
        <w:trPr>
          <w:trHeight w:val="547"/>
        </w:trPr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FFDC7" w14:textId="77777777" w:rsidR="00924CA2" w:rsidRPr="00B77435" w:rsidRDefault="00924CA2" w:rsidP="00FA13EB">
            <w:pPr>
              <w:ind w:left="48"/>
              <w:rPr>
                <w:rFonts w:ascii="Arial" w:hAnsi="Arial" w:cs="Arial"/>
              </w:rPr>
            </w:pPr>
            <w:bookmarkStart w:id="6" w:name="_Hlk234566874"/>
            <w:proofErr w:type="spellStart"/>
            <w:r w:rsidRPr="00B77435">
              <w:rPr>
                <w:rFonts w:ascii="Arial" w:eastAsia="Times New Roman" w:hAnsi="Arial" w:cs="Arial"/>
              </w:rPr>
              <w:t>Adresa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sjedišta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(</w:t>
            </w:r>
            <w:proofErr w:type="spellStart"/>
            <w:r w:rsidRPr="00B77435">
              <w:rPr>
                <w:rFonts w:ascii="Arial" w:eastAsia="Times New Roman" w:hAnsi="Arial" w:cs="Arial"/>
              </w:rPr>
              <w:t>mjesto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77435">
              <w:rPr>
                <w:rFonts w:ascii="Arial" w:eastAsia="Times New Roman" w:hAnsi="Arial" w:cs="Arial"/>
              </w:rPr>
              <w:t>ulica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i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broj</w:t>
            </w:r>
            <w:proofErr w:type="spellEnd"/>
            <w:r w:rsidRPr="00B77435">
              <w:rPr>
                <w:rFonts w:ascii="Arial" w:eastAsia="Times New Roman" w:hAnsi="Arial" w:cs="Arial"/>
              </w:rPr>
              <w:t>)</w:t>
            </w:r>
            <w:bookmarkEnd w:id="6"/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77B6F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22C52DF8" w14:textId="77777777" w:rsidTr="00B87141">
        <w:trPr>
          <w:trHeight w:val="547"/>
        </w:trPr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8DE12" w14:textId="77777777" w:rsidR="00924CA2" w:rsidRPr="00B77435" w:rsidRDefault="00924CA2" w:rsidP="00FA13EB">
            <w:pPr>
              <w:ind w:left="48"/>
              <w:rPr>
                <w:rFonts w:ascii="Arial" w:eastAsia="Times New Roman" w:hAnsi="Arial" w:cs="Arial"/>
              </w:rPr>
            </w:pPr>
            <w:bookmarkStart w:id="7" w:name="_Hlk234566909"/>
            <w:proofErr w:type="spellStart"/>
            <w:r w:rsidRPr="00B77435">
              <w:rPr>
                <w:rFonts w:ascii="Arial" w:eastAsia="Times New Roman" w:hAnsi="Arial" w:cs="Arial"/>
              </w:rPr>
              <w:t>Poreski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identifikacioni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broj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PIB</w:t>
            </w:r>
            <w:bookmarkEnd w:id="7"/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C3FB7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3F6086C6" w14:textId="77777777" w:rsidTr="00B87141">
        <w:trPr>
          <w:trHeight w:val="547"/>
        </w:trPr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13872" w14:textId="77777777" w:rsidR="00924CA2" w:rsidRPr="00B77435" w:rsidRDefault="00924CA2" w:rsidP="00FA13EB">
            <w:pPr>
              <w:ind w:left="48"/>
              <w:rPr>
                <w:rFonts w:ascii="Arial" w:eastAsia="Times New Roman" w:hAnsi="Arial" w:cs="Arial"/>
              </w:rPr>
            </w:pPr>
            <w:proofErr w:type="spellStart"/>
            <w:r w:rsidRPr="00B77435">
              <w:rPr>
                <w:rFonts w:ascii="Arial" w:eastAsia="Times New Roman" w:hAnsi="Arial" w:cs="Arial"/>
              </w:rPr>
              <w:t>Matični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broj</w:t>
            </w:r>
            <w:proofErr w:type="spellEnd"/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F2D7A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495C842D" w14:textId="77777777" w:rsidTr="00B87141">
        <w:trPr>
          <w:trHeight w:val="547"/>
        </w:trPr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F3CFB" w14:textId="77777777" w:rsidR="00924CA2" w:rsidRPr="00B77435" w:rsidRDefault="00924CA2" w:rsidP="00FA13EB">
            <w:pPr>
              <w:ind w:left="48"/>
              <w:rPr>
                <w:rFonts w:ascii="Arial" w:eastAsia="Times New Roman" w:hAnsi="Arial" w:cs="Arial"/>
              </w:rPr>
            </w:pPr>
            <w:bookmarkStart w:id="8" w:name="_Hlk234566924"/>
            <w:proofErr w:type="spellStart"/>
            <w:r w:rsidRPr="00B77435">
              <w:rPr>
                <w:rFonts w:ascii="Arial" w:eastAsia="Times New Roman" w:hAnsi="Arial" w:cs="Arial"/>
              </w:rPr>
              <w:t>Broj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uvjerenja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o </w:t>
            </w:r>
            <w:proofErr w:type="spellStart"/>
            <w:r w:rsidRPr="00B77435">
              <w:rPr>
                <w:rFonts w:ascii="Arial" w:eastAsia="Times New Roman" w:hAnsi="Arial" w:cs="Arial"/>
              </w:rPr>
              <w:t>položenom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stručnom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ispitu</w:t>
            </w:r>
            <w:bookmarkEnd w:id="8"/>
            <w:proofErr w:type="spellEnd"/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36E55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36980428" w14:textId="77777777" w:rsidTr="00B87141">
        <w:trPr>
          <w:trHeight w:val="547"/>
        </w:trPr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78F41" w14:textId="77777777" w:rsidR="00924CA2" w:rsidRPr="00B77435" w:rsidRDefault="00924CA2" w:rsidP="00FA13EB">
            <w:pPr>
              <w:ind w:left="48"/>
              <w:rPr>
                <w:rFonts w:ascii="Arial" w:eastAsia="Times New Roman" w:hAnsi="Arial" w:cs="Arial"/>
              </w:rPr>
            </w:pPr>
            <w:bookmarkStart w:id="9" w:name="_Hlk234566931"/>
            <w:proofErr w:type="spellStart"/>
            <w:r w:rsidRPr="00B77435">
              <w:rPr>
                <w:rFonts w:ascii="Arial" w:eastAsia="Times New Roman" w:hAnsi="Arial" w:cs="Arial"/>
              </w:rPr>
              <w:t>Ime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i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prezime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vlasnika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(</w:t>
            </w:r>
            <w:proofErr w:type="spellStart"/>
            <w:r w:rsidRPr="00B77435">
              <w:rPr>
                <w:rFonts w:ascii="Arial" w:eastAsia="Times New Roman" w:hAnsi="Arial" w:cs="Arial"/>
              </w:rPr>
              <w:t>osnivač</w:t>
            </w:r>
            <w:proofErr w:type="spellEnd"/>
            <w:r w:rsidRPr="00B77435">
              <w:rPr>
                <w:rFonts w:ascii="Arial" w:eastAsia="Times New Roman" w:hAnsi="Arial" w:cs="Arial"/>
              </w:rPr>
              <w:t>)</w:t>
            </w:r>
            <w:bookmarkEnd w:id="9"/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FB9CF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77D904CF" w14:textId="77777777" w:rsidTr="00B87141">
        <w:trPr>
          <w:trHeight w:val="278"/>
        </w:trPr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430BA" w14:textId="77777777" w:rsidR="00924CA2" w:rsidRPr="00B77435" w:rsidRDefault="00924CA2" w:rsidP="00FA13EB">
            <w:pPr>
              <w:ind w:left="48"/>
              <w:rPr>
                <w:rFonts w:ascii="Arial" w:hAnsi="Arial" w:cs="Arial"/>
              </w:rPr>
            </w:pPr>
            <w:bookmarkStart w:id="10" w:name="_Hlk234566999"/>
            <w:proofErr w:type="spellStart"/>
            <w:r w:rsidRPr="00B77435">
              <w:rPr>
                <w:rFonts w:ascii="Arial" w:eastAsia="Times New Roman" w:hAnsi="Arial" w:cs="Arial"/>
              </w:rPr>
              <w:t>Broj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telefona</w:t>
            </w:r>
            <w:proofErr w:type="spellEnd"/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DF9E8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6D0D45BF" w14:textId="77777777" w:rsidTr="00B87141">
        <w:trPr>
          <w:trHeight w:val="278"/>
        </w:trPr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A6219" w14:textId="77777777" w:rsidR="00924CA2" w:rsidRPr="00B77435" w:rsidRDefault="00924CA2" w:rsidP="00FA13EB">
            <w:pPr>
              <w:ind w:left="48"/>
              <w:rPr>
                <w:rFonts w:ascii="Arial" w:hAnsi="Arial" w:cs="Arial"/>
              </w:rPr>
            </w:pPr>
            <w:bookmarkStart w:id="11" w:name="_Hlk234567012"/>
            <w:bookmarkEnd w:id="10"/>
            <w:r w:rsidRPr="00B77435">
              <w:rPr>
                <w:rFonts w:ascii="Arial" w:hAnsi="Arial" w:cs="Arial"/>
              </w:rPr>
              <w:t>E-mail / e-</w:t>
            </w:r>
            <w:proofErr w:type="spellStart"/>
            <w:r w:rsidRPr="00B77435">
              <w:rPr>
                <w:rFonts w:ascii="Arial" w:hAnsi="Arial" w:cs="Arial"/>
              </w:rPr>
              <w:t>adresa</w:t>
            </w:r>
            <w:bookmarkEnd w:id="11"/>
            <w:proofErr w:type="spellEnd"/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23E4F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bookmarkEnd w:id="2"/>
    </w:tbl>
    <w:p w14:paraId="3139A38E" w14:textId="77777777" w:rsidR="00924CA2" w:rsidRPr="00B77435" w:rsidRDefault="00924CA2" w:rsidP="00924CA2">
      <w:pPr>
        <w:rPr>
          <w:rFonts w:ascii="Arial" w:hAnsi="Arial" w:cs="Arial"/>
        </w:rPr>
      </w:pPr>
    </w:p>
    <w:p w14:paraId="0B44391C" w14:textId="77777777" w:rsidR="00924CA2" w:rsidRPr="00B77435" w:rsidRDefault="00924CA2" w:rsidP="00924CA2">
      <w:pPr>
        <w:rPr>
          <w:rFonts w:ascii="Arial" w:hAnsi="Arial" w:cs="Arial"/>
        </w:rPr>
      </w:pPr>
    </w:p>
    <w:tbl>
      <w:tblPr>
        <w:tblStyle w:val="TableGrid0"/>
        <w:tblW w:w="10344" w:type="dxa"/>
        <w:tblInd w:w="3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4807"/>
        <w:gridCol w:w="1493"/>
        <w:gridCol w:w="1774"/>
        <w:gridCol w:w="2270"/>
      </w:tblGrid>
      <w:tr w:rsidR="00924CA2" w:rsidRPr="00B77435" w14:paraId="0ED428FA" w14:textId="77777777" w:rsidTr="00B87141">
        <w:trPr>
          <w:trHeight w:val="497"/>
        </w:trPr>
        <w:tc>
          <w:tcPr>
            <w:tcW w:w="6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4F9554" w14:textId="77777777" w:rsidR="00924CA2" w:rsidRPr="00B77435" w:rsidRDefault="00924CA2" w:rsidP="00FA13EB">
            <w:pPr>
              <w:ind w:right="77"/>
              <w:jc w:val="right"/>
              <w:rPr>
                <w:rFonts w:ascii="Arial" w:hAnsi="Arial" w:cs="Arial"/>
                <w:b/>
              </w:rPr>
            </w:pPr>
            <w:r w:rsidRPr="00B77435">
              <w:rPr>
                <w:rFonts w:ascii="Arial" w:hAnsi="Arial" w:cs="Arial"/>
                <w:b/>
              </w:rPr>
              <w:t xml:space="preserve">                   PODACI O AGENTU</w:t>
            </w:r>
          </w:p>
        </w:tc>
        <w:tc>
          <w:tcPr>
            <w:tcW w:w="40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F208D29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79BCB77D" w14:textId="77777777" w:rsidTr="00B87141">
        <w:trPr>
          <w:trHeight w:val="1027"/>
        </w:trPr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4B271" w14:textId="77777777" w:rsidR="00924CA2" w:rsidRPr="00B77435" w:rsidRDefault="00924CA2" w:rsidP="00FA13EB">
            <w:pPr>
              <w:ind w:left="202"/>
              <w:rPr>
                <w:rFonts w:ascii="Arial" w:eastAsia="Times New Roman" w:hAnsi="Arial" w:cs="Arial"/>
              </w:rPr>
            </w:pPr>
            <w:proofErr w:type="spellStart"/>
            <w:r w:rsidRPr="00B77435">
              <w:rPr>
                <w:rFonts w:ascii="Arial" w:eastAsia="Times New Roman" w:hAnsi="Arial" w:cs="Arial"/>
              </w:rPr>
              <w:t>Lica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sa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položenim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stručnim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ispitom</w:t>
            </w:r>
            <w:proofErr w:type="spellEnd"/>
          </w:p>
        </w:tc>
        <w:tc>
          <w:tcPr>
            <w:tcW w:w="3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AE9F07" w14:textId="77777777" w:rsidR="00924CA2" w:rsidRPr="00B77435" w:rsidRDefault="00924CA2" w:rsidP="00FA13EB">
            <w:pPr>
              <w:ind w:right="77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</w:t>
            </w:r>
            <w:proofErr w:type="gramStart"/>
            <w:r>
              <w:rPr>
                <w:rFonts w:ascii="Arial" w:eastAsia="Times New Roman" w:hAnsi="Arial" w:cs="Arial"/>
              </w:rPr>
              <w:t>a)</w:t>
            </w:r>
            <w:proofErr w:type="spellStart"/>
            <w:r w:rsidRPr="00B77435">
              <w:rPr>
                <w:rFonts w:ascii="Arial" w:eastAsia="Times New Roman" w:hAnsi="Arial" w:cs="Arial"/>
              </w:rPr>
              <w:t>Prijava</w:t>
            </w:r>
            <w:proofErr w:type="spellEnd"/>
            <w:proofErr w:type="gramEnd"/>
            <w:r w:rsidRPr="00B77435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 xml:space="preserve">               b)</w:t>
            </w:r>
            <w:proofErr w:type="spellStart"/>
            <w:r w:rsidRPr="00B77435">
              <w:rPr>
                <w:rFonts w:ascii="Arial" w:eastAsia="Times New Roman" w:hAnsi="Arial" w:cs="Arial"/>
              </w:rPr>
              <w:t>Odjava</w:t>
            </w:r>
            <w:proofErr w:type="spellEnd"/>
          </w:p>
        </w:tc>
        <w:tc>
          <w:tcPr>
            <w:tcW w:w="22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2177A54" w14:textId="77777777" w:rsidR="00924CA2" w:rsidRPr="00B77435" w:rsidRDefault="00924CA2" w:rsidP="00FA13EB">
            <w:pPr>
              <w:rPr>
                <w:rFonts w:ascii="Arial" w:eastAsia="Times New Roman" w:hAnsi="Arial" w:cs="Arial"/>
              </w:rPr>
            </w:pPr>
          </w:p>
        </w:tc>
      </w:tr>
      <w:tr w:rsidR="00924CA2" w:rsidRPr="00B77435" w14:paraId="457E91D9" w14:textId="77777777" w:rsidTr="00B87141">
        <w:trPr>
          <w:trHeight w:val="365"/>
        </w:trPr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8217B" w14:textId="77777777" w:rsidR="00924CA2" w:rsidRPr="00B77435" w:rsidRDefault="00924CA2" w:rsidP="00FA13EB">
            <w:pPr>
              <w:ind w:left="10"/>
              <w:rPr>
                <w:rFonts w:ascii="Arial" w:hAnsi="Arial" w:cs="Arial"/>
              </w:rPr>
            </w:pPr>
            <w:proofErr w:type="spellStart"/>
            <w:r w:rsidRPr="00B77435">
              <w:rPr>
                <w:rFonts w:ascii="Arial" w:eastAsia="Times New Roman" w:hAnsi="Arial" w:cs="Arial"/>
              </w:rPr>
              <w:t>Ime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i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prezime</w:t>
            </w:r>
            <w:proofErr w:type="spellEnd"/>
          </w:p>
        </w:tc>
        <w:tc>
          <w:tcPr>
            <w:tcW w:w="5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95B41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3A52F41B" w14:textId="77777777" w:rsidTr="00B87141">
        <w:trPr>
          <w:trHeight w:val="365"/>
        </w:trPr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E0561" w14:textId="77777777" w:rsidR="00924CA2" w:rsidRPr="00B77435" w:rsidRDefault="00924CA2" w:rsidP="00FA13EB">
            <w:pPr>
              <w:ind w:left="10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Država</w:t>
            </w:r>
            <w:proofErr w:type="spellEnd"/>
            <w:r>
              <w:rPr>
                <w:rFonts w:ascii="Arial" w:eastAsia="Times New Roman" w:hAnsi="Arial" w:cs="Aria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</w:rPr>
              <w:t>opština</w:t>
            </w:r>
            <w:proofErr w:type="spellEnd"/>
          </w:p>
        </w:tc>
        <w:tc>
          <w:tcPr>
            <w:tcW w:w="5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12205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0F691F1A" w14:textId="77777777" w:rsidTr="00B87141">
        <w:trPr>
          <w:trHeight w:val="365"/>
        </w:trPr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B84EE" w14:textId="77777777" w:rsidR="00924CA2" w:rsidRDefault="00924CA2" w:rsidP="00FA13EB">
            <w:pPr>
              <w:ind w:left="10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Državljanstvo</w:t>
            </w:r>
            <w:proofErr w:type="spellEnd"/>
          </w:p>
        </w:tc>
        <w:tc>
          <w:tcPr>
            <w:tcW w:w="5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75F21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396123DE" w14:textId="77777777" w:rsidTr="00B87141">
        <w:trPr>
          <w:trHeight w:val="365"/>
        </w:trPr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ADF11" w14:textId="77777777" w:rsidR="00924CA2" w:rsidRDefault="00924CA2" w:rsidP="00FA13EB">
            <w:pPr>
              <w:ind w:left="1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Tip </w:t>
            </w:r>
            <w:proofErr w:type="spellStart"/>
            <w:r>
              <w:rPr>
                <w:rFonts w:ascii="Arial" w:eastAsia="Times New Roman" w:hAnsi="Arial" w:cs="Arial"/>
              </w:rPr>
              <w:t>identifikacionog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dokumenta</w:t>
            </w:r>
            <w:proofErr w:type="spellEnd"/>
          </w:p>
          <w:p w14:paraId="3DAC78FA" w14:textId="77777777" w:rsidR="00924CA2" w:rsidRDefault="00924CA2" w:rsidP="00FA13EB">
            <w:pPr>
              <w:ind w:left="10"/>
              <w:rPr>
                <w:rFonts w:ascii="Arial" w:eastAsia="Times New Roman" w:hAnsi="Arial" w:cs="Arial"/>
              </w:rPr>
            </w:pPr>
          </w:p>
        </w:tc>
        <w:tc>
          <w:tcPr>
            <w:tcW w:w="5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9D495" w14:textId="77777777" w:rsidR="00924CA2" w:rsidRDefault="00924CA2" w:rsidP="00FA13E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a)</w:t>
            </w:r>
            <w:proofErr w:type="spellStart"/>
            <w:r>
              <w:rPr>
                <w:rFonts w:ascii="Arial" w:hAnsi="Arial" w:cs="Arial"/>
              </w:rPr>
              <w:t>kopija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biometrijske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lične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karte</w:t>
            </w:r>
            <w:proofErr w:type="spellEnd"/>
          </w:p>
          <w:p w14:paraId="3A4D0FBA" w14:textId="77777777" w:rsidR="00924CA2" w:rsidRPr="00B77435" w:rsidRDefault="00924CA2" w:rsidP="00FA13E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b)</w:t>
            </w:r>
            <w:proofErr w:type="spellStart"/>
            <w:r>
              <w:rPr>
                <w:rFonts w:ascii="Arial" w:hAnsi="Arial" w:cs="Arial"/>
              </w:rPr>
              <w:t>pasoš</w:t>
            </w:r>
            <w:proofErr w:type="spellEnd"/>
            <w:proofErr w:type="gramEnd"/>
          </w:p>
        </w:tc>
      </w:tr>
      <w:tr w:rsidR="00924CA2" w:rsidRPr="00B77435" w14:paraId="6E546A88" w14:textId="77777777" w:rsidTr="00B87141">
        <w:trPr>
          <w:trHeight w:val="438"/>
        </w:trPr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9D88F" w14:textId="77777777" w:rsidR="00924CA2" w:rsidRPr="00B77435" w:rsidRDefault="00924CA2" w:rsidP="00FA13EB">
            <w:pPr>
              <w:rPr>
                <w:rFonts w:ascii="Arial" w:hAnsi="Arial" w:cs="Arial"/>
              </w:rPr>
            </w:pPr>
            <w:proofErr w:type="spellStart"/>
            <w:r w:rsidRPr="00B77435">
              <w:rPr>
                <w:rFonts w:ascii="Arial" w:eastAsia="Times New Roman" w:hAnsi="Arial" w:cs="Arial"/>
              </w:rPr>
              <w:t>Adresa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(</w:t>
            </w:r>
            <w:proofErr w:type="spellStart"/>
            <w:r w:rsidRPr="00B77435">
              <w:rPr>
                <w:rFonts w:ascii="Arial" w:eastAsia="Times New Roman" w:hAnsi="Arial" w:cs="Arial"/>
              </w:rPr>
              <w:t>mjesto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rođenja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77435">
              <w:rPr>
                <w:rFonts w:ascii="Arial" w:eastAsia="Times New Roman" w:hAnsi="Arial" w:cs="Arial"/>
              </w:rPr>
              <w:t>ulica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i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broj</w:t>
            </w:r>
            <w:proofErr w:type="spellEnd"/>
            <w:r w:rsidRPr="00B77435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5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5C8C8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29B7FCC4" w14:textId="77777777" w:rsidTr="00B87141">
        <w:trPr>
          <w:trHeight w:val="272"/>
        </w:trPr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7E75B" w14:textId="77777777" w:rsidR="00924CA2" w:rsidRPr="00B77435" w:rsidRDefault="00924CA2" w:rsidP="00FA13EB">
            <w:pPr>
              <w:rPr>
                <w:rFonts w:ascii="Arial" w:hAnsi="Arial" w:cs="Arial"/>
              </w:rPr>
            </w:pPr>
            <w:r w:rsidRPr="00B77435">
              <w:rPr>
                <w:rFonts w:ascii="Arial" w:eastAsia="Times New Roman" w:hAnsi="Arial" w:cs="Arial"/>
              </w:rPr>
              <w:t>JMB</w:t>
            </w:r>
          </w:p>
        </w:tc>
        <w:tc>
          <w:tcPr>
            <w:tcW w:w="5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362F3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0BF2251F" w14:textId="77777777" w:rsidTr="00B87141">
        <w:trPr>
          <w:trHeight w:val="355"/>
        </w:trPr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8A1AE" w14:textId="77777777" w:rsidR="00924CA2" w:rsidRPr="00B77435" w:rsidRDefault="00924CA2" w:rsidP="00FA13EB">
            <w:pPr>
              <w:ind w:left="10"/>
              <w:rPr>
                <w:rFonts w:ascii="Arial" w:hAnsi="Arial" w:cs="Arial"/>
              </w:rPr>
            </w:pPr>
            <w:proofErr w:type="spellStart"/>
            <w:r w:rsidRPr="00B77435">
              <w:rPr>
                <w:rFonts w:ascii="Arial" w:eastAsia="Times New Roman" w:hAnsi="Arial" w:cs="Arial"/>
              </w:rPr>
              <w:t>Broj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uvjerenja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o </w:t>
            </w:r>
            <w:proofErr w:type="spellStart"/>
            <w:r w:rsidRPr="00B77435">
              <w:rPr>
                <w:rFonts w:ascii="Arial" w:eastAsia="Times New Roman" w:hAnsi="Arial" w:cs="Arial"/>
              </w:rPr>
              <w:t>položenom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stručnom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ispitu</w:t>
            </w:r>
            <w:proofErr w:type="spellEnd"/>
          </w:p>
        </w:tc>
        <w:tc>
          <w:tcPr>
            <w:tcW w:w="5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F45B5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14FD185A" w14:textId="77777777" w:rsidTr="00B87141">
        <w:trPr>
          <w:trHeight w:val="355"/>
        </w:trPr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6CD1B" w14:textId="77777777" w:rsidR="00924CA2" w:rsidRPr="00B77435" w:rsidRDefault="00924CA2" w:rsidP="00FA13EB">
            <w:pPr>
              <w:ind w:left="10"/>
              <w:rPr>
                <w:rFonts w:ascii="Arial" w:eastAsia="Times New Roman" w:hAnsi="Arial" w:cs="Arial"/>
              </w:rPr>
            </w:pPr>
            <w:proofErr w:type="spellStart"/>
            <w:r w:rsidRPr="00B77435">
              <w:rPr>
                <w:rFonts w:ascii="Arial" w:eastAsia="Times New Roman" w:hAnsi="Arial" w:cs="Arial"/>
              </w:rPr>
              <w:t>Broj</w:t>
            </w:r>
            <w:proofErr w:type="spellEnd"/>
            <w:r w:rsidRPr="00B7743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77435">
              <w:rPr>
                <w:rFonts w:ascii="Arial" w:eastAsia="Times New Roman" w:hAnsi="Arial" w:cs="Arial"/>
              </w:rPr>
              <w:t>telefona</w:t>
            </w:r>
            <w:proofErr w:type="spellEnd"/>
          </w:p>
        </w:tc>
        <w:tc>
          <w:tcPr>
            <w:tcW w:w="5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78383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  <w:tr w:rsidR="00924CA2" w:rsidRPr="00B77435" w14:paraId="52BB47C4" w14:textId="77777777" w:rsidTr="00B87141">
        <w:trPr>
          <w:trHeight w:val="355"/>
        </w:trPr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BED6A" w14:textId="77777777" w:rsidR="00924CA2" w:rsidRPr="00B77435" w:rsidRDefault="00924CA2" w:rsidP="00FA13EB">
            <w:pPr>
              <w:ind w:left="10"/>
              <w:rPr>
                <w:rFonts w:ascii="Arial" w:eastAsia="Times New Roman" w:hAnsi="Arial" w:cs="Arial"/>
              </w:rPr>
            </w:pPr>
            <w:r w:rsidRPr="00B77435">
              <w:rPr>
                <w:rFonts w:ascii="Arial" w:hAnsi="Arial" w:cs="Arial"/>
              </w:rPr>
              <w:t>E-mail / e-</w:t>
            </w:r>
            <w:proofErr w:type="spellStart"/>
            <w:r w:rsidRPr="00B77435">
              <w:rPr>
                <w:rFonts w:ascii="Arial" w:hAnsi="Arial" w:cs="Arial"/>
              </w:rPr>
              <w:t>adresa</w:t>
            </w:r>
            <w:proofErr w:type="spellEnd"/>
          </w:p>
        </w:tc>
        <w:tc>
          <w:tcPr>
            <w:tcW w:w="5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FE89B" w14:textId="77777777" w:rsidR="00924CA2" w:rsidRPr="00B77435" w:rsidRDefault="00924CA2" w:rsidP="00FA13EB">
            <w:pPr>
              <w:rPr>
                <w:rFonts w:ascii="Arial" w:hAnsi="Arial" w:cs="Arial"/>
              </w:rPr>
            </w:pPr>
          </w:p>
        </w:tc>
      </w:tr>
    </w:tbl>
    <w:p w14:paraId="75BD12A6" w14:textId="77777777" w:rsidR="00924CA2" w:rsidRPr="00B77435" w:rsidRDefault="00924CA2" w:rsidP="00924CA2">
      <w:pPr>
        <w:spacing w:after="336"/>
        <w:ind w:left="451"/>
        <w:rPr>
          <w:rFonts w:ascii="Arial" w:hAnsi="Arial" w:cs="Arial"/>
          <w:highlight w:val="yellow"/>
        </w:rPr>
      </w:pPr>
    </w:p>
    <w:p w14:paraId="71817272" w14:textId="77777777" w:rsidR="00924CA2" w:rsidRPr="00B77435" w:rsidRDefault="00924CA2" w:rsidP="00924CA2">
      <w:pPr>
        <w:spacing w:after="0"/>
        <w:ind w:left="8325"/>
        <w:rPr>
          <w:rFonts w:ascii="Arial" w:hAnsi="Arial" w:cs="Arial"/>
          <w:highlight w:val="yellow"/>
        </w:rPr>
      </w:pPr>
    </w:p>
    <w:p w14:paraId="0E108145" w14:textId="77777777" w:rsidR="00924CA2" w:rsidRDefault="00F97055" w:rsidP="00F97055">
      <w:pPr>
        <w:ind w:left="3600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                                        </w:t>
      </w:r>
      <w:proofErr w:type="spellStart"/>
      <w:r>
        <w:rPr>
          <w:rFonts w:ascii="Arial" w:eastAsia="Times New Roman" w:hAnsi="Arial" w:cs="Arial"/>
        </w:rPr>
        <w:t>Ime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prezime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podnosioca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zahtjeva</w:t>
      </w:r>
      <w:proofErr w:type="spellEnd"/>
      <w:r>
        <w:rPr>
          <w:rFonts w:ascii="Arial" w:eastAsia="Times New Roman" w:hAnsi="Arial" w:cs="Arial"/>
        </w:rPr>
        <w:t xml:space="preserve"> </w:t>
      </w:r>
    </w:p>
    <w:p w14:paraId="2A3BDF4D" w14:textId="77777777" w:rsidR="00F97055" w:rsidRDefault="001C5514" w:rsidP="001C5514">
      <w:pPr>
        <w:ind w:left="4320"/>
        <w:rPr>
          <w:rFonts w:ascii="Arial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    _________</w:t>
      </w:r>
      <w:r w:rsidR="00F97055">
        <w:rPr>
          <w:rFonts w:ascii="Arial" w:eastAsia="Times New Roman" w:hAnsi="Arial" w:cs="Arial"/>
        </w:rPr>
        <w:t>___________________</w:t>
      </w:r>
    </w:p>
    <w:p w14:paraId="55F25F65" w14:textId="77777777" w:rsidR="00924CA2" w:rsidRDefault="00924CA2" w:rsidP="00924CA2">
      <w:pPr>
        <w:rPr>
          <w:rFonts w:ascii="Arial" w:hAnsi="Arial" w:cs="Arial"/>
        </w:rPr>
      </w:pPr>
    </w:p>
    <w:p w14:paraId="4E427809" w14:textId="77777777" w:rsidR="00924CA2" w:rsidRPr="00B77435" w:rsidRDefault="00924CA2" w:rsidP="00924C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7141">
        <w:rPr>
          <w:rFonts w:ascii="Arial" w:hAnsi="Arial" w:cs="Arial"/>
        </w:rPr>
        <w:t xml:space="preserve">       </w:t>
      </w:r>
      <w:r w:rsidR="001C5514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Podgorica, ______</w:t>
      </w:r>
      <w:r w:rsidR="00F97055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_ 2026. </w:t>
      </w:r>
      <w:proofErr w:type="spellStart"/>
      <w:r>
        <w:rPr>
          <w:rFonts w:ascii="Arial" w:hAnsi="Arial" w:cs="Arial"/>
        </w:rPr>
        <w:t>godine</w:t>
      </w:r>
      <w:proofErr w:type="spellEnd"/>
    </w:p>
    <w:p w14:paraId="6703E302" w14:textId="7E22F5C0" w:rsidR="00BD31EE" w:rsidRDefault="00BD31EE" w:rsidP="00EE3A71">
      <w:pPr>
        <w:spacing w:after="0" w:line="240" w:lineRule="auto"/>
        <w:rPr>
          <w:rFonts w:ascii="Arial" w:hAnsi="Arial" w:cs="Arial"/>
        </w:rPr>
      </w:pPr>
    </w:p>
    <w:p w14:paraId="1E3AD44B" w14:textId="51EEF95E" w:rsidR="0011459C" w:rsidRDefault="0011459C" w:rsidP="00EE3A71">
      <w:pPr>
        <w:spacing w:after="0" w:line="240" w:lineRule="auto"/>
        <w:rPr>
          <w:rFonts w:ascii="Arial" w:hAnsi="Arial" w:cs="Arial"/>
        </w:rPr>
      </w:pPr>
    </w:p>
    <w:p w14:paraId="57E166DC" w14:textId="7D33EC58" w:rsidR="0011459C" w:rsidRDefault="0011459C" w:rsidP="00EE3A71">
      <w:pPr>
        <w:spacing w:after="0" w:line="240" w:lineRule="auto"/>
        <w:rPr>
          <w:rFonts w:ascii="Arial" w:hAnsi="Arial" w:cs="Arial"/>
        </w:rPr>
      </w:pPr>
    </w:p>
    <w:p w14:paraId="4BFEF7C9" w14:textId="0F74B1C4" w:rsidR="0011459C" w:rsidRDefault="0011459C" w:rsidP="00EE3A71">
      <w:pPr>
        <w:spacing w:after="0" w:line="240" w:lineRule="auto"/>
        <w:rPr>
          <w:rFonts w:ascii="Arial" w:hAnsi="Arial" w:cs="Arial"/>
        </w:rPr>
      </w:pPr>
    </w:p>
    <w:p w14:paraId="0AD45438" w14:textId="0EAF9BAC" w:rsidR="0011459C" w:rsidRDefault="0011459C" w:rsidP="00EE3A71">
      <w:pPr>
        <w:spacing w:after="0" w:line="240" w:lineRule="auto"/>
        <w:rPr>
          <w:rFonts w:ascii="Arial" w:hAnsi="Arial" w:cs="Arial"/>
        </w:rPr>
      </w:pPr>
    </w:p>
    <w:p w14:paraId="01F3D939" w14:textId="02E11AFB" w:rsidR="0011459C" w:rsidRDefault="0011459C" w:rsidP="00EE3A71">
      <w:pPr>
        <w:spacing w:after="0" w:line="240" w:lineRule="auto"/>
        <w:rPr>
          <w:rFonts w:ascii="Arial" w:hAnsi="Arial" w:cs="Arial"/>
        </w:rPr>
      </w:pPr>
    </w:p>
    <w:p w14:paraId="10D4B64D" w14:textId="4B626B67" w:rsidR="0011459C" w:rsidRDefault="0011459C" w:rsidP="00EE3A71">
      <w:pPr>
        <w:spacing w:after="0" w:line="240" w:lineRule="auto"/>
        <w:rPr>
          <w:rFonts w:ascii="Arial" w:hAnsi="Arial" w:cs="Arial"/>
        </w:rPr>
      </w:pPr>
    </w:p>
    <w:p w14:paraId="19BF32EB" w14:textId="5711233B" w:rsidR="0011459C" w:rsidRDefault="0011459C" w:rsidP="00EE3A71">
      <w:pPr>
        <w:spacing w:after="0" w:line="240" w:lineRule="auto"/>
        <w:rPr>
          <w:rFonts w:ascii="Arial" w:hAnsi="Arial" w:cs="Arial"/>
        </w:rPr>
      </w:pPr>
    </w:p>
    <w:p w14:paraId="478181AC" w14:textId="4E588B42" w:rsidR="0011459C" w:rsidRDefault="0011459C" w:rsidP="00EE3A71">
      <w:pPr>
        <w:spacing w:after="0" w:line="240" w:lineRule="auto"/>
        <w:rPr>
          <w:rFonts w:ascii="Arial" w:hAnsi="Arial" w:cs="Arial"/>
        </w:rPr>
      </w:pPr>
    </w:p>
    <w:p w14:paraId="35E352C5" w14:textId="6CEB29B4" w:rsidR="0011459C" w:rsidRDefault="0011459C" w:rsidP="00EE3A71">
      <w:pPr>
        <w:spacing w:after="0" w:line="240" w:lineRule="auto"/>
        <w:rPr>
          <w:rFonts w:ascii="Arial" w:hAnsi="Arial" w:cs="Arial"/>
        </w:rPr>
      </w:pPr>
    </w:p>
    <w:p w14:paraId="1A5B5652" w14:textId="3D0B42C2" w:rsidR="0011459C" w:rsidRDefault="0011459C" w:rsidP="0011459C">
      <w:pPr>
        <w:spacing w:after="0" w:line="240" w:lineRule="auto"/>
        <w:jc w:val="both"/>
        <w:rPr>
          <w:rFonts w:ascii="Arial" w:hAnsi="Arial" w:cs="Arial"/>
        </w:rPr>
      </w:pPr>
    </w:p>
    <w:p w14:paraId="62B84F7E" w14:textId="3DE3140C" w:rsidR="0011459C" w:rsidRPr="0011459C" w:rsidRDefault="0011459C" w:rsidP="0011459C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82F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Uz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zahtjev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prilažu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dokaz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o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registraciji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u CRPS-u,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dokaz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o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zaposlenju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agenta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dokaz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o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poslovnom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prostoru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polisa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osiguranja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druga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dokumentacija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propisana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182F6A">
        <w:rPr>
          <w:rFonts w:ascii="Arial" w:hAnsi="Arial" w:cs="Arial"/>
          <w:color w:val="000000" w:themeColor="text1"/>
          <w:sz w:val="20"/>
          <w:szCs w:val="20"/>
        </w:rPr>
        <w:t>zakonom</w:t>
      </w:r>
      <w:proofErr w:type="spellEnd"/>
      <w:r w:rsidRPr="00182F6A">
        <w:rPr>
          <w:rFonts w:ascii="Arial" w:hAnsi="Arial" w:cs="Arial"/>
          <w:color w:val="000000" w:themeColor="text1"/>
          <w:sz w:val="20"/>
          <w:szCs w:val="20"/>
        </w:rPr>
        <w:t>.</w:t>
      </w:r>
    </w:p>
    <w:sectPr w:rsidR="0011459C" w:rsidRPr="0011459C" w:rsidSect="00327792">
      <w:pgSz w:w="12240" w:h="15840"/>
      <w:pgMar w:top="1440" w:right="180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441975"/>
    <w:multiLevelType w:val="hybridMultilevel"/>
    <w:tmpl w:val="B65430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16176"/>
    <w:multiLevelType w:val="hybridMultilevel"/>
    <w:tmpl w:val="9266F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A3F49"/>
    <w:multiLevelType w:val="hybridMultilevel"/>
    <w:tmpl w:val="1C02F2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725"/>
    <w:rsid w:val="00034616"/>
    <w:rsid w:val="0006063C"/>
    <w:rsid w:val="0011459C"/>
    <w:rsid w:val="001230CB"/>
    <w:rsid w:val="0015074B"/>
    <w:rsid w:val="00182F6A"/>
    <w:rsid w:val="001C5514"/>
    <w:rsid w:val="0029639D"/>
    <w:rsid w:val="002E7BDA"/>
    <w:rsid w:val="00326F90"/>
    <w:rsid w:val="00327792"/>
    <w:rsid w:val="006153DB"/>
    <w:rsid w:val="00627206"/>
    <w:rsid w:val="00786DA5"/>
    <w:rsid w:val="0085296E"/>
    <w:rsid w:val="008B494F"/>
    <w:rsid w:val="008F0236"/>
    <w:rsid w:val="00924CA2"/>
    <w:rsid w:val="0095298C"/>
    <w:rsid w:val="009D15FE"/>
    <w:rsid w:val="00AA1D8D"/>
    <w:rsid w:val="00AF5420"/>
    <w:rsid w:val="00AF6685"/>
    <w:rsid w:val="00B3438A"/>
    <w:rsid w:val="00B47730"/>
    <w:rsid w:val="00B86F3A"/>
    <w:rsid w:val="00B87141"/>
    <w:rsid w:val="00BD31EE"/>
    <w:rsid w:val="00C12F47"/>
    <w:rsid w:val="00C36984"/>
    <w:rsid w:val="00CB0664"/>
    <w:rsid w:val="00D24FC5"/>
    <w:rsid w:val="00DE0D34"/>
    <w:rsid w:val="00EE3A71"/>
    <w:rsid w:val="00F614F3"/>
    <w:rsid w:val="00F66F52"/>
    <w:rsid w:val="00F970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D25D2B"/>
  <w14:defaultImageDpi w14:val="300"/>
  <w15:docId w15:val="{AF4547C9-7E70-4C7F-82EE-5BC32CEE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0">
    <w:name w:val="TableGrid"/>
    <w:rsid w:val="00924CA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B4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9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A05AB6-7ADE-4611-89FF-7E03E0705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Marija Vukcevic</cp:lastModifiedBy>
  <cp:revision>4</cp:revision>
  <cp:lastPrinted>2026-07-23T06:24:00Z</cp:lastPrinted>
  <dcterms:created xsi:type="dcterms:W3CDTF">2026-07-22T07:57:00Z</dcterms:created>
  <dcterms:modified xsi:type="dcterms:W3CDTF">2026-09-02T10:56:00Z</dcterms:modified>
  <cp:category/>
</cp:coreProperties>
</file>