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C31" w:rsidRPr="00782671" w:rsidRDefault="00C64EE4">
      <w:pPr>
        <w:jc w:val="center"/>
        <w:rPr>
          <w:rFonts w:ascii="Arial" w:hAnsi="Arial" w:cs="Arial"/>
        </w:rPr>
      </w:pPr>
      <w:r w:rsidRPr="00782671">
        <w:rPr>
          <w:rFonts w:ascii="Arial" w:hAnsi="Arial" w:cs="Arial"/>
          <w:b/>
          <w:color w:val="17365D"/>
          <w:sz w:val="32"/>
        </w:rPr>
        <w:t>OBRAZAC IZVJEŠTAJA O REALIZACIJI INOVACIONOG PROJEKTA</w:t>
      </w:r>
    </w:p>
    <w:p w:rsidR="00F70C31" w:rsidRPr="00782671" w:rsidRDefault="004C1EC6">
      <w:pPr>
        <w:jc w:val="center"/>
        <w:rPr>
          <w:rFonts w:ascii="Arial" w:hAnsi="Arial" w:cs="Arial"/>
        </w:rPr>
      </w:pPr>
      <w:proofErr w:type="spellStart"/>
      <w:r w:rsidRPr="004C1EC6">
        <w:rPr>
          <w:rFonts w:ascii="Arial" w:hAnsi="Arial" w:cs="Arial" w:hint="eastAsia"/>
          <w:i/>
          <w:color w:val="666666"/>
        </w:rPr>
        <w:t>Korišćenje</w:t>
      </w:r>
      <w:proofErr w:type="spellEnd"/>
      <w:r w:rsidRPr="004C1EC6">
        <w:rPr>
          <w:rFonts w:ascii="Arial" w:hAnsi="Arial" w:cs="Arial" w:hint="eastAsia"/>
          <w:i/>
          <w:color w:val="666666"/>
        </w:rPr>
        <w:t xml:space="preserve"> </w:t>
      </w:r>
      <w:proofErr w:type="spellStart"/>
      <w:r w:rsidRPr="004C1EC6">
        <w:rPr>
          <w:rFonts w:ascii="Arial" w:hAnsi="Arial" w:cs="Arial" w:hint="eastAsia"/>
          <w:i/>
          <w:color w:val="666666"/>
        </w:rPr>
        <w:t>sredstava</w:t>
      </w:r>
      <w:proofErr w:type="spellEnd"/>
      <w:r w:rsidRPr="004C1EC6">
        <w:rPr>
          <w:rFonts w:ascii="Arial" w:hAnsi="Arial" w:cs="Arial" w:hint="eastAsia"/>
          <w:i/>
          <w:color w:val="666666"/>
        </w:rPr>
        <w:t xml:space="preserve"> </w:t>
      </w:r>
      <w:proofErr w:type="spellStart"/>
      <w:r w:rsidRPr="004C1EC6">
        <w:rPr>
          <w:rFonts w:ascii="Arial" w:hAnsi="Arial" w:cs="Arial" w:hint="eastAsia"/>
          <w:i/>
          <w:color w:val="666666"/>
        </w:rPr>
        <w:t>donacije</w:t>
      </w:r>
      <w:proofErr w:type="spellEnd"/>
      <w:r w:rsidRPr="004C1EC6">
        <w:rPr>
          <w:rFonts w:ascii="Arial" w:hAnsi="Arial" w:cs="Arial" w:hint="eastAsia"/>
          <w:i/>
          <w:color w:val="666666"/>
        </w:rPr>
        <w:t xml:space="preserve">, </w:t>
      </w:r>
      <w:proofErr w:type="spellStart"/>
      <w:r w:rsidRPr="004C1EC6">
        <w:rPr>
          <w:rFonts w:ascii="Arial" w:hAnsi="Arial" w:cs="Arial" w:hint="eastAsia"/>
          <w:i/>
          <w:color w:val="666666"/>
        </w:rPr>
        <w:t>ostvareni</w:t>
      </w:r>
      <w:proofErr w:type="spellEnd"/>
      <w:r w:rsidRPr="004C1EC6">
        <w:rPr>
          <w:rFonts w:ascii="Arial" w:hAnsi="Arial" w:cs="Arial" w:hint="eastAsia"/>
          <w:i/>
          <w:color w:val="666666"/>
        </w:rPr>
        <w:t xml:space="preserve"> </w:t>
      </w:r>
      <w:proofErr w:type="spellStart"/>
      <w:r w:rsidRPr="004C1EC6">
        <w:rPr>
          <w:rFonts w:ascii="Arial" w:hAnsi="Arial" w:cs="Arial" w:hint="eastAsia"/>
          <w:i/>
          <w:color w:val="666666"/>
        </w:rPr>
        <w:t>rezultati</w:t>
      </w:r>
      <w:proofErr w:type="spellEnd"/>
      <w:r w:rsidRPr="004C1EC6">
        <w:rPr>
          <w:rFonts w:ascii="Arial" w:hAnsi="Arial" w:cs="Arial" w:hint="eastAsia"/>
          <w:i/>
          <w:color w:val="666666"/>
        </w:rPr>
        <w:t xml:space="preserve"> i </w:t>
      </w:r>
      <w:proofErr w:type="spellStart"/>
      <w:r w:rsidRPr="004C1EC6">
        <w:rPr>
          <w:rFonts w:ascii="Arial" w:hAnsi="Arial" w:cs="Arial" w:hint="eastAsia"/>
          <w:i/>
          <w:color w:val="666666"/>
        </w:rPr>
        <w:t>napredak</w:t>
      </w:r>
      <w:proofErr w:type="spellEnd"/>
      <w:r w:rsidRPr="004C1EC6">
        <w:rPr>
          <w:rFonts w:ascii="Arial" w:hAnsi="Arial" w:cs="Arial" w:hint="eastAsia"/>
          <w:i/>
          <w:color w:val="666666"/>
        </w:rPr>
        <w:t xml:space="preserve"> u </w:t>
      </w:r>
      <w:proofErr w:type="spellStart"/>
      <w:r w:rsidRPr="004C1EC6">
        <w:rPr>
          <w:rFonts w:ascii="Arial" w:hAnsi="Arial" w:cs="Arial" w:hint="eastAsia"/>
          <w:i/>
          <w:color w:val="666666"/>
        </w:rPr>
        <w:t>realizaciji</w:t>
      </w:r>
      <w:proofErr w:type="spellEnd"/>
      <w:r w:rsidRPr="004C1EC6">
        <w:rPr>
          <w:rFonts w:ascii="Arial" w:hAnsi="Arial" w:cs="Arial" w:hint="eastAsia"/>
          <w:i/>
          <w:color w:val="666666"/>
        </w:rPr>
        <w:t xml:space="preserve"> </w:t>
      </w:r>
      <w:proofErr w:type="spellStart"/>
      <w:r w:rsidRPr="004C1EC6">
        <w:rPr>
          <w:rFonts w:ascii="Arial" w:hAnsi="Arial" w:cs="Arial" w:hint="eastAsia"/>
          <w:i/>
          <w:color w:val="666666"/>
        </w:rPr>
        <w:t>inovacionog</w:t>
      </w:r>
      <w:proofErr w:type="spellEnd"/>
      <w:r w:rsidRPr="004C1EC6">
        <w:rPr>
          <w:rFonts w:ascii="Arial" w:hAnsi="Arial" w:cs="Arial" w:hint="eastAsia"/>
          <w:i/>
          <w:color w:val="666666"/>
        </w:rPr>
        <w:t xml:space="preserve"> </w:t>
      </w:r>
      <w:proofErr w:type="spellStart"/>
      <w:r w:rsidRPr="004C1EC6">
        <w:rPr>
          <w:rFonts w:ascii="Arial" w:hAnsi="Arial" w:cs="Arial" w:hint="eastAsia"/>
          <w:i/>
          <w:color w:val="666666"/>
        </w:rPr>
        <w:t>projekta</w:t>
      </w:r>
      <w:proofErr w:type="spellEnd"/>
    </w:p>
    <w:p w:rsidR="00F70C31" w:rsidRPr="00782671" w:rsidRDefault="00C64EE4">
      <w:pPr>
        <w:pStyle w:val="Heading1"/>
        <w:rPr>
          <w:rFonts w:ascii="Arial" w:hAnsi="Arial" w:cs="Arial"/>
        </w:rPr>
      </w:pPr>
      <w:r w:rsidRPr="00782671">
        <w:rPr>
          <w:rFonts w:ascii="Arial" w:hAnsi="Arial" w:cs="Arial"/>
        </w:rPr>
        <w:t xml:space="preserve">1. </w:t>
      </w:r>
      <w:proofErr w:type="spellStart"/>
      <w:r w:rsidRPr="00782671">
        <w:rPr>
          <w:rFonts w:ascii="Arial" w:hAnsi="Arial" w:cs="Arial"/>
        </w:rPr>
        <w:t>Podaci</w:t>
      </w:r>
      <w:proofErr w:type="spellEnd"/>
      <w:r w:rsidRPr="00782671">
        <w:rPr>
          <w:rFonts w:ascii="Arial" w:hAnsi="Arial" w:cs="Arial"/>
        </w:rPr>
        <w:t xml:space="preserve"> o </w:t>
      </w:r>
      <w:proofErr w:type="spellStart"/>
      <w:r w:rsidRPr="00782671">
        <w:rPr>
          <w:rFonts w:ascii="Arial" w:hAnsi="Arial" w:cs="Arial"/>
        </w:rPr>
        <w:t>izvještaju</w:t>
      </w:r>
      <w:proofErr w:type="spellEnd"/>
      <w:r w:rsidRPr="00782671">
        <w:rPr>
          <w:rFonts w:ascii="Arial" w:hAnsi="Arial" w:cs="Arial"/>
        </w:rPr>
        <w:t xml:space="preserve"> i </w:t>
      </w:r>
      <w:proofErr w:type="spellStart"/>
      <w:r w:rsidRPr="00782671">
        <w:rPr>
          <w:rFonts w:ascii="Arial" w:hAnsi="Arial" w:cs="Arial"/>
        </w:rPr>
        <w:t>projektu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8"/>
        <w:gridCol w:w="6690"/>
      </w:tblGrid>
      <w:tr w:rsidR="00F70C31" w:rsidRPr="00782671" w:rsidTr="002F289C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C64EE4">
            <w:pPr>
              <w:rPr>
                <w:rFonts w:ascii="Arial" w:hAnsi="Arial" w:cs="Arial"/>
              </w:rPr>
            </w:pPr>
            <w:proofErr w:type="spellStart"/>
            <w:r w:rsidRPr="00782671">
              <w:rPr>
                <w:rFonts w:ascii="Arial" w:hAnsi="Arial" w:cs="Arial"/>
                <w:b/>
              </w:rPr>
              <w:t>Vrsta</w:t>
            </w:r>
            <w:proofErr w:type="spellEnd"/>
            <w:r w:rsidRPr="0078267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</w:rPr>
              <w:t>izvještaja</w:t>
            </w:r>
            <w:proofErr w:type="spellEnd"/>
          </w:p>
          <w:p w:rsidR="002F289C" w:rsidRPr="00782671" w:rsidRDefault="002F289C" w:rsidP="002F289C">
            <w:pPr>
              <w:rPr>
                <w:rFonts w:ascii="Arial" w:hAnsi="Arial" w:cs="Arial"/>
              </w:rPr>
            </w:pPr>
          </w:p>
          <w:p w:rsidR="002F289C" w:rsidRPr="00782671" w:rsidRDefault="002F289C" w:rsidP="002F289C">
            <w:pPr>
              <w:ind w:firstLine="720"/>
              <w:rPr>
                <w:rFonts w:ascii="Arial" w:hAnsi="Arial" w:cs="Arial"/>
              </w:rPr>
            </w:pPr>
          </w:p>
          <w:p w:rsidR="00F70C31" w:rsidRPr="00782671" w:rsidRDefault="00F70C31" w:rsidP="002F28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C64EE4" w:rsidP="002F289C">
            <w:pPr>
              <w:rPr>
                <w:rFonts w:ascii="Arial" w:hAnsi="Arial" w:cs="Arial"/>
              </w:rPr>
            </w:pPr>
            <w:r w:rsidRPr="00782671">
              <w:rPr>
                <w:rFonts w:ascii="Segoe UI Symbol" w:hAnsi="Segoe UI Symbol" w:cs="Segoe UI Symbol"/>
              </w:rPr>
              <w:t>☐</w:t>
            </w:r>
            <w:r w:rsidRPr="00782671">
              <w:rPr>
                <w:rFonts w:ascii="Arial" w:hAnsi="Arial" w:cs="Arial"/>
              </w:rPr>
              <w:t xml:space="preserve"> </w:t>
            </w:r>
            <w:proofErr w:type="spellStart"/>
            <w:r w:rsidR="002F289C" w:rsidRPr="00782671">
              <w:rPr>
                <w:rFonts w:ascii="Arial" w:hAnsi="Arial" w:cs="Arial"/>
              </w:rPr>
              <w:t>Periodični</w:t>
            </w:r>
            <w:proofErr w:type="spellEnd"/>
            <w:r w:rsidR="002F289C" w:rsidRPr="00782671">
              <w:rPr>
                <w:rFonts w:ascii="Arial" w:hAnsi="Arial" w:cs="Arial"/>
              </w:rPr>
              <w:t xml:space="preserve"> </w:t>
            </w:r>
            <w:proofErr w:type="spellStart"/>
            <w:r w:rsidR="002F289C" w:rsidRPr="00782671">
              <w:rPr>
                <w:rFonts w:ascii="Arial" w:hAnsi="Arial" w:cs="Arial"/>
              </w:rPr>
              <w:t>izvještaj</w:t>
            </w:r>
            <w:proofErr w:type="spellEnd"/>
            <w:r w:rsidR="002F289C" w:rsidRPr="00782671">
              <w:rPr>
                <w:rFonts w:ascii="Arial" w:hAnsi="Arial" w:cs="Arial"/>
              </w:rPr>
              <w:t xml:space="preserve">, </w:t>
            </w:r>
            <w:proofErr w:type="spellStart"/>
            <w:r w:rsidR="002F289C" w:rsidRPr="00782671">
              <w:rPr>
                <w:rFonts w:ascii="Arial" w:hAnsi="Arial" w:cs="Arial"/>
              </w:rPr>
              <w:t>na</w:t>
            </w:r>
            <w:proofErr w:type="spellEnd"/>
            <w:r w:rsidR="002F289C" w:rsidRPr="00782671">
              <w:rPr>
                <w:rFonts w:ascii="Arial" w:hAnsi="Arial" w:cs="Arial"/>
              </w:rPr>
              <w:t xml:space="preserve"> </w:t>
            </w:r>
            <w:proofErr w:type="spellStart"/>
            <w:r w:rsidR="002F289C" w:rsidRPr="00782671">
              <w:rPr>
                <w:rFonts w:ascii="Arial" w:hAnsi="Arial" w:cs="Arial"/>
              </w:rPr>
              <w:t>zahtjev</w:t>
            </w:r>
            <w:proofErr w:type="spellEnd"/>
            <w:r w:rsidR="002F289C" w:rsidRPr="00782671">
              <w:rPr>
                <w:rFonts w:ascii="Arial" w:hAnsi="Arial" w:cs="Arial"/>
              </w:rPr>
              <w:t xml:space="preserve"> Ministarstva  </w:t>
            </w:r>
          </w:p>
          <w:p w:rsidR="002F289C" w:rsidRPr="00782671" w:rsidRDefault="001B19B0" w:rsidP="002F289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0935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9C" w:rsidRPr="0078267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F289C" w:rsidRPr="00782671">
              <w:rPr>
                <w:rFonts w:ascii="Arial" w:hAnsi="Arial" w:cs="Arial"/>
              </w:rPr>
              <w:t xml:space="preserve"> </w:t>
            </w:r>
            <w:proofErr w:type="spellStart"/>
            <w:r w:rsidR="002F289C" w:rsidRPr="00782671">
              <w:rPr>
                <w:rFonts w:ascii="Arial" w:hAnsi="Arial" w:cs="Arial"/>
              </w:rPr>
              <w:t>Polugodišnji</w:t>
            </w:r>
            <w:proofErr w:type="spellEnd"/>
            <w:r w:rsidR="002F289C" w:rsidRPr="00782671">
              <w:rPr>
                <w:rFonts w:ascii="Arial" w:hAnsi="Arial" w:cs="Arial"/>
              </w:rPr>
              <w:t xml:space="preserve"> </w:t>
            </w:r>
            <w:proofErr w:type="spellStart"/>
            <w:r w:rsidR="002F289C" w:rsidRPr="00782671">
              <w:rPr>
                <w:rFonts w:ascii="Arial" w:hAnsi="Arial" w:cs="Arial"/>
              </w:rPr>
              <w:t>izvještaj</w:t>
            </w:r>
            <w:proofErr w:type="spellEnd"/>
            <w:r w:rsidR="002F289C" w:rsidRPr="00782671">
              <w:rPr>
                <w:rFonts w:ascii="Arial" w:hAnsi="Arial" w:cs="Arial"/>
              </w:rPr>
              <w:t xml:space="preserve">, </w:t>
            </w:r>
            <w:proofErr w:type="spellStart"/>
            <w:r w:rsidR="002F289C" w:rsidRPr="00782671">
              <w:rPr>
                <w:rFonts w:ascii="Arial" w:hAnsi="Arial" w:cs="Arial"/>
              </w:rPr>
              <w:t>na</w:t>
            </w:r>
            <w:proofErr w:type="spellEnd"/>
            <w:r w:rsidR="002F289C" w:rsidRPr="00782671">
              <w:rPr>
                <w:rFonts w:ascii="Arial" w:hAnsi="Arial" w:cs="Arial"/>
              </w:rPr>
              <w:t xml:space="preserve"> </w:t>
            </w:r>
            <w:proofErr w:type="spellStart"/>
            <w:r w:rsidR="002F289C" w:rsidRPr="00782671">
              <w:rPr>
                <w:rFonts w:ascii="Arial" w:hAnsi="Arial" w:cs="Arial"/>
              </w:rPr>
              <w:t>zahtjev</w:t>
            </w:r>
            <w:proofErr w:type="spellEnd"/>
            <w:r w:rsidR="002F289C" w:rsidRPr="00782671">
              <w:rPr>
                <w:rFonts w:ascii="Arial" w:hAnsi="Arial" w:cs="Arial"/>
              </w:rPr>
              <w:t xml:space="preserve"> </w:t>
            </w:r>
            <w:proofErr w:type="spellStart"/>
            <w:r w:rsidR="002F289C" w:rsidRPr="00782671">
              <w:rPr>
                <w:rFonts w:ascii="Arial" w:hAnsi="Arial" w:cs="Arial"/>
              </w:rPr>
              <w:t>Komisije</w:t>
            </w:r>
            <w:proofErr w:type="spellEnd"/>
          </w:p>
          <w:p w:rsidR="002F289C" w:rsidRPr="00782671" w:rsidRDefault="001B19B0" w:rsidP="002F289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4511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9C" w:rsidRPr="0078267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F289C" w:rsidRPr="00782671">
              <w:rPr>
                <w:rFonts w:ascii="Arial" w:hAnsi="Arial" w:cs="Arial"/>
              </w:rPr>
              <w:t xml:space="preserve"> </w:t>
            </w:r>
            <w:proofErr w:type="spellStart"/>
            <w:r w:rsidR="002F289C" w:rsidRPr="00782671">
              <w:rPr>
                <w:rFonts w:ascii="Arial" w:hAnsi="Arial" w:cs="Arial"/>
              </w:rPr>
              <w:t>Godišnji</w:t>
            </w:r>
            <w:proofErr w:type="spellEnd"/>
            <w:r w:rsidR="002F289C" w:rsidRPr="00782671">
              <w:rPr>
                <w:rFonts w:ascii="Arial" w:hAnsi="Arial" w:cs="Arial"/>
              </w:rPr>
              <w:t xml:space="preserve"> </w:t>
            </w:r>
            <w:proofErr w:type="spellStart"/>
            <w:r w:rsidR="002F289C" w:rsidRPr="00782671">
              <w:rPr>
                <w:rFonts w:ascii="Arial" w:hAnsi="Arial" w:cs="Arial"/>
              </w:rPr>
              <w:t>izvještaj</w:t>
            </w:r>
            <w:proofErr w:type="spellEnd"/>
            <w:r w:rsidR="002F289C" w:rsidRPr="00782671">
              <w:rPr>
                <w:rFonts w:ascii="Arial" w:hAnsi="Arial" w:cs="Arial"/>
              </w:rPr>
              <w:t xml:space="preserve">   </w:t>
            </w:r>
          </w:p>
          <w:p w:rsidR="00F70C31" w:rsidRPr="00782671" w:rsidRDefault="001B19B0" w:rsidP="002F289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8746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9C" w:rsidRPr="0078267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F289C" w:rsidRPr="00782671">
              <w:rPr>
                <w:rFonts w:ascii="Arial" w:hAnsi="Arial" w:cs="Arial"/>
              </w:rPr>
              <w:t xml:space="preserve"> </w:t>
            </w:r>
            <w:proofErr w:type="spellStart"/>
            <w:r w:rsidR="002F289C" w:rsidRPr="00782671">
              <w:rPr>
                <w:rFonts w:ascii="Arial" w:hAnsi="Arial" w:cs="Arial"/>
              </w:rPr>
              <w:t>Završni</w:t>
            </w:r>
            <w:proofErr w:type="spellEnd"/>
            <w:r w:rsidR="002F289C" w:rsidRPr="00782671">
              <w:rPr>
                <w:rFonts w:ascii="Arial" w:hAnsi="Arial" w:cs="Arial"/>
              </w:rPr>
              <w:t xml:space="preserve"> </w:t>
            </w:r>
            <w:proofErr w:type="spellStart"/>
            <w:r w:rsidR="002F289C" w:rsidRPr="00782671">
              <w:rPr>
                <w:rFonts w:ascii="Arial" w:hAnsi="Arial" w:cs="Arial"/>
              </w:rPr>
              <w:t>izvještaj</w:t>
            </w:r>
            <w:proofErr w:type="spellEnd"/>
          </w:p>
        </w:tc>
      </w:tr>
      <w:tr w:rsidR="00F70C31" w:rsidRPr="00782671" w:rsidTr="002F289C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Izvještajni period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</w:rPr>
              <w:t>od __________________ do __________________</w:t>
            </w:r>
          </w:p>
        </w:tc>
      </w:tr>
      <w:tr w:rsidR="00F70C31" w:rsidRPr="00782671" w:rsidTr="002F289C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proofErr w:type="spellStart"/>
            <w:r w:rsidRPr="00782671">
              <w:rPr>
                <w:rFonts w:ascii="Arial" w:hAnsi="Arial" w:cs="Arial"/>
                <w:b/>
              </w:rPr>
              <w:t>Naziv</w:t>
            </w:r>
            <w:proofErr w:type="spellEnd"/>
            <w:r w:rsidRPr="0078267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2F289C" w:rsidRPr="00782671">
              <w:rPr>
                <w:rFonts w:ascii="Arial" w:hAnsi="Arial" w:cs="Arial"/>
                <w:b/>
              </w:rPr>
              <w:t>programa</w:t>
            </w:r>
            <w:proofErr w:type="spellEnd"/>
            <w:r w:rsidR="002F289C" w:rsidRPr="00782671">
              <w:rPr>
                <w:rFonts w:ascii="Arial" w:hAnsi="Arial" w:cs="Arial"/>
                <w:b/>
              </w:rPr>
              <w:t>/</w:t>
            </w:r>
            <w:proofErr w:type="spellStart"/>
            <w:r w:rsidRPr="00782671">
              <w:rPr>
                <w:rFonts w:ascii="Arial" w:hAnsi="Arial" w:cs="Arial"/>
                <w:b/>
              </w:rPr>
              <w:t>projekta</w:t>
            </w:r>
            <w:proofErr w:type="spellEnd"/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4C1EC6" w:rsidRPr="00782671" w:rsidTr="002F289C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C1EC6" w:rsidRPr="00782671" w:rsidRDefault="004C1EC6">
            <w:pPr>
              <w:rPr>
                <w:rFonts w:ascii="Arial" w:hAnsi="Arial" w:cs="Arial"/>
                <w:b/>
              </w:rPr>
            </w:pPr>
            <w:proofErr w:type="spellStart"/>
            <w:r w:rsidRPr="00782671">
              <w:rPr>
                <w:rFonts w:ascii="Arial" w:hAnsi="Arial" w:cs="Arial"/>
                <w:b/>
              </w:rPr>
              <w:t>Broj</w:t>
            </w:r>
            <w:proofErr w:type="spellEnd"/>
            <w:r w:rsidRPr="00782671">
              <w:rPr>
                <w:rFonts w:ascii="Arial" w:hAnsi="Arial" w:cs="Arial"/>
                <w:b/>
              </w:rPr>
              <w:t xml:space="preserve"> i datum </w:t>
            </w:r>
            <w:proofErr w:type="spellStart"/>
            <w:r w:rsidRPr="00782671">
              <w:rPr>
                <w:rFonts w:ascii="Arial" w:hAnsi="Arial" w:cs="Arial"/>
                <w:b/>
              </w:rPr>
              <w:t>rješenja</w:t>
            </w:r>
            <w:proofErr w:type="spellEnd"/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C1EC6" w:rsidRPr="00782671" w:rsidRDefault="004C1EC6">
            <w:pPr>
              <w:rPr>
                <w:rFonts w:ascii="Arial" w:hAnsi="Arial" w:cs="Arial"/>
              </w:rPr>
            </w:pPr>
          </w:p>
        </w:tc>
      </w:tr>
      <w:tr w:rsidR="00F70C31" w:rsidRPr="004C1EC6" w:rsidTr="002F289C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  <w:b/>
              </w:rPr>
            </w:pPr>
            <w:proofErr w:type="spellStart"/>
            <w:r w:rsidRPr="00767025">
              <w:rPr>
                <w:rFonts w:ascii="Arial" w:hAnsi="Arial" w:cs="Arial"/>
                <w:b/>
              </w:rPr>
              <w:t>Broj</w:t>
            </w:r>
            <w:proofErr w:type="spellEnd"/>
            <w:r w:rsidRPr="00767025">
              <w:rPr>
                <w:rFonts w:ascii="Arial" w:hAnsi="Arial" w:cs="Arial"/>
                <w:b/>
              </w:rPr>
              <w:t xml:space="preserve"> i datum </w:t>
            </w:r>
            <w:proofErr w:type="spellStart"/>
            <w:r w:rsidRPr="00767025">
              <w:rPr>
                <w:rFonts w:ascii="Arial" w:hAnsi="Arial" w:cs="Arial"/>
                <w:b/>
              </w:rPr>
              <w:t>ugovora</w:t>
            </w:r>
            <w:proofErr w:type="spellEnd"/>
            <w:r w:rsidRPr="00767025">
              <w:rPr>
                <w:rFonts w:ascii="Arial" w:hAnsi="Arial" w:cs="Arial"/>
                <w:b/>
              </w:rPr>
              <w:t xml:space="preserve"> o </w:t>
            </w:r>
            <w:proofErr w:type="spellStart"/>
            <w:r w:rsidRPr="00767025">
              <w:rPr>
                <w:rFonts w:ascii="Arial" w:hAnsi="Arial" w:cs="Arial"/>
                <w:b/>
              </w:rPr>
              <w:t>donaciji</w:t>
            </w:r>
            <w:proofErr w:type="spellEnd"/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67025" w:rsidRDefault="00F70C31">
            <w:pPr>
              <w:rPr>
                <w:rFonts w:ascii="Arial" w:hAnsi="Arial" w:cs="Arial"/>
                <w:b/>
              </w:rPr>
            </w:pPr>
          </w:p>
        </w:tc>
      </w:tr>
      <w:tr w:rsidR="00F70C31" w:rsidRPr="00782671" w:rsidTr="002F289C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Korisnik sredstava donacije / PIB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 w:rsidTr="002F289C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 xml:space="preserve">Donator / PIB 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 w:rsidTr="002F289C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Iznos donacije (€)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 w:rsidTr="002F289C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Poseban račun koji je predmet kontrole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 w:rsidTr="002F289C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proofErr w:type="spellStart"/>
            <w:r w:rsidRPr="00782671">
              <w:rPr>
                <w:rFonts w:ascii="Arial" w:hAnsi="Arial" w:cs="Arial"/>
                <w:b/>
              </w:rPr>
              <w:t>Ukupna</w:t>
            </w:r>
            <w:proofErr w:type="spellEnd"/>
            <w:r w:rsidRPr="0078267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</w:rPr>
              <w:t>planirana</w:t>
            </w:r>
            <w:proofErr w:type="spellEnd"/>
            <w:r w:rsidRPr="0078267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</w:rPr>
              <w:t>vrijednost</w:t>
            </w:r>
            <w:proofErr w:type="spellEnd"/>
            <w:r w:rsidRPr="0078267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</w:rPr>
              <w:t>projekta</w:t>
            </w:r>
            <w:proofErr w:type="spellEnd"/>
            <w:r w:rsidRPr="00782671">
              <w:rPr>
                <w:rFonts w:ascii="Arial" w:hAnsi="Arial" w:cs="Arial"/>
                <w:b/>
              </w:rPr>
              <w:t xml:space="preserve"> (€)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 w:rsidTr="002F289C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Odobreni intenzitet državne pomoći (%)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 w:rsidTr="002F289C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Rukovodilac projekta / kontakt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</w:tbl>
    <w:p w:rsidR="004C1EC6" w:rsidRDefault="004C1EC6">
      <w:pPr>
        <w:pStyle w:val="Heading1"/>
        <w:rPr>
          <w:rFonts w:ascii="Arial" w:hAnsi="Arial" w:cs="Arial"/>
        </w:rPr>
      </w:pPr>
    </w:p>
    <w:p w:rsidR="004C1EC6" w:rsidRDefault="004C1EC6">
      <w:pPr>
        <w:spacing w:after="200"/>
        <w:rPr>
          <w:rFonts w:ascii="Arial" w:eastAsiaTheme="majorEastAsia" w:hAnsi="Arial" w:cs="Arial"/>
          <w:b/>
          <w:bCs/>
          <w:color w:val="17365D"/>
          <w:sz w:val="28"/>
          <w:szCs w:val="28"/>
        </w:rPr>
      </w:pPr>
      <w:r>
        <w:rPr>
          <w:rFonts w:ascii="Arial" w:hAnsi="Arial" w:cs="Arial"/>
        </w:rPr>
        <w:br w:type="page"/>
      </w:r>
    </w:p>
    <w:p w:rsidR="00F70C31" w:rsidRPr="00782671" w:rsidRDefault="00C64EE4">
      <w:pPr>
        <w:pStyle w:val="Heading1"/>
        <w:rPr>
          <w:rFonts w:ascii="Arial" w:hAnsi="Arial" w:cs="Arial"/>
        </w:rPr>
      </w:pPr>
      <w:r w:rsidRPr="00782671">
        <w:rPr>
          <w:rFonts w:ascii="Arial" w:hAnsi="Arial" w:cs="Arial"/>
        </w:rPr>
        <w:lastRenderedPageBreak/>
        <w:t>2. Sažetak realizacije</w:t>
      </w:r>
    </w:p>
    <w:p w:rsidR="00F70C31" w:rsidRPr="00782671" w:rsidRDefault="002F289C" w:rsidP="00767025">
      <w:pPr>
        <w:jc w:val="both"/>
        <w:rPr>
          <w:rFonts w:ascii="Arial" w:hAnsi="Arial" w:cs="Arial"/>
        </w:rPr>
      </w:pPr>
      <w:r w:rsidRPr="00782671">
        <w:rPr>
          <w:rFonts w:ascii="Arial" w:hAnsi="Arial" w:cs="Arial"/>
        </w:rPr>
        <w:t xml:space="preserve">2.1. </w:t>
      </w:r>
      <w:proofErr w:type="spellStart"/>
      <w:r w:rsidRPr="00782671">
        <w:rPr>
          <w:rFonts w:ascii="Arial" w:hAnsi="Arial" w:cs="Arial"/>
        </w:rPr>
        <w:t>O</w:t>
      </w:r>
      <w:r w:rsidR="00C64EE4" w:rsidRPr="00782671">
        <w:rPr>
          <w:rFonts w:ascii="Arial" w:hAnsi="Arial" w:cs="Arial"/>
        </w:rPr>
        <w:t>pisati</w:t>
      </w:r>
      <w:proofErr w:type="spellEnd"/>
      <w:r w:rsidR="00C64EE4" w:rsidRPr="00782671">
        <w:rPr>
          <w:rFonts w:ascii="Arial" w:hAnsi="Arial" w:cs="Arial"/>
        </w:rPr>
        <w:t xml:space="preserve"> </w:t>
      </w:r>
      <w:proofErr w:type="spellStart"/>
      <w:r w:rsidR="00C64EE4" w:rsidRPr="00782671">
        <w:rPr>
          <w:rFonts w:ascii="Arial" w:hAnsi="Arial" w:cs="Arial"/>
        </w:rPr>
        <w:t>ostvareni</w:t>
      </w:r>
      <w:proofErr w:type="spellEnd"/>
      <w:r w:rsidR="00C64EE4" w:rsidRPr="00782671">
        <w:rPr>
          <w:rFonts w:ascii="Arial" w:hAnsi="Arial" w:cs="Arial"/>
        </w:rPr>
        <w:t xml:space="preserve"> </w:t>
      </w:r>
      <w:proofErr w:type="spellStart"/>
      <w:r w:rsidR="00C64EE4" w:rsidRPr="00782671">
        <w:rPr>
          <w:rFonts w:ascii="Arial" w:hAnsi="Arial" w:cs="Arial"/>
        </w:rPr>
        <w:t>napredak</w:t>
      </w:r>
      <w:proofErr w:type="spellEnd"/>
      <w:r w:rsidR="00C64EE4" w:rsidRPr="00782671">
        <w:rPr>
          <w:rFonts w:ascii="Arial" w:hAnsi="Arial" w:cs="Arial"/>
        </w:rPr>
        <w:t xml:space="preserve">, </w:t>
      </w:r>
      <w:proofErr w:type="spellStart"/>
      <w:r w:rsidR="00C64EE4" w:rsidRPr="00782671">
        <w:rPr>
          <w:rFonts w:ascii="Arial" w:hAnsi="Arial" w:cs="Arial"/>
        </w:rPr>
        <w:t>najvažnije</w:t>
      </w:r>
      <w:proofErr w:type="spellEnd"/>
      <w:r w:rsidR="00C64EE4" w:rsidRPr="00782671">
        <w:rPr>
          <w:rFonts w:ascii="Arial" w:hAnsi="Arial" w:cs="Arial"/>
        </w:rPr>
        <w:t xml:space="preserve"> </w:t>
      </w:r>
      <w:proofErr w:type="spellStart"/>
      <w:r w:rsidR="00C64EE4" w:rsidRPr="00782671">
        <w:rPr>
          <w:rFonts w:ascii="Arial" w:hAnsi="Arial" w:cs="Arial"/>
        </w:rPr>
        <w:t>rezultate</w:t>
      </w:r>
      <w:proofErr w:type="spellEnd"/>
      <w:r w:rsidR="00C64EE4" w:rsidRPr="00782671">
        <w:rPr>
          <w:rFonts w:ascii="Arial" w:hAnsi="Arial" w:cs="Arial"/>
        </w:rPr>
        <w:t xml:space="preserve">, </w:t>
      </w:r>
      <w:proofErr w:type="spellStart"/>
      <w:r w:rsidR="00C64EE4" w:rsidRPr="00782671">
        <w:rPr>
          <w:rFonts w:ascii="Arial" w:hAnsi="Arial" w:cs="Arial"/>
        </w:rPr>
        <w:t>odstupanja</w:t>
      </w:r>
      <w:proofErr w:type="spellEnd"/>
      <w:r w:rsidR="00C64EE4" w:rsidRPr="00782671">
        <w:rPr>
          <w:rFonts w:ascii="Arial" w:hAnsi="Arial" w:cs="Arial"/>
        </w:rPr>
        <w:t xml:space="preserve"> od plana, </w:t>
      </w:r>
      <w:proofErr w:type="spellStart"/>
      <w:r w:rsidR="00C64EE4" w:rsidRPr="00782671">
        <w:rPr>
          <w:rFonts w:ascii="Arial" w:hAnsi="Arial" w:cs="Arial"/>
        </w:rPr>
        <w:t>finansijsku</w:t>
      </w:r>
      <w:proofErr w:type="spellEnd"/>
      <w:r w:rsidR="00C64EE4" w:rsidRPr="00782671">
        <w:rPr>
          <w:rFonts w:ascii="Arial" w:hAnsi="Arial" w:cs="Arial"/>
        </w:rPr>
        <w:t xml:space="preserve"> </w:t>
      </w:r>
      <w:proofErr w:type="spellStart"/>
      <w:r w:rsidR="00C64EE4" w:rsidRPr="00782671">
        <w:rPr>
          <w:rFonts w:ascii="Arial" w:hAnsi="Arial" w:cs="Arial"/>
        </w:rPr>
        <w:t>realizaciju</w:t>
      </w:r>
      <w:proofErr w:type="spellEnd"/>
      <w:r w:rsidR="00C64EE4" w:rsidRPr="00782671">
        <w:rPr>
          <w:rFonts w:ascii="Arial" w:hAnsi="Arial" w:cs="Arial"/>
        </w:rPr>
        <w:t xml:space="preserve"> i </w:t>
      </w:r>
      <w:proofErr w:type="spellStart"/>
      <w:r w:rsidR="004C1EC6" w:rsidRPr="004C1EC6">
        <w:rPr>
          <w:rFonts w:ascii="Arial" w:hAnsi="Arial" w:cs="Arial" w:hint="eastAsia"/>
        </w:rPr>
        <w:t>trenutno</w:t>
      </w:r>
      <w:proofErr w:type="spellEnd"/>
      <w:r w:rsidR="004C1EC6" w:rsidRPr="004C1EC6">
        <w:rPr>
          <w:rFonts w:ascii="Arial" w:hAnsi="Arial" w:cs="Arial" w:hint="eastAsia"/>
        </w:rPr>
        <w:t xml:space="preserve"> </w:t>
      </w:r>
      <w:proofErr w:type="spellStart"/>
      <w:r w:rsidR="004C1EC6" w:rsidRPr="004C1EC6">
        <w:rPr>
          <w:rFonts w:ascii="Arial" w:hAnsi="Arial" w:cs="Arial" w:hint="eastAsia"/>
        </w:rPr>
        <w:t>stanje</w:t>
      </w:r>
      <w:proofErr w:type="spellEnd"/>
      <w:r w:rsidR="004C1EC6" w:rsidRPr="004C1EC6">
        <w:rPr>
          <w:rFonts w:ascii="Arial" w:hAnsi="Arial" w:cs="Arial" w:hint="eastAsia"/>
        </w:rPr>
        <w:t xml:space="preserve"> razvoja inovacije, </w:t>
      </w:r>
      <w:proofErr w:type="spellStart"/>
      <w:r w:rsidR="004C1EC6" w:rsidRPr="004C1EC6">
        <w:rPr>
          <w:rFonts w:ascii="Arial" w:hAnsi="Arial" w:cs="Arial" w:hint="eastAsia"/>
        </w:rPr>
        <w:t>uključujući</w:t>
      </w:r>
      <w:proofErr w:type="spellEnd"/>
      <w:r w:rsidR="004C1EC6" w:rsidRPr="004C1EC6">
        <w:rPr>
          <w:rFonts w:ascii="Arial" w:hAnsi="Arial" w:cs="Arial" w:hint="eastAsia"/>
        </w:rPr>
        <w:t xml:space="preserve"> </w:t>
      </w:r>
      <w:proofErr w:type="spellStart"/>
      <w:r w:rsidR="004C1EC6" w:rsidRPr="004C1EC6">
        <w:rPr>
          <w:rFonts w:ascii="Arial" w:hAnsi="Arial" w:cs="Arial" w:hint="eastAsia"/>
        </w:rPr>
        <w:t>napredak</w:t>
      </w:r>
      <w:proofErr w:type="spellEnd"/>
      <w:r w:rsidR="004C1EC6" w:rsidRPr="004C1EC6">
        <w:rPr>
          <w:rFonts w:ascii="Arial" w:hAnsi="Arial" w:cs="Arial" w:hint="eastAsia"/>
        </w:rPr>
        <w:t xml:space="preserve"> u TRL-u, </w:t>
      </w:r>
      <w:proofErr w:type="spellStart"/>
      <w:r w:rsidR="004C1EC6" w:rsidRPr="004C1EC6">
        <w:rPr>
          <w:rFonts w:ascii="Arial" w:hAnsi="Arial" w:cs="Arial" w:hint="eastAsia"/>
        </w:rPr>
        <w:t>gdje</w:t>
      </w:r>
      <w:proofErr w:type="spellEnd"/>
      <w:r w:rsidR="004C1EC6" w:rsidRPr="004C1EC6">
        <w:rPr>
          <w:rFonts w:ascii="Arial" w:hAnsi="Arial" w:cs="Arial" w:hint="eastAsia"/>
        </w:rPr>
        <w:t xml:space="preserve"> je </w:t>
      </w:r>
      <w:proofErr w:type="spellStart"/>
      <w:r w:rsidR="004C1EC6" w:rsidRPr="004C1EC6">
        <w:rPr>
          <w:rFonts w:ascii="Arial" w:hAnsi="Arial" w:cs="Arial" w:hint="eastAsia"/>
        </w:rPr>
        <w:t>primjenjivo</w:t>
      </w:r>
      <w:proofErr w:type="spellEnd"/>
      <w:r w:rsidRPr="00782671">
        <w:rPr>
          <w:rFonts w:ascii="Arial" w:hAnsi="Arial" w:cs="Arial"/>
        </w:rPr>
        <w:t xml:space="preserve"> (max 500 </w:t>
      </w:r>
      <w:proofErr w:type="spellStart"/>
      <w:r w:rsidRPr="00782671">
        <w:rPr>
          <w:rFonts w:ascii="Arial" w:hAnsi="Arial" w:cs="Arial"/>
        </w:rPr>
        <w:t>riječi</w:t>
      </w:r>
      <w:proofErr w:type="spellEnd"/>
      <w:r w:rsidRPr="00782671">
        <w:rPr>
          <w:rFonts w:ascii="Arial" w:hAnsi="Arial" w:cs="Arial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F70C31" w:rsidRPr="00782671" w:rsidTr="002F289C">
        <w:trPr>
          <w:tblHeader/>
          <w:jc w:val="center"/>
        </w:trPr>
        <w:tc>
          <w:tcPr>
            <w:tcW w:w="9638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proofErr w:type="spellStart"/>
            <w:r w:rsidRPr="00782671">
              <w:rPr>
                <w:rFonts w:ascii="Arial" w:hAnsi="Arial" w:cs="Arial"/>
                <w:b/>
                <w:color w:val="FFFFFF"/>
                <w:sz w:val="16"/>
              </w:rPr>
              <w:t>Sažetak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 w:val="16"/>
              </w:rPr>
              <w:t>izvještajnog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 w:val="16"/>
              </w:rPr>
              <w:t>perioda</w:t>
            </w:r>
            <w:proofErr w:type="spellEnd"/>
          </w:p>
        </w:tc>
      </w:tr>
      <w:tr w:rsidR="004C1EC6" w:rsidRPr="00782671" w:rsidTr="000B3592">
        <w:trPr>
          <w:trHeight w:val="1876"/>
          <w:jc w:val="center"/>
        </w:trPr>
        <w:tc>
          <w:tcPr>
            <w:tcW w:w="96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C1EC6" w:rsidRPr="00782671" w:rsidRDefault="004C1EC6" w:rsidP="002F289C">
            <w:pPr>
              <w:pStyle w:val="Heading1"/>
              <w:rPr>
                <w:rFonts w:ascii="Arial" w:hAnsi="Arial" w:cs="Arial"/>
                <w:color w:val="000000" w:themeColor="text1"/>
                <w:sz w:val="16"/>
              </w:rPr>
            </w:pPr>
          </w:p>
          <w:p w:rsidR="004C1EC6" w:rsidRPr="00782671" w:rsidRDefault="004C1EC6">
            <w:pPr>
              <w:rPr>
                <w:rFonts w:ascii="Arial" w:hAnsi="Arial" w:cs="Arial"/>
              </w:rPr>
            </w:pPr>
          </w:p>
        </w:tc>
      </w:tr>
    </w:tbl>
    <w:p w:rsidR="004C1EC6" w:rsidRDefault="004C1EC6">
      <w:pPr>
        <w:pStyle w:val="Heading1"/>
        <w:rPr>
          <w:rFonts w:ascii="Arial" w:hAnsi="Arial" w:cs="Arial"/>
        </w:rPr>
      </w:pPr>
    </w:p>
    <w:p w:rsidR="00F70C31" w:rsidRPr="00782671" w:rsidRDefault="00C64EE4">
      <w:pPr>
        <w:pStyle w:val="Heading1"/>
        <w:rPr>
          <w:rFonts w:ascii="Arial" w:hAnsi="Arial" w:cs="Arial"/>
        </w:rPr>
      </w:pPr>
      <w:r w:rsidRPr="00782671">
        <w:rPr>
          <w:rFonts w:ascii="Arial" w:hAnsi="Arial" w:cs="Arial"/>
        </w:rPr>
        <w:t>3. Realizacija aktivnosti i rezultata</w:t>
      </w:r>
    </w:p>
    <w:p w:rsidR="00F70C31" w:rsidRPr="004C1EC6" w:rsidRDefault="002F289C" w:rsidP="00767025">
      <w:pPr>
        <w:jc w:val="both"/>
        <w:rPr>
          <w:rFonts w:ascii="Arial" w:hAnsi="Arial" w:cs="Arial"/>
        </w:rPr>
      </w:pPr>
      <w:proofErr w:type="spellStart"/>
      <w:r w:rsidRPr="00767025">
        <w:rPr>
          <w:rFonts w:ascii="Arial" w:hAnsi="Arial" w:cs="Arial"/>
        </w:rPr>
        <w:t>Navedite</w:t>
      </w:r>
      <w:proofErr w:type="spellEnd"/>
      <w:r w:rsidRPr="00767025">
        <w:rPr>
          <w:rFonts w:ascii="Arial" w:hAnsi="Arial" w:cs="Arial"/>
        </w:rPr>
        <w:t xml:space="preserve"> </w:t>
      </w:r>
      <w:proofErr w:type="spellStart"/>
      <w:r w:rsidRPr="00767025">
        <w:rPr>
          <w:rFonts w:ascii="Arial" w:hAnsi="Arial" w:cs="Arial"/>
        </w:rPr>
        <w:t>ostvarene</w:t>
      </w:r>
      <w:proofErr w:type="spellEnd"/>
      <w:r w:rsidRPr="00767025">
        <w:rPr>
          <w:rFonts w:ascii="Arial" w:hAnsi="Arial" w:cs="Arial"/>
        </w:rPr>
        <w:t xml:space="preserve"> </w:t>
      </w:r>
      <w:proofErr w:type="spellStart"/>
      <w:r w:rsidRPr="00767025">
        <w:rPr>
          <w:rFonts w:ascii="Arial" w:hAnsi="Arial" w:cs="Arial"/>
        </w:rPr>
        <w:t>rezultate</w:t>
      </w:r>
      <w:proofErr w:type="spellEnd"/>
      <w:r w:rsidRPr="00767025">
        <w:rPr>
          <w:rFonts w:ascii="Arial" w:hAnsi="Arial" w:cs="Arial"/>
        </w:rPr>
        <w:t xml:space="preserve"> i </w:t>
      </w:r>
      <w:proofErr w:type="spellStart"/>
      <w:r w:rsidRPr="00767025">
        <w:rPr>
          <w:rFonts w:ascii="Arial" w:hAnsi="Arial" w:cs="Arial"/>
        </w:rPr>
        <w:t>indikatore</w:t>
      </w:r>
      <w:proofErr w:type="spellEnd"/>
      <w:r w:rsidRPr="00767025">
        <w:rPr>
          <w:rFonts w:ascii="Arial" w:hAnsi="Arial" w:cs="Arial"/>
        </w:rPr>
        <w:t xml:space="preserve"> </w:t>
      </w:r>
      <w:proofErr w:type="spellStart"/>
      <w:r w:rsidRPr="00767025">
        <w:rPr>
          <w:rFonts w:ascii="Arial" w:hAnsi="Arial" w:cs="Arial"/>
        </w:rPr>
        <w:t>proizašle</w:t>
      </w:r>
      <w:proofErr w:type="spellEnd"/>
      <w:r w:rsidRPr="00767025">
        <w:rPr>
          <w:rFonts w:ascii="Arial" w:hAnsi="Arial" w:cs="Arial"/>
        </w:rPr>
        <w:t xml:space="preserve"> </w:t>
      </w:r>
      <w:proofErr w:type="spellStart"/>
      <w:r w:rsidRPr="00767025">
        <w:rPr>
          <w:rFonts w:ascii="Arial" w:hAnsi="Arial" w:cs="Arial"/>
        </w:rPr>
        <w:t>iz</w:t>
      </w:r>
      <w:proofErr w:type="spellEnd"/>
      <w:r w:rsidRPr="00767025">
        <w:rPr>
          <w:rFonts w:ascii="Arial" w:hAnsi="Arial" w:cs="Arial"/>
        </w:rPr>
        <w:t xml:space="preserve"> </w:t>
      </w:r>
      <w:proofErr w:type="spellStart"/>
      <w:r w:rsidRPr="00767025">
        <w:rPr>
          <w:rFonts w:ascii="Arial" w:hAnsi="Arial" w:cs="Arial"/>
        </w:rPr>
        <w:t>realizovanog</w:t>
      </w:r>
      <w:proofErr w:type="spellEnd"/>
      <w:r w:rsidRPr="00767025">
        <w:rPr>
          <w:rFonts w:ascii="Arial" w:hAnsi="Arial" w:cs="Arial"/>
        </w:rPr>
        <w:t xml:space="preserve"> </w:t>
      </w:r>
      <w:proofErr w:type="spellStart"/>
      <w:r w:rsidRPr="00767025">
        <w:rPr>
          <w:rFonts w:ascii="Arial" w:hAnsi="Arial" w:cs="Arial"/>
        </w:rPr>
        <w:t>prijekta</w:t>
      </w:r>
      <w:proofErr w:type="spellEnd"/>
      <w:r w:rsidRPr="00767025">
        <w:rPr>
          <w:rFonts w:ascii="Arial" w:hAnsi="Arial" w:cs="Arial"/>
        </w:rPr>
        <w:t xml:space="preserve">. </w:t>
      </w:r>
      <w:r w:rsidR="00C64EE4" w:rsidRPr="004C1EC6">
        <w:rPr>
          <w:rFonts w:ascii="Arial" w:hAnsi="Arial" w:cs="Arial"/>
        </w:rPr>
        <w:t xml:space="preserve">Za </w:t>
      </w:r>
      <w:proofErr w:type="spellStart"/>
      <w:r w:rsidR="00C64EE4" w:rsidRPr="004C1EC6">
        <w:rPr>
          <w:rFonts w:ascii="Arial" w:hAnsi="Arial" w:cs="Arial"/>
        </w:rPr>
        <w:t>svaku</w:t>
      </w:r>
      <w:proofErr w:type="spellEnd"/>
      <w:r w:rsidR="00C64EE4" w:rsidRPr="004C1EC6">
        <w:rPr>
          <w:rFonts w:ascii="Arial" w:hAnsi="Arial" w:cs="Arial"/>
        </w:rPr>
        <w:t xml:space="preserve"> </w:t>
      </w:r>
      <w:proofErr w:type="spellStart"/>
      <w:r w:rsidR="007F75FE" w:rsidRPr="004C1EC6">
        <w:rPr>
          <w:rFonts w:ascii="Arial" w:hAnsi="Arial" w:cs="Arial"/>
        </w:rPr>
        <w:t>realizovan</w:t>
      </w:r>
      <w:r w:rsidR="00C64EE4" w:rsidRPr="004C1EC6">
        <w:rPr>
          <w:rFonts w:ascii="Arial" w:hAnsi="Arial" w:cs="Arial"/>
        </w:rPr>
        <w:t>u</w:t>
      </w:r>
      <w:proofErr w:type="spellEnd"/>
      <w:r w:rsidR="00C64EE4" w:rsidRPr="004C1EC6">
        <w:rPr>
          <w:rFonts w:ascii="Arial" w:hAnsi="Arial" w:cs="Arial"/>
        </w:rPr>
        <w:t xml:space="preserve"> </w:t>
      </w:r>
      <w:proofErr w:type="spellStart"/>
      <w:r w:rsidR="00C64EE4" w:rsidRPr="004C1EC6">
        <w:rPr>
          <w:rFonts w:ascii="Arial" w:hAnsi="Arial" w:cs="Arial"/>
        </w:rPr>
        <w:t>aktivnost</w:t>
      </w:r>
      <w:proofErr w:type="spellEnd"/>
      <w:r w:rsidR="00C64EE4" w:rsidRPr="004C1EC6">
        <w:rPr>
          <w:rFonts w:ascii="Arial" w:hAnsi="Arial" w:cs="Arial"/>
        </w:rPr>
        <w:t xml:space="preserve"> </w:t>
      </w:r>
      <w:proofErr w:type="spellStart"/>
      <w:r w:rsidR="00C64EE4" w:rsidRPr="004C1EC6">
        <w:rPr>
          <w:rFonts w:ascii="Arial" w:hAnsi="Arial" w:cs="Arial"/>
        </w:rPr>
        <w:t>navesti</w:t>
      </w:r>
      <w:proofErr w:type="spellEnd"/>
      <w:r w:rsidR="00C64EE4" w:rsidRPr="004C1EC6">
        <w:rPr>
          <w:rFonts w:ascii="Arial" w:hAnsi="Arial" w:cs="Arial"/>
        </w:rPr>
        <w:t xml:space="preserve"> ostvarenje i dokaz. </w:t>
      </w: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2494"/>
        <w:gridCol w:w="1701"/>
        <w:gridCol w:w="1701"/>
        <w:gridCol w:w="1701"/>
        <w:gridCol w:w="850"/>
        <w:gridCol w:w="1641"/>
      </w:tblGrid>
      <w:tr w:rsidR="002F289C" w:rsidRPr="00782671" w:rsidTr="002F289C">
        <w:trPr>
          <w:tblHeader/>
          <w:jc w:val="center"/>
        </w:trPr>
        <w:tc>
          <w:tcPr>
            <w:tcW w:w="54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F289C" w:rsidRPr="00782671" w:rsidRDefault="002F289C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Br.</w:t>
            </w:r>
          </w:p>
        </w:tc>
        <w:tc>
          <w:tcPr>
            <w:tcW w:w="249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F289C" w:rsidRPr="00782671" w:rsidRDefault="002F289C">
            <w:pPr>
              <w:rPr>
                <w:rFonts w:ascii="Arial" w:hAnsi="Arial" w:cs="Arial"/>
              </w:rPr>
            </w:pPr>
            <w:proofErr w:type="spellStart"/>
            <w:r w:rsidRPr="00782671">
              <w:rPr>
                <w:rFonts w:ascii="Arial" w:hAnsi="Arial" w:cs="Arial"/>
                <w:b/>
                <w:color w:val="FFFFFF"/>
                <w:sz w:val="16"/>
              </w:rPr>
              <w:t>Planirana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 w:val="16"/>
              </w:rPr>
              <w:t>aktivnost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 w:val="16"/>
              </w:rPr>
              <w:t xml:space="preserve"> /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 w:val="16"/>
              </w:rPr>
              <w:t>rezultat</w:t>
            </w:r>
            <w:proofErr w:type="spellEnd"/>
          </w:p>
        </w:tc>
        <w:tc>
          <w:tcPr>
            <w:tcW w:w="1701" w:type="dxa"/>
            <w:shd w:val="clear" w:color="auto" w:fill="17365D"/>
          </w:tcPr>
          <w:p w:rsidR="002F289C" w:rsidRPr="00767025" w:rsidRDefault="002F289C">
            <w:pPr>
              <w:rPr>
                <w:rFonts w:ascii="Arial" w:hAnsi="Arial" w:cs="Arial"/>
                <w:b/>
                <w:sz w:val="16"/>
              </w:rPr>
            </w:pPr>
            <w:proofErr w:type="spellStart"/>
            <w:r w:rsidRPr="00767025">
              <w:rPr>
                <w:rFonts w:ascii="Arial" w:hAnsi="Arial" w:cs="Arial"/>
                <w:b/>
                <w:sz w:val="16"/>
              </w:rPr>
              <w:t>Planirani</w:t>
            </w:r>
            <w:proofErr w:type="spellEnd"/>
            <w:r w:rsidRPr="00767025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67025">
              <w:rPr>
                <w:rFonts w:ascii="Arial" w:hAnsi="Arial" w:cs="Arial"/>
                <w:b/>
                <w:sz w:val="16"/>
              </w:rPr>
              <w:t>indikator</w:t>
            </w:r>
            <w:proofErr w:type="spellEnd"/>
            <w:r w:rsidRPr="00767025">
              <w:rPr>
                <w:rFonts w:ascii="Arial" w:hAnsi="Arial" w:cs="Arial"/>
                <w:b/>
                <w:sz w:val="16"/>
              </w:rPr>
              <w:t>/</w:t>
            </w:r>
            <w:proofErr w:type="spellStart"/>
            <w:r w:rsidRPr="00767025">
              <w:rPr>
                <w:rFonts w:ascii="Arial" w:hAnsi="Arial" w:cs="Arial"/>
                <w:b/>
                <w:sz w:val="16"/>
              </w:rPr>
              <w:t>ciljna</w:t>
            </w:r>
            <w:proofErr w:type="spellEnd"/>
            <w:r w:rsidRPr="00767025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67025">
              <w:rPr>
                <w:rFonts w:ascii="Arial" w:hAnsi="Arial" w:cs="Arial"/>
                <w:b/>
                <w:sz w:val="16"/>
              </w:rPr>
              <w:t>vrijednost</w:t>
            </w:r>
            <w:proofErr w:type="spellEnd"/>
          </w:p>
        </w:tc>
        <w:tc>
          <w:tcPr>
            <w:tcW w:w="1701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F289C" w:rsidRPr="004C1EC6" w:rsidRDefault="002F289C">
            <w:pPr>
              <w:rPr>
                <w:rFonts w:ascii="Arial" w:hAnsi="Arial" w:cs="Arial"/>
              </w:rPr>
            </w:pPr>
            <w:proofErr w:type="spellStart"/>
            <w:r w:rsidRPr="00767025">
              <w:rPr>
                <w:rFonts w:ascii="Arial" w:hAnsi="Arial" w:cs="Arial"/>
                <w:b/>
                <w:sz w:val="16"/>
              </w:rPr>
              <w:t>Ostvareni</w:t>
            </w:r>
            <w:proofErr w:type="spellEnd"/>
            <w:r w:rsidRPr="00767025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67025">
              <w:rPr>
                <w:rFonts w:ascii="Arial" w:hAnsi="Arial" w:cs="Arial"/>
                <w:b/>
                <w:sz w:val="16"/>
              </w:rPr>
              <w:t>rezultat</w:t>
            </w:r>
            <w:proofErr w:type="spellEnd"/>
            <w:r w:rsidRPr="00767025">
              <w:rPr>
                <w:rFonts w:ascii="Arial" w:hAnsi="Arial" w:cs="Arial"/>
                <w:b/>
                <w:sz w:val="16"/>
              </w:rPr>
              <w:t>/</w:t>
            </w:r>
            <w:proofErr w:type="spellStart"/>
            <w:r w:rsidRPr="00767025">
              <w:rPr>
                <w:rFonts w:ascii="Arial" w:hAnsi="Arial" w:cs="Arial"/>
                <w:b/>
                <w:sz w:val="16"/>
              </w:rPr>
              <w:t>vrijednost</w:t>
            </w:r>
            <w:proofErr w:type="spellEnd"/>
            <w:r w:rsidRPr="00767025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767025">
              <w:rPr>
                <w:rFonts w:ascii="Arial" w:hAnsi="Arial" w:cs="Arial"/>
                <w:b/>
                <w:sz w:val="16"/>
              </w:rPr>
              <w:t>indikatora</w:t>
            </w:r>
            <w:proofErr w:type="spellEnd"/>
          </w:p>
        </w:tc>
        <w:tc>
          <w:tcPr>
            <w:tcW w:w="1701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F289C" w:rsidRPr="00782671" w:rsidRDefault="002F289C">
            <w:pPr>
              <w:rPr>
                <w:rFonts w:ascii="Arial" w:hAnsi="Arial" w:cs="Arial"/>
              </w:rPr>
            </w:pPr>
            <w:proofErr w:type="spellStart"/>
            <w:r w:rsidRPr="00782671">
              <w:rPr>
                <w:rFonts w:ascii="Arial" w:hAnsi="Arial" w:cs="Arial"/>
                <w:b/>
                <w:color w:val="FFFFFF"/>
                <w:sz w:val="16"/>
              </w:rPr>
              <w:t>Ostvareni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 w:val="16"/>
              </w:rPr>
              <w:t>troškovi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 w:val="16"/>
              </w:rPr>
              <w:t xml:space="preserve"> (€)</w:t>
            </w:r>
          </w:p>
        </w:tc>
        <w:tc>
          <w:tcPr>
            <w:tcW w:w="850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F289C" w:rsidRPr="00782671" w:rsidRDefault="002F289C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Status</w:t>
            </w:r>
          </w:p>
        </w:tc>
        <w:tc>
          <w:tcPr>
            <w:tcW w:w="1641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2F289C" w:rsidRPr="00782671" w:rsidRDefault="002F289C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Dokaz / oznaka priloga</w:t>
            </w:r>
          </w:p>
        </w:tc>
      </w:tr>
      <w:tr w:rsidR="002F289C" w:rsidRPr="00782671" w:rsidTr="00767025">
        <w:trPr>
          <w:jc w:val="center"/>
        </w:trPr>
        <w:tc>
          <w:tcPr>
            <w:tcW w:w="54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249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64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</w:tr>
      <w:tr w:rsidR="002F289C" w:rsidRPr="00782671" w:rsidTr="00767025">
        <w:trPr>
          <w:jc w:val="center"/>
        </w:trPr>
        <w:tc>
          <w:tcPr>
            <w:tcW w:w="54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249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64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</w:tr>
      <w:tr w:rsidR="002F289C" w:rsidRPr="00782671" w:rsidTr="00767025">
        <w:trPr>
          <w:jc w:val="center"/>
        </w:trPr>
        <w:tc>
          <w:tcPr>
            <w:tcW w:w="54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249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64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</w:tr>
      <w:tr w:rsidR="002F289C" w:rsidRPr="00782671" w:rsidTr="00767025">
        <w:trPr>
          <w:jc w:val="center"/>
        </w:trPr>
        <w:tc>
          <w:tcPr>
            <w:tcW w:w="54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249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64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</w:tr>
      <w:tr w:rsidR="002F289C" w:rsidRPr="00782671" w:rsidTr="00767025">
        <w:trPr>
          <w:jc w:val="center"/>
        </w:trPr>
        <w:tc>
          <w:tcPr>
            <w:tcW w:w="54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249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64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</w:tr>
      <w:tr w:rsidR="002F289C" w:rsidRPr="00782671" w:rsidTr="00767025">
        <w:trPr>
          <w:jc w:val="center"/>
        </w:trPr>
        <w:tc>
          <w:tcPr>
            <w:tcW w:w="54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249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  <w:tc>
          <w:tcPr>
            <w:tcW w:w="164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F289C" w:rsidRPr="00782671" w:rsidRDefault="002F289C">
            <w:pPr>
              <w:rPr>
                <w:rFonts w:ascii="Arial" w:hAnsi="Arial" w:cs="Arial"/>
              </w:rPr>
            </w:pPr>
          </w:p>
        </w:tc>
      </w:tr>
    </w:tbl>
    <w:p w:rsidR="004C1EC6" w:rsidRDefault="004C1EC6">
      <w:pPr>
        <w:pStyle w:val="Heading1"/>
        <w:rPr>
          <w:rFonts w:ascii="Arial" w:hAnsi="Arial" w:cs="Arial"/>
        </w:rPr>
      </w:pPr>
    </w:p>
    <w:p w:rsidR="00F70C31" w:rsidRPr="00782671" w:rsidRDefault="00C64EE4">
      <w:pPr>
        <w:pStyle w:val="Heading1"/>
        <w:rPr>
          <w:rFonts w:ascii="Arial" w:hAnsi="Arial" w:cs="Arial"/>
        </w:rPr>
      </w:pPr>
      <w:r w:rsidRPr="00782671">
        <w:rPr>
          <w:rFonts w:ascii="Arial" w:hAnsi="Arial" w:cs="Arial"/>
        </w:rPr>
        <w:t>4. Odstupanja, rizici i korektivne mjere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2268"/>
        <w:gridCol w:w="3005"/>
        <w:gridCol w:w="2269"/>
      </w:tblGrid>
      <w:tr w:rsidR="00F70C31" w:rsidRPr="00782671" w:rsidTr="00184374">
        <w:trPr>
          <w:tblHeader/>
          <w:jc w:val="center"/>
        </w:trPr>
        <w:tc>
          <w:tcPr>
            <w:tcW w:w="2948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proofErr w:type="spellStart"/>
            <w:r w:rsidRPr="00782671">
              <w:rPr>
                <w:rFonts w:ascii="Arial" w:hAnsi="Arial" w:cs="Arial"/>
                <w:b/>
                <w:color w:val="FFFFFF"/>
                <w:sz w:val="16"/>
              </w:rPr>
              <w:t>Odstupanje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 w:val="16"/>
              </w:rPr>
              <w:t>ili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 w:val="16"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 w:val="16"/>
              </w:rPr>
              <w:t>rizik</w:t>
            </w:r>
            <w:proofErr w:type="spellEnd"/>
          </w:p>
        </w:tc>
        <w:tc>
          <w:tcPr>
            <w:tcW w:w="2268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Uticaj na projekat</w:t>
            </w:r>
          </w:p>
        </w:tc>
        <w:tc>
          <w:tcPr>
            <w:tcW w:w="3005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Preduzeta / planirana mjera</w:t>
            </w:r>
          </w:p>
        </w:tc>
        <w:tc>
          <w:tcPr>
            <w:tcW w:w="2269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Rok i odgovorno lice</w:t>
            </w:r>
          </w:p>
        </w:tc>
      </w:tr>
      <w:tr w:rsidR="00F70C31" w:rsidRPr="00782671" w:rsidTr="00184374">
        <w:trPr>
          <w:jc w:val="center"/>
        </w:trPr>
        <w:tc>
          <w:tcPr>
            <w:tcW w:w="2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226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 w:rsidTr="00184374">
        <w:trPr>
          <w:jc w:val="center"/>
        </w:trPr>
        <w:tc>
          <w:tcPr>
            <w:tcW w:w="2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226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 w:rsidTr="00184374">
        <w:trPr>
          <w:jc w:val="center"/>
        </w:trPr>
        <w:tc>
          <w:tcPr>
            <w:tcW w:w="2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226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 w:rsidTr="00184374">
        <w:trPr>
          <w:jc w:val="center"/>
        </w:trPr>
        <w:tc>
          <w:tcPr>
            <w:tcW w:w="29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226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</w:tbl>
    <w:p w:rsidR="004C1EC6" w:rsidRDefault="004C1EC6">
      <w:pPr>
        <w:pStyle w:val="Heading1"/>
        <w:rPr>
          <w:rFonts w:ascii="Arial" w:hAnsi="Arial" w:cs="Arial"/>
        </w:rPr>
      </w:pPr>
    </w:p>
    <w:p w:rsidR="004C1EC6" w:rsidRPr="00767025" w:rsidRDefault="004C1EC6" w:rsidP="00767025">
      <w:pPr>
        <w:rPr>
          <w:rFonts w:hint="eastAsia"/>
        </w:rPr>
      </w:pPr>
    </w:p>
    <w:p w:rsidR="00F70C31" w:rsidRPr="00782671" w:rsidRDefault="00C64EE4">
      <w:pPr>
        <w:pStyle w:val="Heading1"/>
        <w:rPr>
          <w:rFonts w:ascii="Arial" w:hAnsi="Arial" w:cs="Arial"/>
        </w:rPr>
      </w:pPr>
      <w:r w:rsidRPr="00782671">
        <w:rPr>
          <w:rFonts w:ascii="Arial" w:hAnsi="Arial" w:cs="Arial"/>
        </w:rPr>
        <w:lastRenderedPageBreak/>
        <w:t>5. Finansijska realizacija</w:t>
      </w:r>
    </w:p>
    <w:tbl>
      <w:tblPr>
        <w:tblStyle w:val="TableGrid"/>
        <w:tblW w:w="10092" w:type="dxa"/>
        <w:jc w:val="center"/>
        <w:tblLook w:val="04A0" w:firstRow="1" w:lastRow="0" w:firstColumn="1" w:lastColumn="0" w:noHBand="0" w:noVBand="1"/>
      </w:tblPr>
      <w:tblGrid>
        <w:gridCol w:w="515"/>
        <w:gridCol w:w="2037"/>
        <w:gridCol w:w="1317"/>
        <w:gridCol w:w="1297"/>
        <w:gridCol w:w="1307"/>
        <w:gridCol w:w="1237"/>
        <w:gridCol w:w="1237"/>
        <w:gridCol w:w="1207"/>
        <w:gridCol w:w="857"/>
      </w:tblGrid>
      <w:tr w:rsidR="00C8667A" w:rsidRPr="00C8667A" w:rsidTr="00C8667A">
        <w:trPr>
          <w:jc w:val="center"/>
        </w:trPr>
        <w:tc>
          <w:tcPr>
            <w:tcW w:w="713" w:type="dxa"/>
            <w:shd w:val="clear" w:color="auto" w:fill="17365D" w:themeFill="text2" w:themeFillShade="BF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FFFFFF"/>
                <w:szCs w:val="18"/>
              </w:rPr>
            </w:pPr>
          </w:p>
        </w:tc>
        <w:tc>
          <w:tcPr>
            <w:tcW w:w="1805" w:type="dxa"/>
            <w:shd w:val="clear" w:color="auto" w:fill="17365D" w:themeFill="text2" w:themeFillShade="BF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Kategorija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prihvatljivog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troška</w:t>
            </w:r>
            <w:proofErr w:type="spellEnd"/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Planirano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prema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odobrenom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finansijskom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planu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(€)</w:t>
            </w:r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Realizovano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u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izvještajnom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periodu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(€)</w:t>
            </w:r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Kumulativno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realizovano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(€)</w:t>
            </w:r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Finansirano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iz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donacije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/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državne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pomoći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(€)</w:t>
            </w:r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Finansirano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iz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sopstvenih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i/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ili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drugih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izvora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(€)</w:t>
            </w:r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Neutrošena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sredstva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donacije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(€)</w:t>
            </w:r>
          </w:p>
        </w:tc>
        <w:tc>
          <w:tcPr>
            <w:tcW w:w="0" w:type="auto"/>
            <w:shd w:val="clear" w:color="auto" w:fill="17365D" w:themeFill="text2" w:themeFillShade="BF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Oznaka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priloga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/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dokaz</w:t>
            </w:r>
            <w:proofErr w:type="spellEnd"/>
          </w:p>
        </w:tc>
      </w:tr>
      <w:tr w:rsidR="00C8667A" w:rsidRPr="00C8667A" w:rsidTr="00C8667A">
        <w:trPr>
          <w:jc w:val="center"/>
        </w:trPr>
        <w:tc>
          <w:tcPr>
            <w:tcW w:w="713" w:type="dxa"/>
            <w:vMerge w:val="restart"/>
            <w:shd w:val="clear" w:color="auto" w:fill="17365D" w:themeFill="text2" w:themeFillShade="BF"/>
            <w:textDirection w:val="btLr"/>
          </w:tcPr>
          <w:p w:rsidR="00C8667A" w:rsidRPr="00C8667A" w:rsidRDefault="00C8667A" w:rsidP="00C8667A">
            <w:pPr>
              <w:ind w:left="113" w:right="113"/>
              <w:jc w:val="center"/>
              <w:rPr>
                <w:rFonts w:ascii="Arial" w:hAnsi="Arial" w:cs="Arial"/>
                <w:b/>
                <w:color w:val="FFFFFF"/>
                <w:szCs w:val="18"/>
              </w:rPr>
            </w:pPr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Inovacije u MSP</w:t>
            </w:r>
          </w:p>
        </w:tc>
        <w:tc>
          <w:tcPr>
            <w:tcW w:w="1805" w:type="dxa"/>
            <w:shd w:val="clear" w:color="auto" w:fill="17365D" w:themeFill="text2" w:themeFillShade="BF"/>
            <w:vAlign w:val="center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Troškovi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zaposlenih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i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angažovanih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lica</w:t>
            </w:r>
            <w:proofErr w:type="spellEnd"/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</w:tr>
      <w:tr w:rsidR="00C8667A" w:rsidRPr="00C8667A" w:rsidTr="00C8667A">
        <w:trPr>
          <w:jc w:val="center"/>
        </w:trPr>
        <w:tc>
          <w:tcPr>
            <w:tcW w:w="713" w:type="dxa"/>
            <w:vMerge/>
            <w:shd w:val="clear" w:color="auto" w:fill="17365D" w:themeFill="text2" w:themeFillShade="BF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FFFFFF"/>
                <w:szCs w:val="18"/>
              </w:rPr>
            </w:pPr>
          </w:p>
        </w:tc>
        <w:tc>
          <w:tcPr>
            <w:tcW w:w="1805" w:type="dxa"/>
            <w:shd w:val="clear" w:color="auto" w:fill="17365D" w:themeFill="text2" w:themeFillShade="BF"/>
            <w:vAlign w:val="center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Troškovi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patenata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i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nematerijalne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imovine</w:t>
            </w: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</w:tr>
      <w:tr w:rsidR="00C8667A" w:rsidRPr="00C8667A" w:rsidTr="00C8667A">
        <w:trPr>
          <w:jc w:val="center"/>
        </w:trPr>
        <w:tc>
          <w:tcPr>
            <w:tcW w:w="713" w:type="dxa"/>
            <w:vMerge/>
            <w:shd w:val="clear" w:color="auto" w:fill="17365D" w:themeFill="text2" w:themeFillShade="BF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FFFFFF"/>
                <w:szCs w:val="18"/>
              </w:rPr>
            </w:pPr>
          </w:p>
        </w:tc>
        <w:tc>
          <w:tcPr>
            <w:tcW w:w="1805" w:type="dxa"/>
            <w:shd w:val="clear" w:color="auto" w:fill="17365D" w:themeFill="text2" w:themeFillShade="BF"/>
            <w:vAlign w:val="center"/>
            <w:hideMark/>
          </w:tcPr>
          <w:p w:rsidR="00C8667A" w:rsidRPr="00C8667A" w:rsidRDefault="00C8667A" w:rsidP="00C8667A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Troškovi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upućivanja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visokokvalifikovanog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osoblja</w:t>
            </w:r>
            <w:proofErr w:type="spellEnd"/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</w:tr>
      <w:tr w:rsidR="00C8667A" w:rsidRPr="00C8667A" w:rsidTr="00C8667A">
        <w:trPr>
          <w:jc w:val="center"/>
        </w:trPr>
        <w:tc>
          <w:tcPr>
            <w:tcW w:w="713" w:type="dxa"/>
            <w:vMerge/>
            <w:shd w:val="clear" w:color="auto" w:fill="17365D" w:themeFill="text2" w:themeFillShade="BF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FFFFFF"/>
                <w:szCs w:val="18"/>
              </w:rPr>
            </w:pPr>
          </w:p>
        </w:tc>
        <w:tc>
          <w:tcPr>
            <w:tcW w:w="1805" w:type="dxa"/>
            <w:shd w:val="clear" w:color="auto" w:fill="17365D" w:themeFill="text2" w:themeFillShade="BF"/>
            <w:vAlign w:val="center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Savjetodavne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usluge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i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usluge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podrške</w:t>
            </w:r>
            <w:proofErr w:type="spellEnd"/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</w:tr>
      <w:tr w:rsidR="00C8667A" w:rsidRPr="00C8667A" w:rsidTr="00C8667A">
        <w:trPr>
          <w:jc w:val="center"/>
        </w:trPr>
        <w:tc>
          <w:tcPr>
            <w:tcW w:w="713" w:type="dxa"/>
            <w:vMerge w:val="restart"/>
            <w:shd w:val="clear" w:color="auto" w:fill="17365D" w:themeFill="text2" w:themeFillShade="BF"/>
            <w:textDirection w:val="btLr"/>
          </w:tcPr>
          <w:p w:rsidR="00C8667A" w:rsidRPr="00C8667A" w:rsidRDefault="00C8667A" w:rsidP="00C8667A">
            <w:pPr>
              <w:ind w:left="113" w:right="113"/>
              <w:jc w:val="center"/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Procesne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i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organizacione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inovacije</w:t>
            </w:r>
          </w:p>
        </w:tc>
        <w:tc>
          <w:tcPr>
            <w:tcW w:w="1805" w:type="dxa"/>
            <w:shd w:val="clear" w:color="auto" w:fill="17365D" w:themeFill="text2" w:themeFillShade="BF"/>
            <w:vAlign w:val="center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</w:tr>
      <w:tr w:rsidR="00C8667A" w:rsidRPr="00C8667A" w:rsidTr="00C8667A">
        <w:trPr>
          <w:jc w:val="center"/>
        </w:trPr>
        <w:tc>
          <w:tcPr>
            <w:tcW w:w="713" w:type="dxa"/>
            <w:vMerge/>
            <w:shd w:val="clear" w:color="auto" w:fill="17365D" w:themeFill="text2" w:themeFillShade="BF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FFFFFF"/>
                <w:szCs w:val="18"/>
              </w:rPr>
            </w:pPr>
          </w:p>
        </w:tc>
        <w:tc>
          <w:tcPr>
            <w:tcW w:w="1805" w:type="dxa"/>
            <w:shd w:val="clear" w:color="auto" w:fill="17365D" w:themeFill="text2" w:themeFillShade="BF"/>
            <w:vAlign w:val="center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FFFFFF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  <w:hideMark/>
          </w:tcPr>
          <w:p w:rsidR="00C8667A" w:rsidRPr="00C8667A" w:rsidRDefault="00C8667A" w:rsidP="00BC4E37">
            <w:pPr>
              <w:spacing w:line="276" w:lineRule="auto"/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</w:tr>
      <w:tr w:rsidR="00C8667A" w:rsidRPr="00C8667A" w:rsidTr="00C8667A">
        <w:trPr>
          <w:jc w:val="center"/>
        </w:trPr>
        <w:tc>
          <w:tcPr>
            <w:tcW w:w="713" w:type="dxa"/>
            <w:vMerge/>
            <w:shd w:val="clear" w:color="auto" w:fill="17365D" w:themeFill="text2" w:themeFillShade="BF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FFFFFF"/>
                <w:szCs w:val="18"/>
              </w:rPr>
            </w:pPr>
          </w:p>
        </w:tc>
        <w:tc>
          <w:tcPr>
            <w:tcW w:w="1805" w:type="dxa"/>
            <w:shd w:val="clear" w:color="auto" w:fill="17365D" w:themeFill="text2" w:themeFillShade="BF"/>
            <w:vAlign w:val="center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Troškovi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osoblja</w:t>
            </w:r>
            <w:proofErr w:type="spellEnd"/>
          </w:p>
        </w:tc>
        <w:tc>
          <w:tcPr>
            <w:tcW w:w="0" w:type="auto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</w:tr>
      <w:tr w:rsidR="00C8667A" w:rsidRPr="00C8667A" w:rsidTr="00C8667A">
        <w:trPr>
          <w:jc w:val="center"/>
        </w:trPr>
        <w:tc>
          <w:tcPr>
            <w:tcW w:w="713" w:type="dxa"/>
            <w:vMerge/>
            <w:shd w:val="clear" w:color="auto" w:fill="17365D" w:themeFill="text2" w:themeFillShade="BF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FFFFFF"/>
                <w:szCs w:val="18"/>
              </w:rPr>
            </w:pPr>
          </w:p>
        </w:tc>
        <w:tc>
          <w:tcPr>
            <w:tcW w:w="1805" w:type="dxa"/>
            <w:shd w:val="clear" w:color="auto" w:fill="17365D" w:themeFill="text2" w:themeFillShade="BF"/>
            <w:vAlign w:val="center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Troškovi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instrumenata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,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opreme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,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zgrada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i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zemljišta</w:t>
            </w:r>
            <w:proofErr w:type="spellEnd"/>
          </w:p>
        </w:tc>
        <w:tc>
          <w:tcPr>
            <w:tcW w:w="0" w:type="auto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</w:tr>
      <w:tr w:rsidR="00C8667A" w:rsidRPr="00C8667A" w:rsidTr="00C8667A">
        <w:trPr>
          <w:trHeight w:val="201"/>
          <w:jc w:val="center"/>
        </w:trPr>
        <w:tc>
          <w:tcPr>
            <w:tcW w:w="713" w:type="dxa"/>
            <w:vMerge/>
            <w:shd w:val="clear" w:color="auto" w:fill="17365D" w:themeFill="text2" w:themeFillShade="BF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FFFFFF"/>
                <w:szCs w:val="18"/>
              </w:rPr>
            </w:pPr>
          </w:p>
        </w:tc>
        <w:tc>
          <w:tcPr>
            <w:tcW w:w="1805" w:type="dxa"/>
            <w:shd w:val="clear" w:color="auto" w:fill="17365D" w:themeFill="text2" w:themeFillShade="BF"/>
            <w:vAlign w:val="center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Troškovi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ugovornih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istraživanja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,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znanja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i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patenata</w:t>
            </w:r>
            <w:proofErr w:type="spellEnd"/>
          </w:p>
        </w:tc>
        <w:tc>
          <w:tcPr>
            <w:tcW w:w="0" w:type="auto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</w:tr>
      <w:tr w:rsidR="00C8667A" w:rsidRPr="00C8667A" w:rsidTr="00C8667A">
        <w:trPr>
          <w:trHeight w:val="729"/>
          <w:jc w:val="center"/>
        </w:trPr>
        <w:tc>
          <w:tcPr>
            <w:tcW w:w="713" w:type="dxa"/>
            <w:vMerge/>
            <w:shd w:val="clear" w:color="auto" w:fill="17365D" w:themeFill="text2" w:themeFillShade="BF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FFFFFF"/>
                <w:szCs w:val="18"/>
              </w:rPr>
            </w:pPr>
          </w:p>
        </w:tc>
        <w:tc>
          <w:tcPr>
            <w:tcW w:w="1805" w:type="dxa"/>
            <w:shd w:val="clear" w:color="auto" w:fill="17365D" w:themeFill="text2" w:themeFillShade="BF"/>
            <w:vAlign w:val="center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Režijski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i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drugi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poslovni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troškovi</w:t>
            </w:r>
            <w:proofErr w:type="spellEnd"/>
          </w:p>
        </w:tc>
        <w:tc>
          <w:tcPr>
            <w:tcW w:w="0" w:type="auto"/>
          </w:tcPr>
          <w:p w:rsidR="00C8667A" w:rsidRPr="00C8667A" w:rsidRDefault="00C8667A" w:rsidP="00BC4E37">
            <w:pPr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  <w:tc>
          <w:tcPr>
            <w:tcW w:w="0" w:type="auto"/>
          </w:tcPr>
          <w:p w:rsidR="00C8667A" w:rsidRPr="00C8667A" w:rsidRDefault="00C8667A" w:rsidP="00BC4E37">
            <w:pPr>
              <w:jc w:val="right"/>
              <w:rPr>
                <w:rFonts w:ascii="Arial" w:hAnsi="Arial" w:cs="Arial"/>
                <w:b/>
                <w:color w:val="000000" w:themeColor="text1"/>
                <w:szCs w:val="18"/>
              </w:rPr>
            </w:pPr>
          </w:p>
        </w:tc>
      </w:tr>
    </w:tbl>
    <w:p w:rsidR="00417159" w:rsidRPr="00D6070B" w:rsidRDefault="00C8667A" w:rsidP="00417159">
      <w:pPr>
        <w:rPr>
          <w:rFonts w:ascii="Arial" w:hAnsi="Arial" w:cs="Arial"/>
          <w:i/>
          <w:sz w:val="14"/>
          <w:szCs w:val="14"/>
        </w:rPr>
      </w:pPr>
      <w:r w:rsidRPr="00D6070B">
        <w:rPr>
          <w:rFonts w:ascii="Arial" w:hAnsi="Arial" w:cs="Arial"/>
          <w:i/>
          <w:sz w:val="14"/>
          <w:szCs w:val="14"/>
        </w:rPr>
        <w:t>*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Napomena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: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T</w:t>
      </w:r>
      <w:r w:rsidRPr="00D6070B">
        <w:rPr>
          <w:rFonts w:ascii="Arial" w:hAnsi="Arial" w:cs="Arial"/>
          <w:i/>
          <w:sz w:val="14"/>
          <w:szCs w:val="14"/>
        </w:rPr>
        <w:t>abela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je</w:t>
      </w:r>
      <w:r w:rsidRPr="00D6070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zasnovana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na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kategorijama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prihvatljivih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troškova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koje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su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važile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za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Konkurs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za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sticanje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statusa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korisnika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podsticajnih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mjera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za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razvoj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istraživanja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 xml:space="preserve"> i inovacija u 2025. </w:t>
      </w:r>
      <w:proofErr w:type="spellStart"/>
      <w:r w:rsidRPr="00D6070B">
        <w:rPr>
          <w:rFonts w:ascii="Arial" w:hAnsi="Arial" w:cs="Arial"/>
          <w:i/>
          <w:sz w:val="14"/>
          <w:szCs w:val="14"/>
        </w:rPr>
        <w:t>godini</w:t>
      </w:r>
      <w:proofErr w:type="spellEnd"/>
      <w:r w:rsidRPr="00D6070B">
        <w:rPr>
          <w:rFonts w:ascii="Arial" w:hAnsi="Arial" w:cs="Arial"/>
          <w:i/>
          <w:sz w:val="14"/>
          <w:szCs w:val="14"/>
        </w:rPr>
        <w:t>.</w:t>
      </w:r>
    </w:p>
    <w:p w:rsidR="00C8667A" w:rsidRPr="00D6070B" w:rsidRDefault="00C8667A" w:rsidP="00417159">
      <w:pPr>
        <w:rPr>
          <w:rFonts w:ascii="Arial" w:hAnsi="Arial" w:cs="Arial"/>
          <w:i/>
          <w:sz w:val="6"/>
          <w:szCs w:val="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10"/>
        <w:gridCol w:w="5228"/>
      </w:tblGrid>
      <w:tr w:rsidR="00417159" w:rsidRPr="00C8667A" w:rsidTr="00BC4E37">
        <w:tc>
          <w:tcPr>
            <w:tcW w:w="441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17159" w:rsidRPr="00C8667A" w:rsidRDefault="00417159" w:rsidP="00BC4E37">
            <w:pPr>
              <w:rPr>
                <w:rFonts w:ascii="Arial" w:hAnsi="Arial" w:cs="Arial"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Finansijski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pokazatelj</w:t>
            </w:r>
            <w:proofErr w:type="spellEnd"/>
          </w:p>
        </w:tc>
        <w:tc>
          <w:tcPr>
            <w:tcW w:w="522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17159" w:rsidRPr="00C8667A" w:rsidRDefault="00417159" w:rsidP="00BC4E37">
            <w:pPr>
              <w:jc w:val="right"/>
              <w:rPr>
                <w:rFonts w:ascii="Arial" w:hAnsi="Arial" w:cs="Arial"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Iznos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/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podatak</w:t>
            </w:r>
            <w:proofErr w:type="spellEnd"/>
          </w:p>
        </w:tc>
      </w:tr>
      <w:tr w:rsidR="00417159" w:rsidRPr="00C8667A" w:rsidTr="00BC4E37">
        <w:tc>
          <w:tcPr>
            <w:tcW w:w="441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17159" w:rsidRPr="00C8667A" w:rsidRDefault="00417159" w:rsidP="00BC4E37">
            <w:pPr>
              <w:rPr>
                <w:rFonts w:ascii="Arial" w:hAnsi="Arial" w:cs="Arial"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Ukupna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vrijednost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projekta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(€)</w:t>
            </w:r>
          </w:p>
        </w:tc>
        <w:tc>
          <w:tcPr>
            <w:tcW w:w="52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17159" w:rsidRPr="00C8667A" w:rsidRDefault="00417159" w:rsidP="00BC4E37">
            <w:pPr>
              <w:jc w:val="right"/>
              <w:rPr>
                <w:rFonts w:ascii="Arial" w:hAnsi="Arial" w:cs="Arial"/>
                <w:color w:val="000000" w:themeColor="text1"/>
                <w:szCs w:val="18"/>
              </w:rPr>
            </w:pPr>
          </w:p>
        </w:tc>
      </w:tr>
      <w:tr w:rsidR="00417159" w:rsidRPr="00C8667A" w:rsidTr="00BC4E37">
        <w:tc>
          <w:tcPr>
            <w:tcW w:w="441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17159" w:rsidRPr="00C8667A" w:rsidRDefault="00417159" w:rsidP="00BC4E37">
            <w:pPr>
              <w:rPr>
                <w:rFonts w:ascii="Arial" w:hAnsi="Arial" w:cs="Arial"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Ukupan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iznos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odobrene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donacije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/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državne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pomoći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(€)</w:t>
            </w:r>
          </w:p>
        </w:tc>
        <w:tc>
          <w:tcPr>
            <w:tcW w:w="52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17159" w:rsidRPr="00C8667A" w:rsidRDefault="00417159" w:rsidP="00BC4E37">
            <w:pPr>
              <w:jc w:val="right"/>
              <w:rPr>
                <w:rFonts w:ascii="Arial" w:hAnsi="Arial" w:cs="Arial"/>
                <w:color w:val="000000" w:themeColor="text1"/>
                <w:szCs w:val="18"/>
              </w:rPr>
            </w:pPr>
          </w:p>
        </w:tc>
      </w:tr>
      <w:tr w:rsidR="00417159" w:rsidRPr="00C8667A" w:rsidTr="00BC4E37">
        <w:tc>
          <w:tcPr>
            <w:tcW w:w="441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17159" w:rsidRPr="00C8667A" w:rsidRDefault="00417159" w:rsidP="00BC4E37">
            <w:pPr>
              <w:rPr>
                <w:rFonts w:ascii="Arial" w:hAnsi="Arial" w:cs="Arial"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Ostvareni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intenzitet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državne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pomoći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(%)</w:t>
            </w:r>
          </w:p>
        </w:tc>
        <w:tc>
          <w:tcPr>
            <w:tcW w:w="52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17159" w:rsidRPr="00C8667A" w:rsidRDefault="00417159" w:rsidP="00BC4E37">
            <w:pPr>
              <w:jc w:val="right"/>
              <w:rPr>
                <w:rFonts w:ascii="Arial" w:hAnsi="Arial" w:cs="Arial"/>
                <w:color w:val="000000" w:themeColor="text1"/>
                <w:szCs w:val="18"/>
              </w:rPr>
            </w:pPr>
          </w:p>
        </w:tc>
      </w:tr>
      <w:tr w:rsidR="00417159" w:rsidRPr="00C8667A" w:rsidTr="00BC4E37">
        <w:tc>
          <w:tcPr>
            <w:tcW w:w="441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17159" w:rsidRPr="00C8667A" w:rsidRDefault="00417159" w:rsidP="00BC4E37">
            <w:pPr>
              <w:rPr>
                <w:rFonts w:ascii="Arial" w:hAnsi="Arial" w:cs="Arial"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Iznos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neprihvatljivih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ili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spornih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troškova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(€)</w:t>
            </w:r>
          </w:p>
        </w:tc>
        <w:tc>
          <w:tcPr>
            <w:tcW w:w="52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17159" w:rsidRPr="00C8667A" w:rsidRDefault="00417159" w:rsidP="00BC4E37">
            <w:pPr>
              <w:jc w:val="right"/>
              <w:rPr>
                <w:rFonts w:ascii="Arial" w:hAnsi="Arial" w:cs="Arial"/>
                <w:color w:val="000000" w:themeColor="text1"/>
                <w:szCs w:val="18"/>
              </w:rPr>
            </w:pPr>
          </w:p>
        </w:tc>
      </w:tr>
      <w:tr w:rsidR="00417159" w:rsidRPr="00C8667A" w:rsidTr="00BC4E37">
        <w:tc>
          <w:tcPr>
            <w:tcW w:w="441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17159" w:rsidRPr="00C8667A" w:rsidRDefault="00417159" w:rsidP="00BC4E37">
            <w:pPr>
              <w:rPr>
                <w:rFonts w:ascii="Arial" w:hAnsi="Arial" w:cs="Arial"/>
                <w:color w:val="FFFFFF"/>
                <w:szCs w:val="18"/>
              </w:rPr>
            </w:pP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Ukupno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neutrošena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sredstva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>donacije</w:t>
            </w:r>
            <w:proofErr w:type="spellEnd"/>
            <w:r w:rsidRPr="00C8667A">
              <w:rPr>
                <w:rFonts w:ascii="Arial" w:hAnsi="Arial" w:cs="Arial"/>
                <w:b/>
                <w:color w:val="FFFFFF"/>
                <w:szCs w:val="18"/>
              </w:rPr>
              <w:t xml:space="preserve"> (€)</w:t>
            </w:r>
          </w:p>
        </w:tc>
        <w:tc>
          <w:tcPr>
            <w:tcW w:w="52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17159" w:rsidRPr="00C8667A" w:rsidRDefault="00417159" w:rsidP="00BC4E37">
            <w:pPr>
              <w:jc w:val="right"/>
              <w:rPr>
                <w:rFonts w:ascii="Arial" w:hAnsi="Arial" w:cs="Arial"/>
                <w:color w:val="000000" w:themeColor="text1"/>
                <w:szCs w:val="18"/>
              </w:rPr>
            </w:pPr>
          </w:p>
        </w:tc>
      </w:tr>
    </w:tbl>
    <w:p w:rsidR="00F70C31" w:rsidRPr="00782671" w:rsidRDefault="00C64EE4">
      <w:pPr>
        <w:pStyle w:val="Heading2"/>
        <w:rPr>
          <w:rFonts w:ascii="Arial" w:hAnsi="Arial" w:cs="Arial"/>
        </w:rPr>
      </w:pPr>
      <w:proofErr w:type="spellStart"/>
      <w:r w:rsidRPr="00782671">
        <w:rPr>
          <w:rFonts w:ascii="Arial" w:hAnsi="Arial" w:cs="Arial"/>
        </w:rPr>
        <w:t>Obavezni</w:t>
      </w:r>
      <w:proofErr w:type="spellEnd"/>
      <w:r w:rsidRPr="00782671">
        <w:rPr>
          <w:rFonts w:ascii="Arial" w:hAnsi="Arial" w:cs="Arial"/>
        </w:rPr>
        <w:t xml:space="preserve"> </w:t>
      </w:r>
      <w:proofErr w:type="spellStart"/>
      <w:r w:rsidRPr="00782671">
        <w:rPr>
          <w:rFonts w:ascii="Arial" w:hAnsi="Arial" w:cs="Arial"/>
        </w:rPr>
        <w:t>prilozi</w:t>
      </w:r>
      <w:proofErr w:type="spellEnd"/>
      <w:r w:rsidRPr="00782671">
        <w:rPr>
          <w:rFonts w:ascii="Arial" w:hAnsi="Arial" w:cs="Arial"/>
        </w:rPr>
        <w:t xml:space="preserve"> </w:t>
      </w:r>
      <w:proofErr w:type="spellStart"/>
      <w:r w:rsidRPr="00782671">
        <w:rPr>
          <w:rFonts w:ascii="Arial" w:hAnsi="Arial" w:cs="Arial"/>
        </w:rPr>
        <w:t>uz</w:t>
      </w:r>
      <w:proofErr w:type="spellEnd"/>
      <w:r w:rsidRPr="00782671">
        <w:rPr>
          <w:rFonts w:ascii="Arial" w:hAnsi="Arial" w:cs="Arial"/>
        </w:rPr>
        <w:t xml:space="preserve"> </w:t>
      </w:r>
      <w:proofErr w:type="spellStart"/>
      <w:r w:rsidRPr="00782671">
        <w:rPr>
          <w:rFonts w:ascii="Arial" w:hAnsi="Arial" w:cs="Arial"/>
        </w:rPr>
        <w:t>finansijski</w:t>
      </w:r>
      <w:proofErr w:type="spellEnd"/>
      <w:r w:rsidRPr="00782671">
        <w:rPr>
          <w:rFonts w:ascii="Arial" w:hAnsi="Arial" w:cs="Arial"/>
        </w:rPr>
        <w:t xml:space="preserve"> dio:</w:t>
      </w:r>
    </w:p>
    <w:p w:rsidR="004C1EC6" w:rsidRPr="006B4B8E" w:rsidRDefault="001B19B0" w:rsidP="004C1EC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62049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EC6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izvodi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posebnog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računa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na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koji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su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uplaćena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sredstva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donacije</w:t>
      </w:r>
      <w:proofErr w:type="spellEnd"/>
      <w:r w:rsidR="004C1EC6" w:rsidRPr="006B4B8E">
        <w:rPr>
          <w:rFonts w:ascii="Arial" w:hAnsi="Arial" w:cs="Arial" w:hint="eastAsia"/>
        </w:rPr>
        <w:t xml:space="preserve">, za </w:t>
      </w:r>
      <w:proofErr w:type="spellStart"/>
      <w:r w:rsidR="004C1EC6" w:rsidRPr="006B4B8E">
        <w:rPr>
          <w:rFonts w:ascii="Arial" w:hAnsi="Arial" w:cs="Arial" w:hint="eastAsia"/>
        </w:rPr>
        <w:t>izvještajni</w:t>
      </w:r>
      <w:proofErr w:type="spellEnd"/>
      <w:r w:rsidR="004C1EC6" w:rsidRPr="006B4B8E">
        <w:rPr>
          <w:rFonts w:ascii="Arial" w:hAnsi="Arial" w:cs="Arial" w:hint="eastAsia"/>
        </w:rPr>
        <w:t xml:space="preserve"> period;</w:t>
      </w:r>
    </w:p>
    <w:p w:rsidR="004C1EC6" w:rsidRPr="006B4B8E" w:rsidRDefault="001B19B0" w:rsidP="004C1EC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18951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EC6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računi</w:t>
      </w:r>
      <w:proofErr w:type="spellEnd"/>
      <w:r w:rsidR="004C1EC6" w:rsidRPr="006B4B8E">
        <w:rPr>
          <w:rFonts w:ascii="Arial" w:hAnsi="Arial" w:cs="Arial" w:hint="eastAsia"/>
        </w:rPr>
        <w:t xml:space="preserve">, </w:t>
      </w:r>
      <w:proofErr w:type="spellStart"/>
      <w:r w:rsidR="004C1EC6" w:rsidRPr="006B4B8E">
        <w:rPr>
          <w:rFonts w:ascii="Arial" w:hAnsi="Arial" w:cs="Arial" w:hint="eastAsia"/>
        </w:rPr>
        <w:t>ugovori</w:t>
      </w:r>
      <w:proofErr w:type="spellEnd"/>
      <w:r w:rsidR="004C1EC6" w:rsidRPr="006B4B8E">
        <w:rPr>
          <w:rFonts w:ascii="Arial" w:hAnsi="Arial" w:cs="Arial" w:hint="eastAsia"/>
        </w:rPr>
        <w:t xml:space="preserve">, </w:t>
      </w:r>
      <w:proofErr w:type="spellStart"/>
      <w:r w:rsidR="004C1EC6" w:rsidRPr="006B4B8E">
        <w:rPr>
          <w:rFonts w:ascii="Arial" w:hAnsi="Arial" w:cs="Arial" w:hint="eastAsia"/>
        </w:rPr>
        <w:t>fakture</w:t>
      </w:r>
      <w:proofErr w:type="spellEnd"/>
      <w:r w:rsidR="004C1EC6" w:rsidRPr="006B4B8E">
        <w:rPr>
          <w:rFonts w:ascii="Arial" w:hAnsi="Arial" w:cs="Arial" w:hint="eastAsia"/>
        </w:rPr>
        <w:t xml:space="preserve"> i </w:t>
      </w:r>
      <w:proofErr w:type="spellStart"/>
      <w:r w:rsidR="004C1EC6" w:rsidRPr="006B4B8E">
        <w:rPr>
          <w:rFonts w:ascii="Arial" w:hAnsi="Arial" w:cs="Arial" w:hint="eastAsia"/>
        </w:rPr>
        <w:t>drugi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dokumenti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kojima</w:t>
      </w:r>
      <w:proofErr w:type="spellEnd"/>
      <w:r w:rsidR="004C1EC6" w:rsidRPr="006B4B8E">
        <w:rPr>
          <w:rFonts w:ascii="Arial" w:hAnsi="Arial" w:cs="Arial" w:hint="eastAsia"/>
        </w:rPr>
        <w:t xml:space="preserve"> se </w:t>
      </w:r>
      <w:proofErr w:type="spellStart"/>
      <w:r w:rsidR="004C1EC6" w:rsidRPr="006B4B8E">
        <w:rPr>
          <w:rFonts w:ascii="Arial" w:hAnsi="Arial" w:cs="Arial" w:hint="eastAsia"/>
        </w:rPr>
        <w:t>dokazuju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nastali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troškovi</w:t>
      </w:r>
      <w:proofErr w:type="spellEnd"/>
      <w:r w:rsidR="004C1EC6" w:rsidRPr="006B4B8E">
        <w:rPr>
          <w:rFonts w:ascii="Arial" w:hAnsi="Arial" w:cs="Arial" w:hint="eastAsia"/>
        </w:rPr>
        <w:t>;</w:t>
      </w:r>
    </w:p>
    <w:p w:rsidR="004C1EC6" w:rsidRPr="006B4B8E" w:rsidRDefault="001B19B0" w:rsidP="004C1EC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8573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EC6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dokazi</w:t>
      </w:r>
      <w:proofErr w:type="spellEnd"/>
      <w:r w:rsidR="004C1EC6" w:rsidRPr="006B4B8E">
        <w:rPr>
          <w:rFonts w:ascii="Arial" w:hAnsi="Arial" w:cs="Arial" w:hint="eastAsia"/>
        </w:rPr>
        <w:t xml:space="preserve"> o </w:t>
      </w:r>
      <w:proofErr w:type="spellStart"/>
      <w:r w:rsidR="004C1EC6" w:rsidRPr="006B4B8E">
        <w:rPr>
          <w:rFonts w:ascii="Arial" w:hAnsi="Arial" w:cs="Arial" w:hint="eastAsia"/>
        </w:rPr>
        <w:t>izvršenom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plaćanju</w:t>
      </w:r>
      <w:proofErr w:type="spellEnd"/>
      <w:r w:rsidR="004C1EC6" w:rsidRPr="006B4B8E">
        <w:rPr>
          <w:rFonts w:ascii="Arial" w:hAnsi="Arial" w:cs="Arial" w:hint="eastAsia"/>
        </w:rPr>
        <w:t>;</w:t>
      </w:r>
    </w:p>
    <w:p w:rsidR="004C1EC6" w:rsidRPr="006B4B8E" w:rsidRDefault="001B19B0" w:rsidP="004C1EC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9247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EC6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dokazi</w:t>
      </w:r>
      <w:proofErr w:type="spellEnd"/>
      <w:r w:rsidR="004C1EC6" w:rsidRPr="006B4B8E">
        <w:rPr>
          <w:rFonts w:ascii="Arial" w:hAnsi="Arial" w:cs="Arial" w:hint="eastAsia"/>
        </w:rPr>
        <w:t xml:space="preserve"> o </w:t>
      </w:r>
      <w:proofErr w:type="spellStart"/>
      <w:r w:rsidR="004C1EC6" w:rsidRPr="006B4B8E">
        <w:rPr>
          <w:rFonts w:ascii="Arial" w:hAnsi="Arial" w:cs="Arial" w:hint="eastAsia"/>
        </w:rPr>
        <w:t>isporuci</w:t>
      </w:r>
      <w:proofErr w:type="spellEnd"/>
      <w:r w:rsidR="004C1EC6" w:rsidRPr="006B4B8E">
        <w:rPr>
          <w:rFonts w:ascii="Arial" w:hAnsi="Arial" w:cs="Arial" w:hint="eastAsia"/>
        </w:rPr>
        <w:t xml:space="preserve"> robe, </w:t>
      </w:r>
      <w:proofErr w:type="spellStart"/>
      <w:r w:rsidR="004C1EC6" w:rsidRPr="006B4B8E">
        <w:rPr>
          <w:rFonts w:ascii="Arial" w:hAnsi="Arial" w:cs="Arial" w:hint="eastAsia"/>
        </w:rPr>
        <w:t>nabavci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opreme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ili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izvršenju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usluga</w:t>
      </w:r>
      <w:proofErr w:type="spellEnd"/>
      <w:r w:rsidR="004C1EC6" w:rsidRPr="006B4B8E">
        <w:rPr>
          <w:rFonts w:ascii="Arial" w:hAnsi="Arial" w:cs="Arial" w:hint="eastAsia"/>
        </w:rPr>
        <w:t xml:space="preserve">, </w:t>
      </w:r>
      <w:proofErr w:type="spellStart"/>
      <w:r w:rsidR="004C1EC6" w:rsidRPr="006B4B8E">
        <w:rPr>
          <w:rFonts w:ascii="Arial" w:hAnsi="Arial" w:cs="Arial" w:hint="eastAsia"/>
        </w:rPr>
        <w:t>gdje</w:t>
      </w:r>
      <w:proofErr w:type="spellEnd"/>
      <w:r w:rsidR="004C1EC6" w:rsidRPr="006B4B8E">
        <w:rPr>
          <w:rFonts w:ascii="Arial" w:hAnsi="Arial" w:cs="Arial" w:hint="eastAsia"/>
        </w:rPr>
        <w:t xml:space="preserve"> je </w:t>
      </w:r>
      <w:proofErr w:type="spellStart"/>
      <w:r w:rsidR="004C1EC6" w:rsidRPr="006B4B8E">
        <w:rPr>
          <w:rFonts w:ascii="Arial" w:hAnsi="Arial" w:cs="Arial" w:hint="eastAsia"/>
        </w:rPr>
        <w:t>primjenjivo</w:t>
      </w:r>
      <w:proofErr w:type="spellEnd"/>
      <w:r w:rsidR="004C1EC6" w:rsidRPr="006B4B8E">
        <w:rPr>
          <w:rFonts w:ascii="Arial" w:hAnsi="Arial" w:cs="Arial" w:hint="eastAsia"/>
        </w:rPr>
        <w:t>;</w:t>
      </w:r>
    </w:p>
    <w:p w:rsidR="004C1EC6" w:rsidRPr="006B4B8E" w:rsidRDefault="001B19B0" w:rsidP="004C1EC6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6838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EC6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evidencija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troškova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projekta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koja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omogućava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jasno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razdvajanje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troškova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finansiranih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iz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donacije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od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drugih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troškova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korisnika</w:t>
      </w:r>
      <w:proofErr w:type="spellEnd"/>
      <w:r w:rsidR="004C1EC6" w:rsidRPr="006B4B8E">
        <w:rPr>
          <w:rFonts w:ascii="Arial" w:hAnsi="Arial" w:cs="Arial" w:hint="eastAsia"/>
        </w:rPr>
        <w:t>;</w:t>
      </w:r>
    </w:p>
    <w:p w:rsidR="004C1EC6" w:rsidRPr="006B4B8E" w:rsidRDefault="001B19B0" w:rsidP="004C1EC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11215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EC6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dokazi</w:t>
      </w:r>
      <w:proofErr w:type="spellEnd"/>
      <w:r w:rsidR="004C1EC6" w:rsidRPr="006B4B8E">
        <w:rPr>
          <w:rFonts w:ascii="Arial" w:hAnsi="Arial" w:cs="Arial" w:hint="eastAsia"/>
        </w:rPr>
        <w:t xml:space="preserve"> o </w:t>
      </w:r>
      <w:proofErr w:type="spellStart"/>
      <w:r w:rsidR="004C1EC6" w:rsidRPr="006B4B8E">
        <w:rPr>
          <w:rFonts w:ascii="Arial" w:hAnsi="Arial" w:cs="Arial" w:hint="eastAsia"/>
        </w:rPr>
        <w:t>sopstvenom</w:t>
      </w:r>
      <w:proofErr w:type="spellEnd"/>
      <w:r w:rsidR="004C1EC6" w:rsidRPr="006B4B8E">
        <w:rPr>
          <w:rFonts w:ascii="Arial" w:hAnsi="Arial" w:cs="Arial" w:hint="eastAsia"/>
        </w:rPr>
        <w:t xml:space="preserve"> i/</w:t>
      </w:r>
      <w:proofErr w:type="spellStart"/>
      <w:r w:rsidR="004C1EC6" w:rsidRPr="006B4B8E">
        <w:rPr>
          <w:rFonts w:ascii="Arial" w:hAnsi="Arial" w:cs="Arial" w:hint="eastAsia"/>
        </w:rPr>
        <w:t>ili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drugom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sufinansiranju</w:t>
      </w:r>
      <w:proofErr w:type="spellEnd"/>
      <w:r w:rsidR="004C1EC6" w:rsidRPr="006B4B8E">
        <w:rPr>
          <w:rFonts w:ascii="Arial" w:hAnsi="Arial" w:cs="Arial" w:hint="eastAsia"/>
        </w:rPr>
        <w:t xml:space="preserve">, </w:t>
      </w:r>
      <w:proofErr w:type="spellStart"/>
      <w:r w:rsidR="004C1EC6" w:rsidRPr="006B4B8E">
        <w:rPr>
          <w:rFonts w:ascii="Arial" w:hAnsi="Arial" w:cs="Arial" w:hint="eastAsia"/>
        </w:rPr>
        <w:t>gdje</w:t>
      </w:r>
      <w:proofErr w:type="spellEnd"/>
      <w:r w:rsidR="004C1EC6" w:rsidRPr="006B4B8E">
        <w:rPr>
          <w:rFonts w:ascii="Arial" w:hAnsi="Arial" w:cs="Arial" w:hint="eastAsia"/>
        </w:rPr>
        <w:t xml:space="preserve"> je </w:t>
      </w:r>
      <w:proofErr w:type="spellStart"/>
      <w:r w:rsidR="004C1EC6" w:rsidRPr="006B4B8E">
        <w:rPr>
          <w:rFonts w:ascii="Arial" w:hAnsi="Arial" w:cs="Arial" w:hint="eastAsia"/>
        </w:rPr>
        <w:t>primjenjivo</w:t>
      </w:r>
      <w:proofErr w:type="spellEnd"/>
      <w:r w:rsidR="004C1EC6" w:rsidRPr="006B4B8E">
        <w:rPr>
          <w:rFonts w:ascii="Arial" w:hAnsi="Arial" w:cs="Arial" w:hint="eastAsia"/>
        </w:rPr>
        <w:t>;</w:t>
      </w:r>
    </w:p>
    <w:p w:rsidR="004C1EC6" w:rsidRPr="006B4B8E" w:rsidRDefault="001B19B0" w:rsidP="004C1EC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03531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EC6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4C1EC6" w:rsidRPr="006B4B8E">
        <w:rPr>
          <w:rFonts w:ascii="Arial" w:hAnsi="Arial" w:cs="Arial" w:hint="eastAsia"/>
        </w:rPr>
        <w:t xml:space="preserve"> evidencije rada i </w:t>
      </w:r>
      <w:proofErr w:type="spellStart"/>
      <w:r w:rsidR="004C1EC6" w:rsidRPr="006B4B8E">
        <w:rPr>
          <w:rFonts w:ascii="Arial" w:hAnsi="Arial" w:cs="Arial" w:hint="eastAsia"/>
        </w:rPr>
        <w:t>obračuni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troškova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osoblja</w:t>
      </w:r>
      <w:proofErr w:type="spellEnd"/>
      <w:r w:rsidR="004C1EC6" w:rsidRPr="006B4B8E">
        <w:rPr>
          <w:rFonts w:ascii="Arial" w:hAnsi="Arial" w:cs="Arial" w:hint="eastAsia"/>
        </w:rPr>
        <w:t xml:space="preserve">, </w:t>
      </w:r>
      <w:proofErr w:type="spellStart"/>
      <w:r w:rsidR="004C1EC6" w:rsidRPr="006B4B8E">
        <w:rPr>
          <w:rFonts w:ascii="Arial" w:hAnsi="Arial" w:cs="Arial" w:hint="eastAsia"/>
        </w:rPr>
        <w:t>gdje</w:t>
      </w:r>
      <w:proofErr w:type="spellEnd"/>
      <w:r w:rsidR="004C1EC6" w:rsidRPr="006B4B8E">
        <w:rPr>
          <w:rFonts w:ascii="Arial" w:hAnsi="Arial" w:cs="Arial" w:hint="eastAsia"/>
        </w:rPr>
        <w:t xml:space="preserve"> je </w:t>
      </w:r>
      <w:proofErr w:type="spellStart"/>
      <w:r w:rsidR="004C1EC6" w:rsidRPr="006B4B8E">
        <w:rPr>
          <w:rFonts w:ascii="Arial" w:hAnsi="Arial" w:cs="Arial" w:hint="eastAsia"/>
        </w:rPr>
        <w:t>primjenjivo</w:t>
      </w:r>
      <w:proofErr w:type="spellEnd"/>
      <w:r w:rsidR="004C1EC6" w:rsidRPr="006B4B8E">
        <w:rPr>
          <w:rFonts w:ascii="Arial" w:hAnsi="Arial" w:cs="Arial" w:hint="eastAsia"/>
        </w:rPr>
        <w:t>;</w:t>
      </w:r>
    </w:p>
    <w:p w:rsidR="004C1EC6" w:rsidRDefault="001B19B0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29135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EC6" w:rsidRPr="003849E5">
            <w:rPr>
              <w:rFonts w:ascii="Segoe UI Symbol" w:eastAsia="MS Gothic" w:hAnsi="Segoe UI Symbol" w:cs="Segoe UI Symbol"/>
            </w:rPr>
            <w:t>☐</w:t>
          </w:r>
        </w:sdtContent>
      </w:sdt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druga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dokumentacija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kojom</w:t>
      </w:r>
      <w:proofErr w:type="spellEnd"/>
      <w:r w:rsidR="004C1EC6" w:rsidRPr="006B4B8E">
        <w:rPr>
          <w:rFonts w:ascii="Arial" w:hAnsi="Arial" w:cs="Arial" w:hint="eastAsia"/>
        </w:rPr>
        <w:t xml:space="preserve"> se </w:t>
      </w:r>
      <w:proofErr w:type="spellStart"/>
      <w:r w:rsidR="004C1EC6" w:rsidRPr="006B4B8E">
        <w:rPr>
          <w:rFonts w:ascii="Arial" w:hAnsi="Arial" w:cs="Arial" w:hint="eastAsia"/>
        </w:rPr>
        <w:t>dokazuje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opravdanost</w:t>
      </w:r>
      <w:proofErr w:type="spellEnd"/>
      <w:r w:rsidR="004C1EC6" w:rsidRPr="006B4B8E">
        <w:rPr>
          <w:rFonts w:ascii="Arial" w:hAnsi="Arial" w:cs="Arial" w:hint="eastAsia"/>
        </w:rPr>
        <w:t xml:space="preserve"> i </w:t>
      </w:r>
      <w:proofErr w:type="spellStart"/>
      <w:r w:rsidR="004C1EC6" w:rsidRPr="006B4B8E">
        <w:rPr>
          <w:rFonts w:ascii="Arial" w:hAnsi="Arial" w:cs="Arial" w:hint="eastAsia"/>
        </w:rPr>
        <w:t>namjensko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korišćenje</w:t>
      </w:r>
      <w:proofErr w:type="spellEnd"/>
      <w:r w:rsidR="004C1EC6" w:rsidRPr="006B4B8E">
        <w:rPr>
          <w:rFonts w:ascii="Arial" w:hAnsi="Arial" w:cs="Arial" w:hint="eastAsia"/>
        </w:rPr>
        <w:t xml:space="preserve"> </w:t>
      </w:r>
      <w:proofErr w:type="spellStart"/>
      <w:r w:rsidR="004C1EC6" w:rsidRPr="006B4B8E">
        <w:rPr>
          <w:rFonts w:ascii="Arial" w:hAnsi="Arial" w:cs="Arial" w:hint="eastAsia"/>
        </w:rPr>
        <w:t>sredstava</w:t>
      </w:r>
      <w:proofErr w:type="spellEnd"/>
    </w:p>
    <w:p w:rsidR="00F70C31" w:rsidRPr="00782671" w:rsidRDefault="00C64EE4">
      <w:pPr>
        <w:pStyle w:val="Heading1"/>
        <w:rPr>
          <w:rFonts w:ascii="Arial" w:hAnsi="Arial" w:cs="Arial"/>
        </w:rPr>
      </w:pPr>
      <w:r w:rsidRPr="00782671">
        <w:rPr>
          <w:rFonts w:ascii="Arial" w:hAnsi="Arial" w:cs="Arial"/>
        </w:rPr>
        <w:lastRenderedPageBreak/>
        <w:t>6. Drugi izvori finansiranja i zabrana dvostrukog finansiranja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134"/>
        <w:gridCol w:w="1984"/>
        <w:gridCol w:w="1984"/>
        <w:gridCol w:w="1134"/>
      </w:tblGrid>
      <w:tr w:rsidR="00F70C31" w:rsidRPr="00782671">
        <w:trPr>
          <w:tblHeader/>
          <w:jc w:val="center"/>
        </w:trPr>
        <w:tc>
          <w:tcPr>
            <w:tcW w:w="1701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Izvor / davalac</w:t>
            </w:r>
          </w:p>
        </w:tc>
        <w:tc>
          <w:tcPr>
            <w:tcW w:w="1701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Program ili ugovor</w:t>
            </w:r>
          </w:p>
        </w:tc>
        <w:tc>
          <w:tcPr>
            <w:tcW w:w="113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Iznos (€)</w:t>
            </w:r>
          </w:p>
        </w:tc>
        <w:tc>
          <w:tcPr>
            <w:tcW w:w="198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Aktivnosti / troškovi</w:t>
            </w:r>
          </w:p>
        </w:tc>
        <w:tc>
          <w:tcPr>
            <w:tcW w:w="198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Način razgraničenja</w:t>
            </w:r>
          </w:p>
        </w:tc>
        <w:tc>
          <w:tcPr>
            <w:tcW w:w="113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Dokaz</w:t>
            </w: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</w:tbl>
    <w:p w:rsidR="00381A16" w:rsidRDefault="00381A16">
      <w:pPr>
        <w:pStyle w:val="Heading1"/>
        <w:rPr>
          <w:rFonts w:ascii="Arial" w:hAnsi="Arial" w:cs="Arial"/>
        </w:rPr>
      </w:pPr>
    </w:p>
    <w:p w:rsidR="00F70C31" w:rsidRPr="00782671" w:rsidRDefault="00C64EE4">
      <w:pPr>
        <w:pStyle w:val="Heading1"/>
        <w:rPr>
          <w:rFonts w:ascii="Arial" w:hAnsi="Arial" w:cs="Arial"/>
        </w:rPr>
      </w:pPr>
      <w:r w:rsidRPr="00782671">
        <w:rPr>
          <w:rFonts w:ascii="Arial" w:hAnsi="Arial" w:cs="Arial"/>
        </w:rPr>
        <w:t xml:space="preserve">7. </w:t>
      </w:r>
      <w:proofErr w:type="spellStart"/>
      <w:r w:rsidRPr="00782671">
        <w:rPr>
          <w:rFonts w:ascii="Arial" w:hAnsi="Arial" w:cs="Arial"/>
        </w:rPr>
        <w:t>Napredak</w:t>
      </w:r>
      <w:proofErr w:type="spellEnd"/>
      <w:r w:rsidRPr="00782671">
        <w:rPr>
          <w:rFonts w:ascii="Arial" w:hAnsi="Arial" w:cs="Arial"/>
        </w:rPr>
        <w:t xml:space="preserve"> </w:t>
      </w:r>
      <w:proofErr w:type="spellStart"/>
      <w:r w:rsidRPr="00782671">
        <w:rPr>
          <w:rFonts w:ascii="Arial" w:hAnsi="Arial" w:cs="Arial"/>
        </w:rPr>
        <w:t>tehnologije</w:t>
      </w:r>
      <w:proofErr w:type="spellEnd"/>
      <w:r w:rsidRPr="00782671">
        <w:rPr>
          <w:rFonts w:ascii="Arial" w:hAnsi="Arial" w:cs="Arial"/>
        </w:rPr>
        <w:t xml:space="preserve"> i TRL</w:t>
      </w:r>
      <w:r w:rsidR="006F100D" w:rsidRPr="00782671">
        <w:rPr>
          <w:rFonts w:ascii="Arial" w:hAnsi="Arial" w:cs="Arial"/>
        </w:rPr>
        <w:t xml:space="preserve"> (</w:t>
      </w:r>
      <w:proofErr w:type="spellStart"/>
      <w:r w:rsidR="006F100D" w:rsidRPr="00782671">
        <w:rPr>
          <w:rFonts w:ascii="Arial" w:hAnsi="Arial" w:cs="Arial"/>
        </w:rPr>
        <w:t>samo</w:t>
      </w:r>
      <w:proofErr w:type="spellEnd"/>
      <w:r w:rsidR="006F100D" w:rsidRPr="00782671">
        <w:rPr>
          <w:rFonts w:ascii="Arial" w:hAnsi="Arial" w:cs="Arial"/>
        </w:rPr>
        <w:t xml:space="preserve"> za </w:t>
      </w:r>
      <w:proofErr w:type="spellStart"/>
      <w:r w:rsidR="006F100D" w:rsidRPr="00782671">
        <w:rPr>
          <w:rFonts w:ascii="Arial" w:hAnsi="Arial" w:cs="Arial"/>
        </w:rPr>
        <w:t>startapove</w:t>
      </w:r>
      <w:proofErr w:type="spellEnd"/>
      <w:r w:rsidR="006F100D" w:rsidRPr="00782671">
        <w:rPr>
          <w:rFonts w:ascii="Arial" w:hAnsi="Arial" w:cs="Arial"/>
        </w:rPr>
        <w:t xml:space="preserve">)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8"/>
        <w:gridCol w:w="6690"/>
      </w:tblGrid>
      <w:tr w:rsidR="00F70C31" w:rsidRPr="00782671" w:rsidTr="00184374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Tehnologija / proizvod / proces koji se ocjenjuje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 w:rsidTr="00184374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Početni TRL utvrđen u prijavi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</w:rPr>
              <w:t>TRL ____</w:t>
            </w:r>
          </w:p>
        </w:tc>
      </w:tr>
      <w:tr w:rsidR="00F70C31" w:rsidRPr="00782671" w:rsidTr="00184374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Ciljani TRL projekta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</w:rPr>
              <w:t>TRL ____</w:t>
            </w:r>
          </w:p>
        </w:tc>
      </w:tr>
      <w:tr w:rsidR="00F70C31" w:rsidRPr="00782671" w:rsidTr="00184374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TRL koji korisnik prijavljuje na datum izvještaja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</w:rPr>
              <w:t>TRL ____</w:t>
            </w:r>
          </w:p>
        </w:tc>
      </w:tr>
      <w:tr w:rsidR="00F70C31" w:rsidRPr="00782671" w:rsidTr="00184374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Datum procjene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 w:rsidTr="00184374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Metod / kriterijumi procjene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</w:tbl>
    <w:p w:rsidR="00F70C31" w:rsidRPr="00782671" w:rsidRDefault="00C64EE4">
      <w:pPr>
        <w:pStyle w:val="Heading2"/>
        <w:rPr>
          <w:rFonts w:ascii="Arial" w:hAnsi="Arial" w:cs="Arial"/>
        </w:rPr>
      </w:pPr>
      <w:r w:rsidRPr="00782671">
        <w:rPr>
          <w:rFonts w:ascii="Arial" w:hAnsi="Arial" w:cs="Arial"/>
        </w:rPr>
        <w:t>7.1. Dokazna matrica TRL-a</w:t>
      </w:r>
    </w:p>
    <w:p w:rsidR="00F70C31" w:rsidRPr="00782671" w:rsidRDefault="00C64EE4">
      <w:pPr>
        <w:rPr>
          <w:rFonts w:ascii="Arial" w:hAnsi="Arial" w:cs="Arial"/>
        </w:rPr>
      </w:pPr>
      <w:r w:rsidRPr="00782671">
        <w:rPr>
          <w:rFonts w:ascii="Arial" w:hAnsi="Arial" w:cs="Arial"/>
        </w:rPr>
        <w:t>Za svaki element tvrdnje o TRL-u navesti konkretan dokaz. Tržišni rezultati mogu dopunjavati, ali ne zamjenjuju tehničku validaciju.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417"/>
        <w:gridCol w:w="1814"/>
        <w:gridCol w:w="1417"/>
        <w:gridCol w:w="1701"/>
        <w:gridCol w:w="1587"/>
      </w:tblGrid>
      <w:tr w:rsidR="00F70C31" w:rsidRPr="00782671">
        <w:trPr>
          <w:tblHeader/>
          <w:jc w:val="center"/>
        </w:trPr>
        <w:tc>
          <w:tcPr>
            <w:tcW w:w="1701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TRL kriterijum / tvrdnja</w:t>
            </w:r>
          </w:p>
        </w:tc>
        <w:tc>
          <w:tcPr>
            <w:tcW w:w="1417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Početno stanje</w:t>
            </w:r>
          </w:p>
        </w:tc>
        <w:tc>
          <w:tcPr>
            <w:tcW w:w="181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Aktivnost i test</w:t>
            </w:r>
          </w:p>
        </w:tc>
        <w:tc>
          <w:tcPr>
            <w:tcW w:w="1417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Okruženje testiranja</w:t>
            </w:r>
          </w:p>
        </w:tc>
        <w:tc>
          <w:tcPr>
            <w:tcW w:w="1701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Rezultat / prag</w:t>
            </w:r>
          </w:p>
        </w:tc>
        <w:tc>
          <w:tcPr>
            <w:tcW w:w="1587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Dokaz / prilog</w:t>
            </w: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Default="00F70C31">
            <w:pPr>
              <w:rPr>
                <w:rFonts w:ascii="Arial" w:hAnsi="Arial" w:cs="Arial"/>
              </w:rPr>
            </w:pPr>
          </w:p>
          <w:p w:rsidR="00D6070B" w:rsidRDefault="00D6070B">
            <w:pPr>
              <w:rPr>
                <w:rFonts w:ascii="Arial" w:hAnsi="Arial" w:cs="Arial"/>
              </w:rPr>
            </w:pPr>
          </w:p>
          <w:p w:rsidR="00D6070B" w:rsidRPr="00782671" w:rsidRDefault="00D6070B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4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58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</w:tbl>
    <w:p w:rsidR="00F70C31" w:rsidRPr="00782671" w:rsidRDefault="00C64EE4">
      <w:pPr>
        <w:pStyle w:val="Heading2"/>
        <w:rPr>
          <w:rFonts w:ascii="Arial" w:hAnsi="Arial" w:cs="Arial"/>
        </w:rPr>
      </w:pPr>
      <w:r w:rsidRPr="00782671">
        <w:rPr>
          <w:rFonts w:ascii="Arial" w:hAnsi="Arial" w:cs="Arial"/>
        </w:rPr>
        <w:lastRenderedPageBreak/>
        <w:t>7.2. Tehnički rezultati i testiranje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304"/>
        <w:gridCol w:w="1814"/>
        <w:gridCol w:w="1814"/>
        <w:gridCol w:w="1814"/>
        <w:gridCol w:w="1191"/>
      </w:tblGrid>
      <w:tr w:rsidR="00F70C31" w:rsidRPr="00782671">
        <w:trPr>
          <w:tblHeader/>
          <w:jc w:val="center"/>
        </w:trPr>
        <w:tc>
          <w:tcPr>
            <w:tcW w:w="1701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Test / demonstracija</w:t>
            </w:r>
          </w:p>
        </w:tc>
        <w:tc>
          <w:tcPr>
            <w:tcW w:w="130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Datum i verzija</w:t>
            </w:r>
          </w:p>
        </w:tc>
        <w:tc>
          <w:tcPr>
            <w:tcW w:w="181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Protokol / uslovi</w:t>
            </w:r>
          </w:p>
        </w:tc>
        <w:tc>
          <w:tcPr>
            <w:tcW w:w="181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Mjerljivi rezultat</w:t>
            </w:r>
          </w:p>
        </w:tc>
        <w:tc>
          <w:tcPr>
            <w:tcW w:w="181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Nedostaci i zaključak</w:t>
            </w:r>
          </w:p>
        </w:tc>
        <w:tc>
          <w:tcPr>
            <w:tcW w:w="1191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Dokaz</w:t>
            </w: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>
        <w:trPr>
          <w:jc w:val="center"/>
        </w:trPr>
        <w:tc>
          <w:tcPr>
            <w:tcW w:w="170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30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</w:tbl>
    <w:p w:rsidR="00F70C31" w:rsidRPr="00782671" w:rsidRDefault="00C64EE4">
      <w:pPr>
        <w:pStyle w:val="Heading2"/>
        <w:rPr>
          <w:rFonts w:ascii="Arial" w:hAnsi="Arial" w:cs="Arial"/>
        </w:rPr>
      </w:pPr>
      <w:r w:rsidRPr="00782671">
        <w:rPr>
          <w:rFonts w:ascii="Arial" w:hAnsi="Arial" w:cs="Arial"/>
        </w:rPr>
        <w:t>7.3. Zaključak korisnika o TRL-u</w:t>
      </w:r>
    </w:p>
    <w:p w:rsidR="00F70C31" w:rsidRPr="00782671" w:rsidRDefault="00C64EE4">
      <w:pPr>
        <w:rPr>
          <w:rFonts w:ascii="Arial" w:hAnsi="Arial" w:cs="Arial"/>
        </w:rPr>
      </w:pPr>
      <w:r w:rsidRPr="00782671">
        <w:rPr>
          <w:rFonts w:ascii="Segoe UI Symbol" w:hAnsi="Segoe UI Symbol" w:cs="Segoe UI Symbol"/>
        </w:rPr>
        <w:t>☐</w:t>
      </w:r>
      <w:r w:rsidRPr="00782671">
        <w:rPr>
          <w:rFonts w:ascii="Arial" w:hAnsi="Arial" w:cs="Arial"/>
        </w:rPr>
        <w:t xml:space="preserve"> prijavljeni viši TRL je u potpunosti dokazan</w:t>
      </w:r>
    </w:p>
    <w:p w:rsidR="00F70C31" w:rsidRPr="00782671" w:rsidRDefault="00C64EE4">
      <w:pPr>
        <w:rPr>
          <w:rFonts w:ascii="Arial" w:hAnsi="Arial" w:cs="Arial"/>
        </w:rPr>
      </w:pPr>
      <w:r w:rsidRPr="00782671">
        <w:rPr>
          <w:rFonts w:ascii="Segoe UI Symbol" w:hAnsi="Segoe UI Symbol" w:cs="Segoe UI Symbol"/>
        </w:rPr>
        <w:t>☐</w:t>
      </w:r>
      <w:r w:rsidRPr="00782671">
        <w:rPr>
          <w:rFonts w:ascii="Arial" w:hAnsi="Arial" w:cs="Arial"/>
        </w:rPr>
        <w:t xml:space="preserve"> ostvaren je tehnički napredak, ali viši TRL još nije u potpunosti dokazan</w:t>
      </w:r>
    </w:p>
    <w:p w:rsidR="00F70C31" w:rsidRPr="00782671" w:rsidRDefault="00C64EE4">
      <w:pPr>
        <w:rPr>
          <w:rFonts w:ascii="Arial" w:hAnsi="Arial" w:cs="Arial"/>
        </w:rPr>
      </w:pPr>
      <w:r w:rsidRPr="00782671">
        <w:rPr>
          <w:rFonts w:ascii="Segoe UI Symbol" w:hAnsi="Segoe UI Symbol" w:cs="Segoe UI Symbol"/>
        </w:rPr>
        <w:t>☐</w:t>
      </w:r>
      <w:r w:rsidRPr="00782671">
        <w:rPr>
          <w:rFonts w:ascii="Arial" w:hAnsi="Arial" w:cs="Arial"/>
        </w:rPr>
        <w:t xml:space="preserve"> početni TRL je zadržan</w:t>
      </w:r>
    </w:p>
    <w:p w:rsidR="00F70C31" w:rsidRPr="00782671" w:rsidRDefault="00C64EE4">
      <w:pPr>
        <w:rPr>
          <w:rFonts w:ascii="Arial" w:hAnsi="Arial" w:cs="Arial"/>
        </w:rPr>
      </w:pPr>
      <w:r w:rsidRPr="00782671">
        <w:rPr>
          <w:rFonts w:ascii="Segoe UI Symbol" w:hAnsi="Segoe UI Symbol" w:cs="Segoe UI Symbol"/>
        </w:rPr>
        <w:t>☐</w:t>
      </w:r>
      <w:r w:rsidRPr="00782671">
        <w:rPr>
          <w:rFonts w:ascii="Arial" w:hAnsi="Arial" w:cs="Arial"/>
        </w:rPr>
        <w:t xml:space="preserve"> nema dovoljno dokaza za pouzdanu procjenu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F70C31" w:rsidRPr="00782671">
        <w:trPr>
          <w:tblHeader/>
          <w:jc w:val="center"/>
        </w:trPr>
        <w:tc>
          <w:tcPr>
            <w:tcW w:w="9638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  <w:color w:val="FFFFFF"/>
                <w:sz w:val="16"/>
              </w:rPr>
              <w:t>Obrazloženje zaključka i preostali koraci</w:t>
            </w:r>
          </w:p>
        </w:tc>
      </w:tr>
      <w:tr w:rsidR="00F70C31" w:rsidRPr="00782671">
        <w:trPr>
          <w:jc w:val="center"/>
        </w:trPr>
        <w:tc>
          <w:tcPr>
            <w:tcW w:w="96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>
        <w:trPr>
          <w:jc w:val="center"/>
        </w:trPr>
        <w:tc>
          <w:tcPr>
            <w:tcW w:w="963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</w:tbl>
    <w:p w:rsidR="008406EA" w:rsidRDefault="008406EA">
      <w:pPr>
        <w:rPr>
          <w:rFonts w:hint="eastAsia"/>
        </w:rPr>
      </w:pPr>
      <w:r>
        <w:rPr>
          <w:rFonts w:hint="eastAsia"/>
        </w:rPr>
        <w:br w:type="page"/>
      </w:r>
    </w:p>
    <w:p w:rsidR="00F70C31" w:rsidRPr="00782671" w:rsidRDefault="00C64EE4">
      <w:pPr>
        <w:pStyle w:val="Heading1"/>
        <w:rPr>
          <w:rFonts w:ascii="Arial" w:hAnsi="Arial" w:cs="Arial"/>
        </w:rPr>
      </w:pPr>
      <w:r w:rsidRPr="00782671">
        <w:rPr>
          <w:rFonts w:ascii="Arial" w:hAnsi="Arial" w:cs="Arial"/>
        </w:rPr>
        <w:lastRenderedPageBreak/>
        <w:t xml:space="preserve">8. Lista </w:t>
      </w:r>
      <w:proofErr w:type="spellStart"/>
      <w:r w:rsidRPr="00782671">
        <w:rPr>
          <w:rFonts w:ascii="Arial" w:hAnsi="Arial" w:cs="Arial"/>
        </w:rPr>
        <w:t>priloga</w:t>
      </w:r>
      <w:proofErr w:type="spellEnd"/>
    </w:p>
    <w:p w:rsidR="00184374" w:rsidRPr="00782671" w:rsidRDefault="00184374" w:rsidP="00184374">
      <w:pPr>
        <w:rPr>
          <w:rFonts w:ascii="Arial" w:hAnsi="Arial" w:cs="Arial"/>
        </w:rPr>
      </w:pP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2976"/>
        <w:gridCol w:w="1814"/>
        <w:gridCol w:w="1417"/>
        <w:gridCol w:w="2156"/>
      </w:tblGrid>
      <w:tr w:rsidR="00381A16" w:rsidRPr="00782671" w:rsidTr="00767025">
        <w:trPr>
          <w:trHeight w:val="1010"/>
          <w:tblHeader/>
          <w:jc w:val="center"/>
        </w:trPr>
        <w:tc>
          <w:tcPr>
            <w:tcW w:w="1843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81A16" w:rsidRPr="00782671" w:rsidRDefault="00381A16" w:rsidP="00184374">
            <w:pPr>
              <w:pStyle w:val="Heading1"/>
              <w:rPr>
                <w:rFonts w:ascii="Arial" w:hAnsi="Arial" w:cs="Arial"/>
                <w:color w:val="FFFFFF"/>
                <w:sz w:val="16"/>
              </w:rPr>
            </w:pPr>
            <w:proofErr w:type="spellStart"/>
            <w:r w:rsidRPr="00782671">
              <w:rPr>
                <w:rFonts w:ascii="Arial" w:hAnsi="Arial" w:cs="Arial"/>
                <w:color w:val="FFFFFF"/>
                <w:sz w:val="16"/>
              </w:rPr>
              <w:t>Oznaka</w:t>
            </w:r>
            <w:proofErr w:type="spellEnd"/>
            <w:r w:rsidRPr="00782671">
              <w:rPr>
                <w:rFonts w:ascii="Arial" w:hAnsi="Arial" w:cs="Arial"/>
                <w:color w:val="FFFFFF"/>
                <w:sz w:val="16"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color w:val="FFFFFF"/>
                <w:sz w:val="16"/>
              </w:rPr>
              <w:t>priloga</w:t>
            </w:r>
            <w:proofErr w:type="spellEnd"/>
          </w:p>
        </w:tc>
        <w:tc>
          <w:tcPr>
            <w:tcW w:w="297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81A16" w:rsidRPr="00782671" w:rsidRDefault="00381A16" w:rsidP="00184374">
            <w:pPr>
              <w:rPr>
                <w:rFonts w:ascii="Arial" w:hAnsi="Arial" w:cs="Arial"/>
                <w:b/>
                <w:szCs w:val="18"/>
              </w:rPr>
            </w:pPr>
            <w:proofErr w:type="spellStart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>Naziv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>dokumenta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 xml:space="preserve"> /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>dokaza</w:t>
            </w:r>
            <w:proofErr w:type="spellEnd"/>
          </w:p>
        </w:tc>
        <w:tc>
          <w:tcPr>
            <w:tcW w:w="1814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81A16" w:rsidRPr="00782671" w:rsidRDefault="00381A16" w:rsidP="00184374">
            <w:pPr>
              <w:rPr>
                <w:rFonts w:ascii="Arial" w:hAnsi="Arial" w:cs="Arial"/>
                <w:b/>
                <w:szCs w:val="18"/>
              </w:rPr>
            </w:pPr>
            <w:r w:rsidRPr="00782671">
              <w:rPr>
                <w:rFonts w:ascii="Arial" w:hAnsi="Arial" w:cs="Arial"/>
                <w:b/>
                <w:color w:val="FFFFFF"/>
                <w:szCs w:val="18"/>
              </w:rPr>
              <w:t xml:space="preserve">Datum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>dokumenta</w:t>
            </w:r>
            <w:proofErr w:type="spellEnd"/>
          </w:p>
        </w:tc>
        <w:tc>
          <w:tcPr>
            <w:tcW w:w="1417" w:type="dxa"/>
            <w:shd w:val="clear" w:color="auto" w:fill="17365D"/>
          </w:tcPr>
          <w:p w:rsidR="00381A16" w:rsidRPr="00782671" w:rsidRDefault="00381A16" w:rsidP="00184374">
            <w:pPr>
              <w:rPr>
                <w:rFonts w:ascii="Arial" w:hAnsi="Arial" w:cs="Arial"/>
                <w:b/>
                <w:color w:val="FFFFFF"/>
                <w:szCs w:val="18"/>
              </w:rPr>
            </w:pPr>
            <w:proofErr w:type="spellStart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>Veza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>sa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>aktivnošću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 xml:space="preserve">,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>troškom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 xml:space="preserve">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>ili</w:t>
            </w:r>
            <w:proofErr w:type="spellEnd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 xml:space="preserve"> TRL </w:t>
            </w:r>
            <w:proofErr w:type="spellStart"/>
            <w:r w:rsidRPr="00782671">
              <w:rPr>
                <w:rFonts w:ascii="Arial" w:hAnsi="Arial" w:cs="Arial"/>
                <w:b/>
                <w:color w:val="FFFFFF"/>
                <w:szCs w:val="18"/>
              </w:rPr>
              <w:t>kriterijumom</w:t>
            </w:r>
            <w:proofErr w:type="spellEnd"/>
          </w:p>
        </w:tc>
        <w:tc>
          <w:tcPr>
            <w:tcW w:w="215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81A16" w:rsidRPr="00782671" w:rsidRDefault="00381A16" w:rsidP="00184374">
            <w:pPr>
              <w:rPr>
                <w:rFonts w:ascii="Arial" w:hAnsi="Arial" w:cs="Arial"/>
                <w:b/>
                <w:szCs w:val="18"/>
              </w:rPr>
            </w:pPr>
            <w:proofErr w:type="spellStart"/>
            <w:r w:rsidRPr="00782671">
              <w:rPr>
                <w:rFonts w:ascii="Arial" w:hAnsi="Arial" w:cs="Arial"/>
                <w:b/>
                <w:szCs w:val="18"/>
              </w:rPr>
              <w:t>Napomena</w:t>
            </w:r>
            <w:proofErr w:type="spellEnd"/>
          </w:p>
        </w:tc>
      </w:tr>
      <w:tr w:rsidR="00381A16" w:rsidRPr="00782671" w:rsidTr="00767025">
        <w:trPr>
          <w:jc w:val="center"/>
        </w:trPr>
        <w:tc>
          <w:tcPr>
            <w:tcW w:w="184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81A16" w:rsidRPr="00782671" w:rsidRDefault="00381A16" w:rsidP="00782671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  <w:r w:rsidRPr="00782671">
              <w:rPr>
                <w:rFonts w:ascii="Arial" w:hAnsi="Arial" w:cs="Arial"/>
                <w:color w:val="000000" w:themeColor="text1"/>
                <w:sz w:val="16"/>
              </w:rPr>
              <w:t>P1</w:t>
            </w:r>
          </w:p>
        </w:tc>
        <w:tc>
          <w:tcPr>
            <w:tcW w:w="297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21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</w:tr>
      <w:tr w:rsidR="00381A16" w:rsidRPr="00782671" w:rsidTr="00767025">
        <w:trPr>
          <w:jc w:val="center"/>
        </w:trPr>
        <w:tc>
          <w:tcPr>
            <w:tcW w:w="184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81A16" w:rsidRPr="00782671" w:rsidRDefault="00381A16" w:rsidP="00782671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  <w:r w:rsidRPr="00782671">
              <w:rPr>
                <w:rFonts w:ascii="Arial" w:hAnsi="Arial" w:cs="Arial"/>
                <w:color w:val="000000" w:themeColor="text1"/>
                <w:sz w:val="16"/>
              </w:rPr>
              <w:t>P2</w:t>
            </w:r>
          </w:p>
        </w:tc>
        <w:tc>
          <w:tcPr>
            <w:tcW w:w="297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21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</w:tr>
      <w:tr w:rsidR="00381A16" w:rsidRPr="00782671" w:rsidTr="00767025">
        <w:trPr>
          <w:jc w:val="center"/>
        </w:trPr>
        <w:tc>
          <w:tcPr>
            <w:tcW w:w="184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81A16" w:rsidRPr="00782671" w:rsidRDefault="00381A16" w:rsidP="00782671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  <w:r w:rsidRPr="00782671">
              <w:rPr>
                <w:rFonts w:ascii="Arial" w:hAnsi="Arial" w:cs="Arial"/>
                <w:color w:val="000000" w:themeColor="text1"/>
                <w:sz w:val="16"/>
              </w:rPr>
              <w:t>P3</w:t>
            </w:r>
          </w:p>
        </w:tc>
        <w:tc>
          <w:tcPr>
            <w:tcW w:w="297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21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</w:tr>
      <w:tr w:rsidR="00381A16" w:rsidRPr="00782671" w:rsidTr="00767025">
        <w:trPr>
          <w:jc w:val="center"/>
        </w:trPr>
        <w:tc>
          <w:tcPr>
            <w:tcW w:w="184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81A16" w:rsidRPr="00782671" w:rsidRDefault="00381A16" w:rsidP="00782671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  <w:r w:rsidRPr="00782671">
              <w:rPr>
                <w:rFonts w:ascii="Arial" w:hAnsi="Arial" w:cs="Arial"/>
                <w:color w:val="000000" w:themeColor="text1"/>
                <w:sz w:val="16"/>
              </w:rPr>
              <w:t>P4</w:t>
            </w:r>
          </w:p>
        </w:tc>
        <w:tc>
          <w:tcPr>
            <w:tcW w:w="297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21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</w:tr>
      <w:tr w:rsidR="00381A16" w:rsidRPr="00782671" w:rsidTr="00767025">
        <w:trPr>
          <w:jc w:val="center"/>
        </w:trPr>
        <w:tc>
          <w:tcPr>
            <w:tcW w:w="184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81A16" w:rsidRPr="00782671" w:rsidRDefault="00381A16" w:rsidP="00782671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  <w:r w:rsidRPr="00782671">
              <w:rPr>
                <w:rFonts w:ascii="Arial" w:hAnsi="Arial" w:cs="Arial"/>
                <w:color w:val="000000" w:themeColor="text1"/>
                <w:sz w:val="16"/>
              </w:rPr>
              <w:t>P5</w:t>
            </w:r>
          </w:p>
        </w:tc>
        <w:tc>
          <w:tcPr>
            <w:tcW w:w="297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21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</w:tr>
      <w:tr w:rsidR="00381A16" w:rsidRPr="00782671" w:rsidTr="00767025">
        <w:trPr>
          <w:jc w:val="center"/>
        </w:trPr>
        <w:tc>
          <w:tcPr>
            <w:tcW w:w="184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81A16" w:rsidRPr="00782671" w:rsidRDefault="00381A16" w:rsidP="00782671">
            <w:pPr>
              <w:pStyle w:val="Heading1"/>
              <w:spacing w:before="0" w:after="0"/>
              <w:rPr>
                <w:rFonts w:ascii="Arial" w:hAnsi="Arial" w:cs="Arial"/>
                <w:color w:val="000000" w:themeColor="text1"/>
                <w:sz w:val="16"/>
              </w:rPr>
            </w:pPr>
            <w:r w:rsidRPr="00782671">
              <w:rPr>
                <w:rFonts w:ascii="Arial" w:hAnsi="Arial" w:cs="Arial"/>
                <w:color w:val="000000" w:themeColor="text1"/>
                <w:sz w:val="16"/>
              </w:rPr>
              <w:t>...</w:t>
            </w:r>
          </w:p>
        </w:tc>
        <w:tc>
          <w:tcPr>
            <w:tcW w:w="297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  <w:tc>
          <w:tcPr>
            <w:tcW w:w="215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81A16" w:rsidRPr="00782671" w:rsidRDefault="00381A16" w:rsidP="00782671">
            <w:pPr>
              <w:rPr>
                <w:rFonts w:ascii="Arial" w:hAnsi="Arial" w:cs="Arial"/>
              </w:rPr>
            </w:pPr>
          </w:p>
        </w:tc>
      </w:tr>
    </w:tbl>
    <w:p w:rsidR="00184374" w:rsidRPr="00782671" w:rsidRDefault="00184374" w:rsidP="00184374">
      <w:pPr>
        <w:rPr>
          <w:rFonts w:ascii="Arial" w:hAnsi="Arial" w:cs="Arial"/>
        </w:rPr>
      </w:pPr>
    </w:p>
    <w:p w:rsidR="00184374" w:rsidRPr="00782671" w:rsidRDefault="00184374" w:rsidP="00184374">
      <w:pPr>
        <w:rPr>
          <w:rFonts w:ascii="Arial" w:hAnsi="Arial" w:cs="Arial"/>
        </w:rPr>
      </w:pPr>
    </w:p>
    <w:p w:rsidR="00184374" w:rsidRPr="00782671" w:rsidRDefault="00184374" w:rsidP="00184374">
      <w:pPr>
        <w:rPr>
          <w:rFonts w:ascii="Arial" w:hAnsi="Arial" w:cs="Arial"/>
        </w:rPr>
      </w:pPr>
    </w:p>
    <w:p w:rsidR="00381A16" w:rsidRDefault="00381A16">
      <w:pPr>
        <w:spacing w:after="200"/>
        <w:rPr>
          <w:rFonts w:ascii="Arial" w:eastAsiaTheme="majorEastAsia" w:hAnsi="Arial" w:cs="Arial"/>
          <w:b/>
          <w:bCs/>
          <w:color w:val="17365D"/>
          <w:sz w:val="28"/>
          <w:szCs w:val="28"/>
        </w:rPr>
      </w:pPr>
      <w:r>
        <w:rPr>
          <w:rFonts w:ascii="Arial" w:hAnsi="Arial" w:cs="Arial"/>
        </w:rPr>
        <w:br w:type="page"/>
      </w:r>
    </w:p>
    <w:p w:rsidR="00F70C31" w:rsidRPr="00782671" w:rsidRDefault="00C64EE4">
      <w:pPr>
        <w:pStyle w:val="Heading1"/>
        <w:rPr>
          <w:rFonts w:ascii="Arial" w:hAnsi="Arial" w:cs="Arial"/>
        </w:rPr>
      </w:pPr>
      <w:r w:rsidRPr="00782671">
        <w:rPr>
          <w:rFonts w:ascii="Arial" w:hAnsi="Arial" w:cs="Arial"/>
        </w:rPr>
        <w:lastRenderedPageBreak/>
        <w:t>9. Izjave i ovjera korisnika</w:t>
      </w:r>
    </w:p>
    <w:p w:rsidR="00F70C31" w:rsidRPr="00782671" w:rsidRDefault="00C64EE4">
      <w:pPr>
        <w:rPr>
          <w:rFonts w:ascii="Arial" w:hAnsi="Arial" w:cs="Arial"/>
        </w:rPr>
      </w:pPr>
      <w:r w:rsidRPr="00782671">
        <w:rPr>
          <w:rFonts w:ascii="Segoe UI Symbol" w:hAnsi="Segoe UI Symbol" w:cs="Segoe UI Symbol"/>
        </w:rPr>
        <w:t>☐</w:t>
      </w:r>
      <w:r w:rsidRPr="00782671">
        <w:rPr>
          <w:rFonts w:ascii="Arial" w:hAnsi="Arial" w:cs="Arial"/>
        </w:rPr>
        <w:t xml:space="preserve"> </w:t>
      </w:r>
      <w:proofErr w:type="spellStart"/>
      <w:r w:rsidRPr="00782671">
        <w:rPr>
          <w:rFonts w:ascii="Arial" w:hAnsi="Arial" w:cs="Arial"/>
        </w:rPr>
        <w:t>Podaci</w:t>
      </w:r>
      <w:proofErr w:type="spellEnd"/>
      <w:r w:rsidR="00184374" w:rsidRPr="00782671">
        <w:rPr>
          <w:rFonts w:ascii="Arial" w:hAnsi="Arial" w:cs="Arial"/>
        </w:rPr>
        <w:t xml:space="preserve"> </w:t>
      </w:r>
      <w:proofErr w:type="spellStart"/>
      <w:r w:rsidR="00184374" w:rsidRPr="00782671">
        <w:rPr>
          <w:rFonts w:ascii="Arial" w:hAnsi="Arial" w:cs="Arial"/>
        </w:rPr>
        <w:t>navedeni</w:t>
      </w:r>
      <w:proofErr w:type="spellEnd"/>
      <w:r w:rsidRPr="00782671">
        <w:rPr>
          <w:rFonts w:ascii="Arial" w:hAnsi="Arial" w:cs="Arial"/>
        </w:rPr>
        <w:t xml:space="preserve"> u </w:t>
      </w:r>
      <w:proofErr w:type="spellStart"/>
      <w:r w:rsidRPr="00782671">
        <w:rPr>
          <w:rFonts w:ascii="Arial" w:hAnsi="Arial" w:cs="Arial"/>
        </w:rPr>
        <w:t>izvještaju</w:t>
      </w:r>
      <w:proofErr w:type="spellEnd"/>
      <w:r w:rsidRPr="00782671">
        <w:rPr>
          <w:rFonts w:ascii="Arial" w:hAnsi="Arial" w:cs="Arial"/>
        </w:rPr>
        <w:t xml:space="preserve"> i pratećim evidencijama su potpuni i tačni.</w:t>
      </w:r>
    </w:p>
    <w:p w:rsidR="00184374" w:rsidRPr="00782671" w:rsidRDefault="00C64EE4">
      <w:pPr>
        <w:rPr>
          <w:rFonts w:ascii="Arial" w:hAnsi="Arial" w:cs="Arial"/>
          <w:color w:val="FF0000"/>
        </w:rPr>
      </w:pPr>
      <w:r w:rsidRPr="00782671">
        <w:rPr>
          <w:rFonts w:ascii="Segoe UI Symbol" w:hAnsi="Segoe UI Symbol" w:cs="Segoe UI Symbol"/>
        </w:rPr>
        <w:t>☐</w:t>
      </w:r>
      <w:r w:rsidRPr="00782671">
        <w:rPr>
          <w:rFonts w:ascii="Arial" w:hAnsi="Arial" w:cs="Arial"/>
        </w:rPr>
        <w:t xml:space="preserve"> </w:t>
      </w:r>
      <w:proofErr w:type="spellStart"/>
      <w:r w:rsidRPr="00782671">
        <w:rPr>
          <w:rFonts w:ascii="Arial" w:hAnsi="Arial" w:cs="Arial"/>
        </w:rPr>
        <w:t>Sredstva</w:t>
      </w:r>
      <w:proofErr w:type="spellEnd"/>
      <w:r w:rsidR="00184374" w:rsidRPr="00782671">
        <w:rPr>
          <w:rFonts w:ascii="Arial" w:hAnsi="Arial" w:cs="Arial"/>
        </w:rPr>
        <w:t xml:space="preserve"> </w:t>
      </w:r>
      <w:proofErr w:type="spellStart"/>
      <w:r w:rsidR="00184374" w:rsidRPr="00782671">
        <w:rPr>
          <w:rFonts w:ascii="Arial" w:hAnsi="Arial" w:cs="Arial"/>
        </w:rPr>
        <w:t>donacije</w:t>
      </w:r>
      <w:proofErr w:type="spellEnd"/>
      <w:r w:rsidRPr="00782671">
        <w:rPr>
          <w:rFonts w:ascii="Arial" w:hAnsi="Arial" w:cs="Arial"/>
        </w:rPr>
        <w:t xml:space="preserve"> </w:t>
      </w:r>
      <w:proofErr w:type="spellStart"/>
      <w:r w:rsidRPr="00782671">
        <w:rPr>
          <w:rFonts w:ascii="Arial" w:hAnsi="Arial" w:cs="Arial"/>
        </w:rPr>
        <w:t>su</w:t>
      </w:r>
      <w:proofErr w:type="spellEnd"/>
      <w:r w:rsidRPr="00782671">
        <w:rPr>
          <w:rFonts w:ascii="Arial" w:hAnsi="Arial" w:cs="Arial"/>
        </w:rPr>
        <w:t xml:space="preserve"> </w:t>
      </w:r>
      <w:proofErr w:type="spellStart"/>
      <w:r w:rsidRPr="00782671">
        <w:rPr>
          <w:rFonts w:ascii="Arial" w:hAnsi="Arial" w:cs="Arial"/>
        </w:rPr>
        <w:t>korišćena</w:t>
      </w:r>
      <w:proofErr w:type="spellEnd"/>
      <w:r w:rsidRPr="00782671">
        <w:rPr>
          <w:rFonts w:ascii="Arial" w:hAnsi="Arial" w:cs="Arial"/>
        </w:rPr>
        <w:t xml:space="preserve"> </w:t>
      </w:r>
      <w:proofErr w:type="spellStart"/>
      <w:r w:rsidRPr="00381A16">
        <w:rPr>
          <w:rFonts w:ascii="Arial" w:hAnsi="Arial" w:cs="Arial"/>
        </w:rPr>
        <w:t>namjenski</w:t>
      </w:r>
      <w:proofErr w:type="spellEnd"/>
      <w:r w:rsidR="00184374" w:rsidRPr="00381A16">
        <w:rPr>
          <w:rFonts w:ascii="Arial" w:hAnsi="Arial" w:cs="Arial"/>
        </w:rPr>
        <w:t xml:space="preserve">, </w:t>
      </w:r>
      <w:r w:rsidR="00184374" w:rsidRPr="00767025">
        <w:rPr>
          <w:rFonts w:ascii="Arial" w:hAnsi="Arial" w:cs="Arial"/>
        </w:rPr>
        <w:t xml:space="preserve">u </w:t>
      </w:r>
      <w:proofErr w:type="spellStart"/>
      <w:r w:rsidR="00184374" w:rsidRPr="00767025">
        <w:rPr>
          <w:rFonts w:ascii="Arial" w:hAnsi="Arial" w:cs="Arial"/>
        </w:rPr>
        <w:t>skladu</w:t>
      </w:r>
      <w:proofErr w:type="spellEnd"/>
      <w:r w:rsidR="00184374" w:rsidRPr="00767025">
        <w:rPr>
          <w:rFonts w:ascii="Arial" w:hAnsi="Arial" w:cs="Arial"/>
        </w:rPr>
        <w:t xml:space="preserve"> </w:t>
      </w:r>
      <w:proofErr w:type="spellStart"/>
      <w:r w:rsidR="00184374" w:rsidRPr="00767025">
        <w:rPr>
          <w:rFonts w:ascii="Arial" w:hAnsi="Arial" w:cs="Arial"/>
        </w:rPr>
        <w:t>sa</w:t>
      </w:r>
      <w:proofErr w:type="spellEnd"/>
      <w:r w:rsidR="00184374" w:rsidRPr="00767025">
        <w:rPr>
          <w:rFonts w:ascii="Arial" w:hAnsi="Arial" w:cs="Arial"/>
        </w:rPr>
        <w:t xml:space="preserve"> </w:t>
      </w:r>
      <w:proofErr w:type="spellStart"/>
      <w:r w:rsidR="00184374" w:rsidRPr="00767025">
        <w:rPr>
          <w:rFonts w:ascii="Arial" w:hAnsi="Arial" w:cs="Arial"/>
        </w:rPr>
        <w:t>odobrenim</w:t>
      </w:r>
      <w:proofErr w:type="spellEnd"/>
      <w:r w:rsidR="00184374" w:rsidRPr="00767025">
        <w:rPr>
          <w:rFonts w:ascii="Arial" w:hAnsi="Arial" w:cs="Arial"/>
        </w:rPr>
        <w:t xml:space="preserve"> </w:t>
      </w:r>
      <w:proofErr w:type="spellStart"/>
      <w:r w:rsidR="00184374" w:rsidRPr="00767025">
        <w:rPr>
          <w:rFonts w:ascii="Arial" w:hAnsi="Arial" w:cs="Arial"/>
        </w:rPr>
        <w:t>inovacionim</w:t>
      </w:r>
      <w:proofErr w:type="spellEnd"/>
      <w:r w:rsidR="00184374" w:rsidRPr="00767025">
        <w:rPr>
          <w:rFonts w:ascii="Arial" w:hAnsi="Arial" w:cs="Arial"/>
        </w:rPr>
        <w:t xml:space="preserve"> </w:t>
      </w:r>
      <w:proofErr w:type="spellStart"/>
      <w:r w:rsidR="00184374" w:rsidRPr="00767025">
        <w:rPr>
          <w:rFonts w:ascii="Arial" w:hAnsi="Arial" w:cs="Arial"/>
        </w:rPr>
        <w:t>projektom</w:t>
      </w:r>
      <w:proofErr w:type="spellEnd"/>
      <w:r w:rsidR="00184374" w:rsidRPr="00767025">
        <w:rPr>
          <w:rFonts w:ascii="Arial" w:hAnsi="Arial" w:cs="Arial"/>
        </w:rPr>
        <w:t>.</w:t>
      </w:r>
    </w:p>
    <w:p w:rsidR="00F70C31" w:rsidRPr="00782671" w:rsidRDefault="00C64EE4" w:rsidP="00767025">
      <w:pPr>
        <w:jc w:val="both"/>
        <w:rPr>
          <w:rFonts w:ascii="Arial" w:hAnsi="Arial" w:cs="Arial"/>
        </w:rPr>
      </w:pPr>
      <w:r w:rsidRPr="00782671">
        <w:rPr>
          <w:rFonts w:ascii="Segoe UI Symbol" w:hAnsi="Segoe UI Symbol" w:cs="Segoe UI Symbol"/>
        </w:rPr>
        <w:t>☐</w:t>
      </w:r>
      <w:r w:rsidRPr="00782671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Evidencija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troškova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projekta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omogućava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jasno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razdvajanje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troškova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finansiranih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iz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donacije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od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drugih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troškova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korisnika</w:t>
      </w:r>
      <w:proofErr w:type="spellEnd"/>
      <w:r w:rsidR="006A7A7E" w:rsidRPr="00767025">
        <w:rPr>
          <w:rFonts w:ascii="Arial" w:hAnsi="Arial" w:cs="Arial"/>
        </w:rPr>
        <w:t xml:space="preserve">, u </w:t>
      </w:r>
      <w:proofErr w:type="spellStart"/>
      <w:r w:rsidR="006A7A7E" w:rsidRPr="00767025">
        <w:rPr>
          <w:rFonts w:ascii="Arial" w:hAnsi="Arial" w:cs="Arial"/>
        </w:rPr>
        <w:t>skladu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Pr="00767025">
        <w:rPr>
          <w:rFonts w:ascii="Arial" w:hAnsi="Arial" w:cs="Arial"/>
        </w:rPr>
        <w:t>sa</w:t>
      </w:r>
      <w:proofErr w:type="spellEnd"/>
      <w:r w:rsidRPr="00767025">
        <w:rPr>
          <w:rFonts w:ascii="Arial" w:hAnsi="Arial" w:cs="Arial"/>
        </w:rPr>
        <w:t xml:space="preserve"> </w:t>
      </w:r>
      <w:proofErr w:type="spellStart"/>
      <w:r w:rsidRPr="00767025">
        <w:rPr>
          <w:rFonts w:ascii="Arial" w:hAnsi="Arial" w:cs="Arial"/>
        </w:rPr>
        <w:t>propisima</w:t>
      </w:r>
      <w:proofErr w:type="spellEnd"/>
      <w:r w:rsidRPr="00767025">
        <w:rPr>
          <w:rFonts w:ascii="Arial" w:hAnsi="Arial" w:cs="Arial"/>
        </w:rPr>
        <w:t xml:space="preserve"> o </w:t>
      </w:r>
      <w:proofErr w:type="spellStart"/>
      <w:r w:rsidRPr="00767025">
        <w:rPr>
          <w:rFonts w:ascii="Arial" w:hAnsi="Arial" w:cs="Arial"/>
        </w:rPr>
        <w:t>računovodstvu</w:t>
      </w:r>
      <w:proofErr w:type="spellEnd"/>
      <w:r w:rsidRPr="00767025">
        <w:rPr>
          <w:rFonts w:ascii="Arial" w:hAnsi="Arial" w:cs="Arial"/>
        </w:rPr>
        <w:t>.</w:t>
      </w:r>
    </w:p>
    <w:p w:rsidR="00F70C31" w:rsidRPr="00782671" w:rsidRDefault="00C64EE4" w:rsidP="00767025">
      <w:pPr>
        <w:jc w:val="both"/>
        <w:rPr>
          <w:rFonts w:ascii="Arial" w:hAnsi="Arial" w:cs="Arial"/>
        </w:rPr>
      </w:pPr>
      <w:r w:rsidRPr="00782671">
        <w:rPr>
          <w:rFonts w:ascii="Segoe UI Symbol" w:hAnsi="Segoe UI Symbol" w:cs="Segoe UI Symbol"/>
        </w:rPr>
        <w:t>☐</w:t>
      </w:r>
      <w:r w:rsidRPr="00782671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Isti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prihvatljivi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trošak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nije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finansiran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niti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pravdan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iz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više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izvora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na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način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kojim</w:t>
      </w:r>
      <w:proofErr w:type="spellEnd"/>
      <w:r w:rsidR="006A7A7E" w:rsidRPr="00767025">
        <w:rPr>
          <w:rFonts w:ascii="Arial" w:hAnsi="Arial" w:cs="Arial"/>
        </w:rPr>
        <w:t xml:space="preserve"> bi se </w:t>
      </w:r>
      <w:proofErr w:type="spellStart"/>
      <w:r w:rsidR="006A7A7E" w:rsidRPr="00767025">
        <w:rPr>
          <w:rFonts w:ascii="Arial" w:hAnsi="Arial" w:cs="Arial"/>
        </w:rPr>
        <w:t>prekoračio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dozvoljeni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intenzitet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državne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pomoći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ili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prekršila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pravila</w:t>
      </w:r>
      <w:proofErr w:type="spellEnd"/>
      <w:r w:rsidR="006A7A7E" w:rsidRPr="00767025">
        <w:rPr>
          <w:rFonts w:ascii="Arial" w:hAnsi="Arial" w:cs="Arial"/>
        </w:rPr>
        <w:t xml:space="preserve"> </w:t>
      </w:r>
      <w:proofErr w:type="spellStart"/>
      <w:r w:rsidR="006A7A7E" w:rsidRPr="00767025">
        <w:rPr>
          <w:rFonts w:ascii="Arial" w:hAnsi="Arial" w:cs="Arial"/>
        </w:rPr>
        <w:t>kumulacije</w:t>
      </w:r>
      <w:proofErr w:type="spellEnd"/>
      <w:r w:rsidR="006A7A7E" w:rsidRPr="00767025">
        <w:rPr>
          <w:rFonts w:ascii="Arial" w:hAnsi="Arial" w:cs="Arial"/>
        </w:rPr>
        <w:t>.</w:t>
      </w:r>
    </w:p>
    <w:p w:rsidR="00F70C31" w:rsidRDefault="00C64EE4">
      <w:pPr>
        <w:rPr>
          <w:rFonts w:ascii="Arial" w:hAnsi="Arial" w:cs="Arial"/>
        </w:rPr>
      </w:pPr>
      <w:r w:rsidRPr="00782671">
        <w:rPr>
          <w:rFonts w:ascii="Segoe UI Symbol" w:hAnsi="Segoe UI Symbol" w:cs="Segoe UI Symbol"/>
        </w:rPr>
        <w:t>☐</w:t>
      </w:r>
      <w:r w:rsidRPr="00782671">
        <w:rPr>
          <w:rFonts w:ascii="Arial" w:hAnsi="Arial" w:cs="Arial"/>
        </w:rPr>
        <w:t xml:space="preserve"> </w:t>
      </w:r>
      <w:proofErr w:type="spellStart"/>
      <w:r w:rsidR="006A7A7E" w:rsidRPr="00782671">
        <w:rPr>
          <w:rFonts w:ascii="Arial" w:hAnsi="Arial" w:cs="Arial"/>
        </w:rPr>
        <w:t>Komisiji</w:t>
      </w:r>
      <w:proofErr w:type="spellEnd"/>
      <w:r w:rsidR="006A7A7E" w:rsidRPr="00782671">
        <w:rPr>
          <w:rFonts w:ascii="Arial" w:hAnsi="Arial" w:cs="Arial"/>
        </w:rPr>
        <w:t>/</w:t>
      </w:r>
      <w:proofErr w:type="spellStart"/>
      <w:r w:rsidR="006A7A7E" w:rsidRPr="00782671">
        <w:rPr>
          <w:rFonts w:ascii="Arial" w:hAnsi="Arial" w:cs="Arial"/>
        </w:rPr>
        <w:t>Ministarstvu</w:t>
      </w:r>
      <w:proofErr w:type="spellEnd"/>
      <w:r w:rsidR="006A7A7E" w:rsidRPr="00782671">
        <w:rPr>
          <w:rFonts w:ascii="Arial" w:hAnsi="Arial" w:cs="Arial"/>
        </w:rPr>
        <w:t xml:space="preserve"> </w:t>
      </w:r>
      <w:proofErr w:type="spellStart"/>
      <w:r w:rsidR="006A7A7E" w:rsidRPr="00782671">
        <w:rPr>
          <w:rFonts w:ascii="Arial" w:hAnsi="Arial" w:cs="Arial"/>
        </w:rPr>
        <w:t>će</w:t>
      </w:r>
      <w:proofErr w:type="spellEnd"/>
      <w:r w:rsidR="006A7A7E" w:rsidRPr="00782671">
        <w:rPr>
          <w:rFonts w:ascii="Arial" w:hAnsi="Arial" w:cs="Arial"/>
        </w:rPr>
        <w:t xml:space="preserve">, </w:t>
      </w:r>
      <w:proofErr w:type="spellStart"/>
      <w:r w:rsidR="006A7A7E" w:rsidRPr="00782671">
        <w:rPr>
          <w:rFonts w:ascii="Arial" w:hAnsi="Arial" w:cs="Arial"/>
        </w:rPr>
        <w:t>na</w:t>
      </w:r>
      <w:proofErr w:type="spellEnd"/>
      <w:r w:rsidR="006A7A7E" w:rsidRPr="00782671">
        <w:rPr>
          <w:rFonts w:ascii="Arial" w:hAnsi="Arial" w:cs="Arial"/>
        </w:rPr>
        <w:t xml:space="preserve"> </w:t>
      </w:r>
      <w:proofErr w:type="spellStart"/>
      <w:r w:rsidR="006A7A7E" w:rsidRPr="00782671">
        <w:rPr>
          <w:rFonts w:ascii="Arial" w:hAnsi="Arial" w:cs="Arial"/>
        </w:rPr>
        <w:t>zahtjev</w:t>
      </w:r>
      <w:proofErr w:type="spellEnd"/>
      <w:r w:rsidR="006A7A7E" w:rsidRPr="00782671">
        <w:rPr>
          <w:rFonts w:ascii="Arial" w:hAnsi="Arial" w:cs="Arial"/>
        </w:rPr>
        <w:t xml:space="preserve">, </w:t>
      </w:r>
      <w:proofErr w:type="spellStart"/>
      <w:r w:rsidR="006A7A7E" w:rsidRPr="00782671">
        <w:rPr>
          <w:rFonts w:ascii="Arial" w:hAnsi="Arial" w:cs="Arial"/>
        </w:rPr>
        <w:t>biti</w:t>
      </w:r>
      <w:proofErr w:type="spellEnd"/>
      <w:r w:rsidR="006A7A7E" w:rsidRPr="00782671">
        <w:rPr>
          <w:rFonts w:ascii="Arial" w:hAnsi="Arial" w:cs="Arial"/>
        </w:rPr>
        <w:t xml:space="preserve"> </w:t>
      </w:r>
      <w:proofErr w:type="spellStart"/>
      <w:r w:rsidR="006A7A7E" w:rsidRPr="00782671">
        <w:rPr>
          <w:rFonts w:ascii="Arial" w:hAnsi="Arial" w:cs="Arial"/>
        </w:rPr>
        <w:t>omogućen</w:t>
      </w:r>
      <w:proofErr w:type="spellEnd"/>
      <w:r w:rsidR="006A7A7E" w:rsidRPr="00782671">
        <w:rPr>
          <w:rFonts w:ascii="Arial" w:hAnsi="Arial" w:cs="Arial"/>
        </w:rPr>
        <w:t xml:space="preserve"> </w:t>
      </w:r>
      <w:proofErr w:type="spellStart"/>
      <w:r w:rsidR="006A7A7E" w:rsidRPr="00782671">
        <w:rPr>
          <w:rFonts w:ascii="Arial" w:hAnsi="Arial" w:cs="Arial"/>
        </w:rPr>
        <w:t>uvid</w:t>
      </w:r>
      <w:proofErr w:type="spellEnd"/>
      <w:r w:rsidR="006A7A7E" w:rsidRPr="00782671">
        <w:rPr>
          <w:rFonts w:ascii="Arial" w:hAnsi="Arial" w:cs="Arial"/>
        </w:rPr>
        <w:t xml:space="preserve"> u </w:t>
      </w:r>
      <w:proofErr w:type="spellStart"/>
      <w:r w:rsidR="006A7A7E" w:rsidRPr="00782671">
        <w:rPr>
          <w:rFonts w:ascii="Arial" w:hAnsi="Arial" w:cs="Arial"/>
        </w:rPr>
        <w:t>originale</w:t>
      </w:r>
      <w:proofErr w:type="spellEnd"/>
      <w:r w:rsidR="006A7A7E" w:rsidRPr="00782671">
        <w:rPr>
          <w:rFonts w:ascii="Arial" w:hAnsi="Arial" w:cs="Arial"/>
        </w:rPr>
        <w:t xml:space="preserve"> </w:t>
      </w:r>
      <w:proofErr w:type="spellStart"/>
      <w:r w:rsidR="006A7A7E" w:rsidRPr="00782671">
        <w:rPr>
          <w:rFonts w:ascii="Arial" w:hAnsi="Arial" w:cs="Arial"/>
        </w:rPr>
        <w:t>dokumentacije</w:t>
      </w:r>
      <w:proofErr w:type="spellEnd"/>
      <w:r w:rsidR="006A7A7E" w:rsidRPr="00782671">
        <w:rPr>
          <w:rFonts w:ascii="Arial" w:hAnsi="Arial" w:cs="Arial"/>
        </w:rPr>
        <w:t xml:space="preserve"> i </w:t>
      </w:r>
      <w:proofErr w:type="spellStart"/>
      <w:r w:rsidR="006A7A7E" w:rsidRPr="00782671">
        <w:rPr>
          <w:rFonts w:ascii="Arial" w:hAnsi="Arial" w:cs="Arial"/>
        </w:rPr>
        <w:t>druge</w:t>
      </w:r>
      <w:proofErr w:type="spellEnd"/>
      <w:r w:rsidR="006A7A7E" w:rsidRPr="00782671">
        <w:rPr>
          <w:rFonts w:ascii="Arial" w:hAnsi="Arial" w:cs="Arial"/>
        </w:rPr>
        <w:t xml:space="preserve"> </w:t>
      </w:r>
      <w:proofErr w:type="spellStart"/>
      <w:r w:rsidR="006A7A7E" w:rsidRPr="00782671">
        <w:rPr>
          <w:rFonts w:ascii="Arial" w:hAnsi="Arial" w:cs="Arial"/>
        </w:rPr>
        <w:t>relevantne</w:t>
      </w:r>
      <w:proofErr w:type="spellEnd"/>
      <w:r w:rsidR="006A7A7E" w:rsidRPr="00782671">
        <w:rPr>
          <w:rFonts w:ascii="Arial" w:hAnsi="Arial" w:cs="Arial"/>
        </w:rPr>
        <w:t xml:space="preserve"> evidencije. </w:t>
      </w:r>
    </w:p>
    <w:p w:rsidR="00381A16" w:rsidRDefault="00381A16">
      <w:pPr>
        <w:rPr>
          <w:rFonts w:ascii="Arial" w:hAnsi="Arial" w:cs="Arial"/>
        </w:rPr>
      </w:pPr>
    </w:p>
    <w:p w:rsidR="00381A16" w:rsidRDefault="00381A16">
      <w:pPr>
        <w:rPr>
          <w:rFonts w:ascii="Arial" w:hAnsi="Arial" w:cs="Arial"/>
        </w:rPr>
      </w:pPr>
    </w:p>
    <w:p w:rsidR="00381A16" w:rsidRPr="00782671" w:rsidRDefault="00381A16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8"/>
        <w:gridCol w:w="6690"/>
      </w:tblGrid>
      <w:tr w:rsidR="00F70C31" w:rsidRPr="00782671" w:rsidTr="00184374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Ime i funkcija ovlašćenog lica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 w:rsidTr="00184374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Mjesto i datum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  <w:tr w:rsidR="00F70C31" w:rsidRPr="00782671" w:rsidTr="00184374">
        <w:tc>
          <w:tcPr>
            <w:tcW w:w="294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C64EE4">
            <w:pPr>
              <w:rPr>
                <w:rFonts w:ascii="Arial" w:hAnsi="Arial" w:cs="Arial"/>
              </w:rPr>
            </w:pPr>
            <w:r w:rsidRPr="00782671">
              <w:rPr>
                <w:rFonts w:ascii="Arial" w:hAnsi="Arial" w:cs="Arial"/>
                <w:b/>
              </w:rPr>
              <w:t>Potpis i pečat</w:t>
            </w:r>
          </w:p>
        </w:tc>
        <w:tc>
          <w:tcPr>
            <w:tcW w:w="669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70C31" w:rsidRPr="00782671" w:rsidRDefault="00F70C31">
            <w:pPr>
              <w:rPr>
                <w:rFonts w:ascii="Arial" w:hAnsi="Arial" w:cs="Arial"/>
              </w:rPr>
            </w:pPr>
          </w:p>
        </w:tc>
      </w:tr>
    </w:tbl>
    <w:p w:rsidR="00C64EE4" w:rsidRPr="00782671" w:rsidRDefault="00C64EE4" w:rsidP="006F100D">
      <w:pPr>
        <w:pStyle w:val="Heading1"/>
        <w:rPr>
          <w:rFonts w:ascii="Arial" w:hAnsi="Arial" w:cs="Arial"/>
        </w:rPr>
      </w:pPr>
    </w:p>
    <w:sectPr w:rsidR="00C64EE4" w:rsidRPr="00782671" w:rsidSect="00034616">
      <w:footerReference w:type="default" r:id="rId8"/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9B0" w:rsidRDefault="001B19B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1B19B0" w:rsidRDefault="001B19B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89C" w:rsidRPr="00767025" w:rsidRDefault="002F289C" w:rsidP="002F289C">
    <w:pPr>
      <w:pStyle w:val="Footer"/>
      <w:jc w:val="center"/>
      <w:rPr>
        <w:rFonts w:hint="eastAsia"/>
        <w:b/>
      </w:rPr>
    </w:pPr>
    <w:proofErr w:type="spellStart"/>
    <w:r w:rsidRPr="00767025">
      <w:rPr>
        <w:rFonts w:hint="eastAsia"/>
        <w:b/>
        <w:sz w:val="16"/>
      </w:rPr>
      <w:t>Obrazac</w:t>
    </w:r>
    <w:proofErr w:type="spellEnd"/>
    <w:r w:rsidRPr="00767025">
      <w:rPr>
        <w:rFonts w:hint="eastAsia"/>
        <w:b/>
        <w:sz w:val="16"/>
      </w:rPr>
      <w:t xml:space="preserve"> </w:t>
    </w:r>
    <w:proofErr w:type="spellStart"/>
    <w:r w:rsidRPr="00767025">
      <w:rPr>
        <w:rFonts w:hint="eastAsia"/>
        <w:b/>
        <w:sz w:val="16"/>
      </w:rPr>
      <w:t>izvještaja</w:t>
    </w:r>
    <w:proofErr w:type="spellEnd"/>
    <w:r w:rsidRPr="00767025">
      <w:rPr>
        <w:rFonts w:hint="eastAsia"/>
        <w:b/>
        <w:sz w:val="16"/>
      </w:rPr>
      <w:t xml:space="preserve"> o </w:t>
    </w:r>
    <w:proofErr w:type="spellStart"/>
    <w:r w:rsidRPr="00767025">
      <w:rPr>
        <w:rFonts w:hint="eastAsia"/>
        <w:b/>
        <w:sz w:val="16"/>
      </w:rPr>
      <w:t>realizaciji</w:t>
    </w:r>
    <w:proofErr w:type="spellEnd"/>
    <w:r w:rsidRPr="00767025">
      <w:rPr>
        <w:rFonts w:hint="eastAsia"/>
        <w:b/>
        <w:sz w:val="16"/>
      </w:rPr>
      <w:t xml:space="preserve"> </w:t>
    </w:r>
    <w:proofErr w:type="spellStart"/>
    <w:r w:rsidRPr="00767025">
      <w:rPr>
        <w:rFonts w:hint="eastAsia"/>
        <w:b/>
        <w:sz w:val="16"/>
      </w:rPr>
      <w:t>inovacionog</w:t>
    </w:r>
    <w:proofErr w:type="spellEnd"/>
    <w:r w:rsidRPr="00767025">
      <w:rPr>
        <w:rFonts w:hint="eastAsia"/>
        <w:b/>
        <w:sz w:val="16"/>
      </w:rPr>
      <w:t xml:space="preserve"> </w:t>
    </w:r>
    <w:proofErr w:type="spellStart"/>
    <w:r w:rsidRPr="00767025">
      <w:rPr>
        <w:rFonts w:hint="eastAsia"/>
        <w:b/>
        <w:sz w:val="16"/>
      </w:rPr>
      <w:t>projekta</w:t>
    </w:r>
    <w:proofErr w:type="spellEnd"/>
  </w:p>
  <w:p w:rsidR="00F70C31" w:rsidRDefault="00F70C31">
    <w:pPr>
      <w:pStyle w:val="Footer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9B0" w:rsidRDefault="001B19B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1B19B0" w:rsidRDefault="001B19B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02E0"/>
    <w:rsid w:val="0015074B"/>
    <w:rsid w:val="00156008"/>
    <w:rsid w:val="00184374"/>
    <w:rsid w:val="001B19B0"/>
    <w:rsid w:val="00253B8B"/>
    <w:rsid w:val="0029639D"/>
    <w:rsid w:val="002F289C"/>
    <w:rsid w:val="00326F90"/>
    <w:rsid w:val="00381A16"/>
    <w:rsid w:val="00417159"/>
    <w:rsid w:val="004C1EC6"/>
    <w:rsid w:val="004E3B3F"/>
    <w:rsid w:val="006A7A7E"/>
    <w:rsid w:val="006F100D"/>
    <w:rsid w:val="0073618A"/>
    <w:rsid w:val="0075662E"/>
    <w:rsid w:val="00767025"/>
    <w:rsid w:val="00782671"/>
    <w:rsid w:val="007F75FE"/>
    <w:rsid w:val="008406EA"/>
    <w:rsid w:val="0089030B"/>
    <w:rsid w:val="009329A0"/>
    <w:rsid w:val="009645B5"/>
    <w:rsid w:val="009D01C3"/>
    <w:rsid w:val="00AA1D8D"/>
    <w:rsid w:val="00AA7D54"/>
    <w:rsid w:val="00AF55FA"/>
    <w:rsid w:val="00B01F3D"/>
    <w:rsid w:val="00B47730"/>
    <w:rsid w:val="00C64EE4"/>
    <w:rsid w:val="00C8667A"/>
    <w:rsid w:val="00CB0664"/>
    <w:rsid w:val="00D6070B"/>
    <w:rsid w:val="00EC7925"/>
    <w:rsid w:val="00EF04D4"/>
    <w:rsid w:val="00F07E99"/>
    <w:rsid w:val="00F70C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922C5"/>
  <w14:defaultImageDpi w14:val="300"/>
  <w15:docId w15:val="{8B0DAB27-E812-46F6-BE61-9C54D00A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17365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before="200" w:after="1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6702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68EAA3-606A-4F76-94B2-B81565DCE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Radovic</dc:creator>
  <cp:keywords/>
  <dc:description>generated by python-docx</dc:description>
  <cp:lastModifiedBy>Savica Vujicic</cp:lastModifiedBy>
  <cp:revision>7</cp:revision>
  <dcterms:created xsi:type="dcterms:W3CDTF">2026-07-29T20:39:00Z</dcterms:created>
  <dcterms:modified xsi:type="dcterms:W3CDTF">2026-07-30T13:17:00Z</dcterms:modified>
  <cp:category/>
</cp:coreProperties>
</file>