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7FC46D" w14:textId="77777777" w:rsidR="0082524A" w:rsidRPr="002C5433" w:rsidRDefault="002526DE">
      <w:pPr>
        <w:pStyle w:val="Title"/>
        <w:jc w:val="center"/>
        <w:rPr>
          <w:color w:val="auto"/>
        </w:rPr>
      </w:pPr>
      <w:r w:rsidRPr="002C5433">
        <w:rPr>
          <w:color w:val="auto"/>
        </w:rPr>
        <w:t>DANI EVROPSKE BAŠTINE 2026</w:t>
      </w:r>
    </w:p>
    <w:p w14:paraId="649F8634" w14:textId="77777777" w:rsidR="0082524A" w:rsidRPr="002C5433" w:rsidRDefault="002526DE">
      <w:pPr>
        <w:jc w:val="center"/>
      </w:pPr>
      <w:r w:rsidRPr="002C5433">
        <w:rPr>
          <w:b/>
        </w:rPr>
        <w:t>UGROŽENA BAŠTINA: OŽIVJETI, OČUVATI, REDEFINISATI</w:t>
      </w:r>
    </w:p>
    <w:p w14:paraId="56EC556D" w14:textId="21FCC771" w:rsidR="0082524A" w:rsidRPr="002C5433" w:rsidRDefault="002526DE">
      <w:pPr>
        <w:jc w:val="center"/>
      </w:pPr>
      <w:r w:rsidRPr="002C5433">
        <w:t xml:space="preserve">PROGRAM DOGAĐAJA PO OPŠTINAMA </w:t>
      </w:r>
      <w:proofErr w:type="gramStart"/>
      <w:r w:rsidRPr="002C5433">
        <w:t>|  21</w:t>
      </w:r>
      <w:proofErr w:type="gramEnd"/>
      <w:r w:rsidRPr="002C5433">
        <w:t xml:space="preserve">–25. </w:t>
      </w:r>
      <w:proofErr w:type="spellStart"/>
      <w:r w:rsidRPr="002C5433">
        <w:t>septembar</w:t>
      </w:r>
      <w:proofErr w:type="spellEnd"/>
      <w:r w:rsidRPr="002C5433">
        <w:t xml:space="preserve"> 2026.</w:t>
      </w:r>
    </w:p>
    <w:p w14:paraId="43961CF3" w14:textId="77777777" w:rsidR="0082524A" w:rsidRPr="002C5433" w:rsidRDefault="002526DE">
      <w:proofErr w:type="spellStart"/>
      <w:r w:rsidRPr="002C5433">
        <w:t>Pregled</w:t>
      </w:r>
      <w:proofErr w:type="spellEnd"/>
      <w:r w:rsidRPr="002C5433">
        <w:t xml:space="preserve"> 20 </w:t>
      </w:r>
      <w:proofErr w:type="spellStart"/>
      <w:r w:rsidRPr="002C5433">
        <w:t>programa</w:t>
      </w:r>
      <w:proofErr w:type="spellEnd"/>
      <w:r w:rsidRPr="002C5433">
        <w:t xml:space="preserve"> </w:t>
      </w:r>
      <w:proofErr w:type="spellStart"/>
      <w:r w:rsidRPr="002C5433">
        <w:t>predloženih</w:t>
      </w:r>
      <w:proofErr w:type="spellEnd"/>
      <w:r w:rsidRPr="002C5433">
        <w:t xml:space="preserve"> za </w:t>
      </w:r>
      <w:proofErr w:type="spellStart"/>
      <w:r w:rsidRPr="002C5433">
        <w:t>finansijsku</w:t>
      </w:r>
      <w:proofErr w:type="spellEnd"/>
      <w:r w:rsidRPr="002C5433">
        <w:t xml:space="preserve"> </w:t>
      </w:r>
      <w:proofErr w:type="spellStart"/>
      <w:r w:rsidRPr="002C5433">
        <w:t>podršku</w:t>
      </w:r>
      <w:proofErr w:type="spellEnd"/>
      <w:r w:rsidRPr="002C5433">
        <w:t xml:space="preserve"> u </w:t>
      </w:r>
      <w:proofErr w:type="spellStart"/>
      <w:r w:rsidRPr="002C5433">
        <w:t>dostavljenom</w:t>
      </w:r>
      <w:proofErr w:type="spellEnd"/>
      <w:r w:rsidRPr="002C5433">
        <w:t xml:space="preserve"> </w:t>
      </w:r>
      <w:proofErr w:type="spellStart"/>
      <w:r w:rsidRPr="002C5433">
        <w:t>materijalu</w:t>
      </w:r>
      <w:proofErr w:type="spellEnd"/>
      <w:r w:rsidRPr="002C5433">
        <w:t xml:space="preserve">, </w:t>
      </w:r>
      <w:proofErr w:type="spellStart"/>
      <w:r w:rsidRPr="002C5433">
        <w:t>uz</w:t>
      </w:r>
      <w:proofErr w:type="spellEnd"/>
      <w:r w:rsidRPr="002C5433">
        <w:t xml:space="preserve"> </w:t>
      </w:r>
      <w:proofErr w:type="spellStart"/>
      <w:r w:rsidRPr="002C5433">
        <w:t>poseban</w:t>
      </w:r>
      <w:proofErr w:type="spellEnd"/>
      <w:r w:rsidRPr="002C5433">
        <w:t xml:space="preserve"> </w:t>
      </w:r>
      <w:proofErr w:type="spellStart"/>
      <w:r w:rsidRPr="002C5433">
        <w:t>okrugli</w:t>
      </w:r>
      <w:proofErr w:type="spellEnd"/>
      <w:r w:rsidRPr="002C5433">
        <w:t xml:space="preserve"> </w:t>
      </w:r>
      <w:proofErr w:type="spellStart"/>
      <w:r w:rsidRPr="002C5433">
        <w:t>sto</w:t>
      </w:r>
      <w:proofErr w:type="spellEnd"/>
      <w:r w:rsidRPr="002C5433">
        <w:t xml:space="preserve"> </w:t>
      </w:r>
      <w:proofErr w:type="spellStart"/>
      <w:r w:rsidRPr="002C5433">
        <w:t>Ministarstva</w:t>
      </w:r>
      <w:proofErr w:type="spellEnd"/>
      <w:r w:rsidRPr="002C5433">
        <w:t xml:space="preserve"> </w:t>
      </w:r>
      <w:proofErr w:type="spellStart"/>
      <w:r w:rsidRPr="002C5433">
        <w:t>kulture</w:t>
      </w:r>
      <w:proofErr w:type="spellEnd"/>
      <w:r w:rsidRPr="002C5433">
        <w:t xml:space="preserve"> </w:t>
      </w:r>
      <w:proofErr w:type="spellStart"/>
      <w:r w:rsidRPr="002C5433">
        <w:t>i</w:t>
      </w:r>
      <w:proofErr w:type="spellEnd"/>
      <w:r w:rsidRPr="002C5433">
        <w:t xml:space="preserve"> </w:t>
      </w:r>
      <w:proofErr w:type="spellStart"/>
      <w:r w:rsidRPr="002C5433">
        <w:t>medija</w:t>
      </w:r>
      <w:proofErr w:type="spellEnd"/>
      <w:r w:rsidRPr="002C5433">
        <w:t xml:space="preserve"> </w:t>
      </w:r>
      <w:proofErr w:type="spellStart"/>
      <w:r w:rsidRPr="002C5433">
        <w:t>i</w:t>
      </w:r>
      <w:proofErr w:type="spellEnd"/>
      <w:r w:rsidRPr="002C5433">
        <w:t xml:space="preserve"> </w:t>
      </w:r>
      <w:proofErr w:type="spellStart"/>
      <w:r w:rsidRPr="002C5433">
        <w:t>Ministarstva</w:t>
      </w:r>
      <w:proofErr w:type="spellEnd"/>
      <w:r w:rsidRPr="002C5433">
        <w:t xml:space="preserve"> </w:t>
      </w:r>
      <w:proofErr w:type="spellStart"/>
      <w:r w:rsidRPr="002C5433">
        <w:t>unutrašnjih</w:t>
      </w:r>
      <w:proofErr w:type="spellEnd"/>
      <w:r w:rsidRPr="002C5433">
        <w:t xml:space="preserve"> </w:t>
      </w:r>
      <w:proofErr w:type="spellStart"/>
      <w:r w:rsidRPr="002C5433">
        <w:t>poslova</w:t>
      </w:r>
      <w:proofErr w:type="spellEnd"/>
      <w:r w:rsidRPr="002C5433">
        <w:t xml:space="preserve">. </w:t>
      </w:r>
      <w:proofErr w:type="spellStart"/>
      <w:r w:rsidRPr="002C5433">
        <w:t>Datumi</w:t>
      </w:r>
      <w:proofErr w:type="spellEnd"/>
      <w:r w:rsidRPr="002C5433">
        <w:t xml:space="preserve"> </w:t>
      </w:r>
      <w:proofErr w:type="spellStart"/>
      <w:r w:rsidRPr="002C5433">
        <w:t>i</w:t>
      </w:r>
      <w:proofErr w:type="spellEnd"/>
      <w:r w:rsidRPr="002C5433">
        <w:t xml:space="preserve"> </w:t>
      </w:r>
      <w:proofErr w:type="spellStart"/>
      <w:r w:rsidRPr="002C5433">
        <w:t>opisi</w:t>
      </w:r>
      <w:proofErr w:type="spellEnd"/>
      <w:r w:rsidRPr="002C5433">
        <w:t xml:space="preserve"> </w:t>
      </w:r>
      <w:proofErr w:type="spellStart"/>
      <w:r w:rsidRPr="002C5433">
        <w:t>preneseni</w:t>
      </w:r>
      <w:proofErr w:type="spellEnd"/>
      <w:r w:rsidRPr="002C5433">
        <w:t xml:space="preserve"> </w:t>
      </w:r>
      <w:proofErr w:type="spellStart"/>
      <w:r w:rsidRPr="002C5433">
        <w:t>su</w:t>
      </w:r>
      <w:proofErr w:type="spellEnd"/>
      <w:r w:rsidRPr="002C5433">
        <w:t xml:space="preserve"> </w:t>
      </w:r>
      <w:proofErr w:type="spellStart"/>
      <w:r w:rsidRPr="002C5433">
        <w:t>iz</w:t>
      </w:r>
      <w:proofErr w:type="spellEnd"/>
      <w:r w:rsidRPr="002C5433">
        <w:t xml:space="preserve"> </w:t>
      </w:r>
      <w:proofErr w:type="spellStart"/>
      <w:r w:rsidRPr="002C5433">
        <w:t>radnog</w:t>
      </w:r>
      <w:proofErr w:type="spellEnd"/>
      <w:r w:rsidRPr="002C5433">
        <w:t xml:space="preserve"> </w:t>
      </w:r>
      <w:proofErr w:type="spellStart"/>
      <w:r w:rsidRPr="002C5433">
        <w:t>dokumenta</w:t>
      </w:r>
      <w:proofErr w:type="spellEnd"/>
      <w:r w:rsidRPr="002C5433">
        <w:t xml:space="preserve">; </w:t>
      </w:r>
      <w:proofErr w:type="spellStart"/>
      <w:r w:rsidRPr="002C5433">
        <w:t>satnice</w:t>
      </w:r>
      <w:proofErr w:type="spellEnd"/>
      <w:r w:rsidRPr="002C5433">
        <w:t xml:space="preserve"> </w:t>
      </w:r>
      <w:proofErr w:type="spellStart"/>
      <w:r w:rsidRPr="002C5433">
        <w:t>i</w:t>
      </w:r>
      <w:proofErr w:type="spellEnd"/>
      <w:r w:rsidRPr="002C5433">
        <w:t xml:space="preserve"> </w:t>
      </w:r>
      <w:proofErr w:type="spellStart"/>
      <w:r w:rsidRPr="002C5433">
        <w:t>precizne</w:t>
      </w:r>
      <w:proofErr w:type="spellEnd"/>
      <w:r w:rsidRPr="002C5433">
        <w:t xml:space="preserve"> </w:t>
      </w:r>
      <w:proofErr w:type="spellStart"/>
      <w:r w:rsidRPr="002C5433">
        <w:t>lokacije</w:t>
      </w:r>
      <w:proofErr w:type="spellEnd"/>
      <w:r w:rsidRPr="002C5433">
        <w:t xml:space="preserve"> </w:t>
      </w:r>
      <w:proofErr w:type="spellStart"/>
      <w:r w:rsidRPr="002C5433">
        <w:t>nijesu</w:t>
      </w:r>
      <w:proofErr w:type="spellEnd"/>
      <w:r w:rsidRPr="002C5433">
        <w:t xml:space="preserve"> </w:t>
      </w:r>
      <w:proofErr w:type="spellStart"/>
      <w:r w:rsidRPr="002C5433">
        <w:t>navedene</w:t>
      </w:r>
      <w:proofErr w:type="spellEnd"/>
      <w:r w:rsidRPr="002C5433">
        <w:t xml:space="preserve">, </w:t>
      </w:r>
      <w:proofErr w:type="spellStart"/>
      <w:r w:rsidRPr="002C5433">
        <w:t>osim</w:t>
      </w:r>
      <w:proofErr w:type="spellEnd"/>
      <w:r w:rsidRPr="002C5433">
        <w:t xml:space="preserve"> za </w:t>
      </w:r>
      <w:proofErr w:type="spellStart"/>
      <w:r w:rsidRPr="002C5433">
        <w:t>okrugli</w:t>
      </w:r>
      <w:proofErr w:type="spellEnd"/>
      <w:r w:rsidRPr="002C5433">
        <w:t xml:space="preserve"> </w:t>
      </w:r>
      <w:proofErr w:type="spellStart"/>
      <w:r w:rsidRPr="002C5433">
        <w:t>sto</w:t>
      </w:r>
      <w:proofErr w:type="spellEnd"/>
      <w:r w:rsidRPr="002C5433">
        <w:t xml:space="preserve">. </w:t>
      </w:r>
      <w:proofErr w:type="spellStart"/>
      <w:r w:rsidRPr="002C5433">
        <w:t>Datumi</w:t>
      </w:r>
      <w:proofErr w:type="spellEnd"/>
      <w:r w:rsidRPr="002C5433">
        <w:t xml:space="preserve"> </w:t>
      </w:r>
      <w:proofErr w:type="spellStart"/>
      <w:r w:rsidRPr="002C5433">
        <w:t>označeni</w:t>
      </w:r>
      <w:proofErr w:type="spellEnd"/>
      <w:r w:rsidRPr="002C5433">
        <w:t xml:space="preserve"> </w:t>
      </w:r>
      <w:proofErr w:type="spellStart"/>
      <w:r w:rsidRPr="002C5433">
        <w:t>kao</w:t>
      </w:r>
      <w:proofErr w:type="spellEnd"/>
      <w:r w:rsidRPr="002C5433">
        <w:t xml:space="preserve"> </w:t>
      </w:r>
      <w:proofErr w:type="spellStart"/>
      <w:r w:rsidRPr="002C5433">
        <w:t>okvirni</w:t>
      </w:r>
      <w:proofErr w:type="spellEnd"/>
      <w:r w:rsidRPr="002C5433">
        <w:t xml:space="preserve"> </w:t>
      </w:r>
      <w:proofErr w:type="spellStart"/>
      <w:r w:rsidRPr="002C5433">
        <w:t>ili</w:t>
      </w:r>
      <w:proofErr w:type="spellEnd"/>
      <w:r w:rsidRPr="002C5433">
        <w:t xml:space="preserve"> </w:t>
      </w:r>
      <w:proofErr w:type="spellStart"/>
      <w:r w:rsidRPr="002C5433">
        <w:t>alternativni</w:t>
      </w:r>
      <w:proofErr w:type="spellEnd"/>
      <w:r w:rsidRPr="002C5433">
        <w:t xml:space="preserve"> </w:t>
      </w:r>
      <w:proofErr w:type="spellStart"/>
      <w:r w:rsidRPr="002C5433">
        <w:t>zahtijevaju</w:t>
      </w:r>
      <w:proofErr w:type="spellEnd"/>
      <w:r w:rsidRPr="002C5433">
        <w:t xml:space="preserve"> </w:t>
      </w:r>
      <w:proofErr w:type="spellStart"/>
      <w:r w:rsidRPr="002C5433">
        <w:t>potvrdu</w:t>
      </w:r>
      <w:proofErr w:type="spellEnd"/>
      <w:r w:rsidRPr="002C5433">
        <w:t>.</w:t>
      </w:r>
    </w:p>
    <w:p w14:paraId="70E174C2" w14:textId="77777777" w:rsidR="0082524A" w:rsidRPr="002C5433" w:rsidRDefault="002526DE">
      <w:pPr>
        <w:pStyle w:val="Heading1"/>
        <w:rPr>
          <w:color w:val="auto"/>
        </w:rPr>
      </w:pPr>
      <w:r w:rsidRPr="002C5433">
        <w:rPr>
          <w:color w:val="auto"/>
        </w:rPr>
        <w:t>BAR</w:t>
      </w:r>
    </w:p>
    <w:p w14:paraId="1449388E" w14:textId="77777777" w:rsidR="0082524A" w:rsidRPr="002C5433" w:rsidRDefault="002526DE">
      <w:pPr>
        <w:pStyle w:val="Heading2"/>
        <w:rPr>
          <w:color w:val="auto"/>
        </w:rPr>
      </w:pPr>
      <w:proofErr w:type="spellStart"/>
      <w:r w:rsidRPr="002C5433">
        <w:rPr>
          <w:color w:val="auto"/>
        </w:rPr>
        <w:t>Naša</w:t>
      </w:r>
      <w:proofErr w:type="spellEnd"/>
      <w:r w:rsidRPr="002C5433">
        <w:rPr>
          <w:color w:val="auto"/>
        </w:rPr>
        <w:t xml:space="preserve"> </w:t>
      </w:r>
      <w:proofErr w:type="spellStart"/>
      <w:r w:rsidRPr="002C5433">
        <w:rPr>
          <w:color w:val="auto"/>
        </w:rPr>
        <w:t>baština</w:t>
      </w:r>
      <w:proofErr w:type="spellEnd"/>
      <w:r w:rsidRPr="002C5433">
        <w:rPr>
          <w:color w:val="auto"/>
        </w:rPr>
        <w:t xml:space="preserve"> – </w:t>
      </w:r>
      <w:proofErr w:type="spellStart"/>
      <w:r w:rsidRPr="002C5433">
        <w:rPr>
          <w:color w:val="auto"/>
        </w:rPr>
        <w:t>ugrožena</w:t>
      </w:r>
      <w:proofErr w:type="spellEnd"/>
      <w:r w:rsidRPr="002C5433">
        <w:rPr>
          <w:color w:val="auto"/>
        </w:rPr>
        <w:t xml:space="preserve"> </w:t>
      </w:r>
      <w:proofErr w:type="spellStart"/>
      <w:r w:rsidRPr="002C5433">
        <w:rPr>
          <w:color w:val="auto"/>
        </w:rPr>
        <w:t>baština</w:t>
      </w:r>
      <w:proofErr w:type="spellEnd"/>
    </w:p>
    <w:p w14:paraId="580B5FA6" w14:textId="2FCCD139" w:rsidR="0082524A" w:rsidRPr="002C5433" w:rsidRDefault="002526DE">
      <w:pPr>
        <w:spacing w:after="40"/>
      </w:pPr>
      <w:r w:rsidRPr="002C5433">
        <w:rPr>
          <w:b/>
        </w:rPr>
        <w:t xml:space="preserve">Datum: </w:t>
      </w:r>
      <w:proofErr w:type="spellStart"/>
      <w:r w:rsidR="00D22296">
        <w:t>s</w:t>
      </w:r>
      <w:r w:rsidRPr="002C5433">
        <w:t>eptembar</w:t>
      </w:r>
      <w:proofErr w:type="spellEnd"/>
      <w:r w:rsidRPr="002C5433">
        <w:t xml:space="preserve">   </w:t>
      </w:r>
      <w:proofErr w:type="spellStart"/>
      <w:r w:rsidRPr="002C5433">
        <w:rPr>
          <w:b/>
        </w:rPr>
        <w:t>Organizator</w:t>
      </w:r>
      <w:proofErr w:type="spellEnd"/>
      <w:r w:rsidRPr="002C5433">
        <w:rPr>
          <w:b/>
        </w:rPr>
        <w:t xml:space="preserve">: </w:t>
      </w:r>
      <w:r w:rsidRPr="002C5433">
        <w:t xml:space="preserve">JU </w:t>
      </w:r>
      <w:proofErr w:type="spellStart"/>
      <w:r w:rsidRPr="002C5433">
        <w:t>Kulturni</w:t>
      </w:r>
      <w:proofErr w:type="spellEnd"/>
      <w:r w:rsidRPr="002C5433">
        <w:t xml:space="preserve"> </w:t>
      </w:r>
      <w:proofErr w:type="spellStart"/>
      <w:r w:rsidRPr="002C5433">
        <w:t>centar</w:t>
      </w:r>
      <w:proofErr w:type="spellEnd"/>
      <w:r w:rsidRPr="002C5433">
        <w:t xml:space="preserve"> Bar – OJ </w:t>
      </w:r>
      <w:proofErr w:type="spellStart"/>
      <w:r w:rsidRPr="002C5433">
        <w:t>Zavičajni</w:t>
      </w:r>
      <w:proofErr w:type="spellEnd"/>
      <w:r w:rsidRPr="002C5433">
        <w:t xml:space="preserve"> </w:t>
      </w:r>
      <w:proofErr w:type="spellStart"/>
      <w:r w:rsidRPr="002C5433">
        <w:t>muzej</w:t>
      </w:r>
      <w:proofErr w:type="spellEnd"/>
    </w:p>
    <w:p w14:paraId="476148C2" w14:textId="77777777" w:rsidR="0082524A" w:rsidRPr="002C5433" w:rsidRDefault="002526DE">
      <w:pPr>
        <w:spacing w:after="180"/>
      </w:pPr>
      <w:proofErr w:type="spellStart"/>
      <w:r w:rsidRPr="002C5433">
        <w:t>Okrugli</w:t>
      </w:r>
      <w:proofErr w:type="spellEnd"/>
      <w:r w:rsidRPr="002C5433">
        <w:t xml:space="preserve"> </w:t>
      </w:r>
      <w:proofErr w:type="spellStart"/>
      <w:r w:rsidRPr="002C5433">
        <w:t>sto</w:t>
      </w:r>
      <w:proofErr w:type="spellEnd"/>
      <w:r w:rsidRPr="002C5433">
        <w:t xml:space="preserve"> o </w:t>
      </w:r>
      <w:proofErr w:type="spellStart"/>
      <w:r w:rsidRPr="002C5433">
        <w:t>stanju</w:t>
      </w:r>
      <w:proofErr w:type="spellEnd"/>
      <w:r w:rsidRPr="002C5433">
        <w:t xml:space="preserve"> </w:t>
      </w:r>
      <w:proofErr w:type="spellStart"/>
      <w:r w:rsidRPr="002C5433">
        <w:t>ugroženosti</w:t>
      </w:r>
      <w:proofErr w:type="spellEnd"/>
      <w:r w:rsidRPr="002C5433">
        <w:t xml:space="preserve"> </w:t>
      </w:r>
      <w:proofErr w:type="spellStart"/>
      <w:r w:rsidRPr="002C5433">
        <w:t>kulturne</w:t>
      </w:r>
      <w:proofErr w:type="spellEnd"/>
      <w:r w:rsidRPr="002C5433">
        <w:t xml:space="preserve"> </w:t>
      </w:r>
      <w:proofErr w:type="spellStart"/>
      <w:r w:rsidRPr="002C5433">
        <w:t>baštine</w:t>
      </w:r>
      <w:proofErr w:type="spellEnd"/>
      <w:r w:rsidRPr="002C5433">
        <w:t xml:space="preserve">, </w:t>
      </w:r>
      <w:proofErr w:type="spellStart"/>
      <w:r w:rsidRPr="002C5433">
        <w:t>savremenim</w:t>
      </w:r>
      <w:proofErr w:type="spellEnd"/>
      <w:r w:rsidRPr="002C5433">
        <w:t xml:space="preserve"> </w:t>
      </w:r>
      <w:proofErr w:type="spellStart"/>
      <w:r w:rsidRPr="002C5433">
        <w:t>prijetnjama</w:t>
      </w:r>
      <w:proofErr w:type="spellEnd"/>
      <w:r w:rsidRPr="002C5433">
        <w:t xml:space="preserve"> </w:t>
      </w:r>
      <w:proofErr w:type="spellStart"/>
      <w:r w:rsidRPr="002C5433">
        <w:t>i</w:t>
      </w:r>
      <w:proofErr w:type="spellEnd"/>
      <w:r w:rsidRPr="002C5433">
        <w:t xml:space="preserve"> </w:t>
      </w:r>
      <w:proofErr w:type="spellStart"/>
      <w:r w:rsidRPr="002C5433">
        <w:t>mogućnostima</w:t>
      </w:r>
      <w:proofErr w:type="spellEnd"/>
      <w:r w:rsidRPr="002C5433">
        <w:t xml:space="preserve"> </w:t>
      </w:r>
      <w:proofErr w:type="spellStart"/>
      <w:r w:rsidRPr="002C5433">
        <w:t>održive</w:t>
      </w:r>
      <w:proofErr w:type="spellEnd"/>
      <w:r w:rsidRPr="002C5433">
        <w:t xml:space="preserve"> </w:t>
      </w:r>
      <w:proofErr w:type="spellStart"/>
      <w:r w:rsidRPr="002C5433">
        <w:t>zaštite</w:t>
      </w:r>
      <w:proofErr w:type="spellEnd"/>
      <w:r w:rsidRPr="002C5433">
        <w:t>.</w:t>
      </w:r>
    </w:p>
    <w:p w14:paraId="7A311211" w14:textId="77777777" w:rsidR="0082524A" w:rsidRPr="002C5433" w:rsidRDefault="002526DE">
      <w:pPr>
        <w:pStyle w:val="Heading1"/>
        <w:rPr>
          <w:color w:val="auto"/>
        </w:rPr>
      </w:pPr>
      <w:r w:rsidRPr="002C5433">
        <w:rPr>
          <w:color w:val="auto"/>
        </w:rPr>
        <w:t>BIJELO POLJE</w:t>
      </w:r>
    </w:p>
    <w:p w14:paraId="478EFCFA" w14:textId="77777777" w:rsidR="0082524A" w:rsidRPr="002C5433" w:rsidRDefault="002526DE">
      <w:pPr>
        <w:pStyle w:val="Heading2"/>
        <w:rPr>
          <w:color w:val="auto"/>
        </w:rPr>
      </w:pPr>
      <w:proofErr w:type="spellStart"/>
      <w:r w:rsidRPr="002C5433">
        <w:rPr>
          <w:color w:val="auto"/>
        </w:rPr>
        <w:t>Baština</w:t>
      </w:r>
      <w:proofErr w:type="spellEnd"/>
      <w:r w:rsidRPr="002C5433">
        <w:rPr>
          <w:color w:val="auto"/>
        </w:rPr>
        <w:t xml:space="preserve"> </w:t>
      </w:r>
      <w:proofErr w:type="spellStart"/>
      <w:r w:rsidRPr="002C5433">
        <w:rPr>
          <w:color w:val="auto"/>
        </w:rPr>
        <w:t>mladima</w:t>
      </w:r>
      <w:proofErr w:type="spellEnd"/>
      <w:r w:rsidRPr="002C5433">
        <w:rPr>
          <w:color w:val="auto"/>
        </w:rPr>
        <w:t xml:space="preserve"> – </w:t>
      </w:r>
      <w:proofErr w:type="spellStart"/>
      <w:r w:rsidRPr="002C5433">
        <w:rPr>
          <w:color w:val="auto"/>
        </w:rPr>
        <w:t>oživjeti</w:t>
      </w:r>
      <w:proofErr w:type="spellEnd"/>
      <w:r w:rsidRPr="002C5433">
        <w:rPr>
          <w:color w:val="auto"/>
        </w:rPr>
        <w:t xml:space="preserve">, </w:t>
      </w:r>
      <w:proofErr w:type="spellStart"/>
      <w:r w:rsidRPr="002C5433">
        <w:rPr>
          <w:color w:val="auto"/>
        </w:rPr>
        <w:t>očuvati</w:t>
      </w:r>
      <w:proofErr w:type="spellEnd"/>
      <w:r w:rsidRPr="002C5433">
        <w:rPr>
          <w:color w:val="auto"/>
        </w:rPr>
        <w:t xml:space="preserve">, </w:t>
      </w:r>
      <w:proofErr w:type="spellStart"/>
      <w:r w:rsidRPr="002C5433">
        <w:rPr>
          <w:color w:val="auto"/>
        </w:rPr>
        <w:t>redefinisati</w:t>
      </w:r>
      <w:proofErr w:type="spellEnd"/>
      <w:r w:rsidRPr="002C5433">
        <w:rPr>
          <w:color w:val="auto"/>
        </w:rPr>
        <w:t xml:space="preserve"> 2026</w:t>
      </w:r>
    </w:p>
    <w:p w14:paraId="538BE4C0" w14:textId="76AD03E9" w:rsidR="0082524A" w:rsidRPr="002C5433" w:rsidRDefault="002526DE">
      <w:pPr>
        <w:spacing w:after="40"/>
      </w:pPr>
      <w:r w:rsidRPr="002C5433">
        <w:rPr>
          <w:b/>
        </w:rPr>
        <w:t xml:space="preserve">Datum: </w:t>
      </w:r>
      <w:proofErr w:type="spellStart"/>
      <w:r w:rsidRPr="002C5433">
        <w:t>septembar</w:t>
      </w:r>
      <w:proofErr w:type="spellEnd"/>
      <w:r w:rsidRPr="002C5433">
        <w:t xml:space="preserve">   </w:t>
      </w:r>
      <w:proofErr w:type="spellStart"/>
      <w:r w:rsidRPr="002C5433">
        <w:rPr>
          <w:b/>
        </w:rPr>
        <w:t xml:space="preserve">Organizator: </w:t>
      </w:r>
      <w:r w:rsidRPr="002C5433">
        <w:t>JU Muzej</w:t>
      </w:r>
      <w:proofErr w:type="spellEnd"/>
      <w:r w:rsidRPr="002C5433">
        <w:t xml:space="preserve"> </w:t>
      </w:r>
      <w:proofErr w:type="spellStart"/>
      <w:r w:rsidRPr="002C5433">
        <w:t>Bijelo</w:t>
      </w:r>
      <w:proofErr w:type="spellEnd"/>
      <w:r w:rsidRPr="002C5433">
        <w:t xml:space="preserve"> Polje</w:t>
      </w:r>
    </w:p>
    <w:p w14:paraId="38D3831A" w14:textId="77777777" w:rsidR="0082524A" w:rsidRPr="002C5433" w:rsidRDefault="002526DE">
      <w:pPr>
        <w:spacing w:after="180"/>
      </w:pPr>
      <w:proofErr w:type="spellStart"/>
      <w:r w:rsidRPr="002C5433">
        <w:t>Terenski</w:t>
      </w:r>
      <w:proofErr w:type="spellEnd"/>
      <w:r w:rsidRPr="002C5433">
        <w:t xml:space="preserve"> </w:t>
      </w:r>
      <w:proofErr w:type="spellStart"/>
      <w:r w:rsidRPr="002C5433">
        <w:t>obilasci</w:t>
      </w:r>
      <w:proofErr w:type="spellEnd"/>
      <w:r w:rsidRPr="002C5433">
        <w:t xml:space="preserve">, </w:t>
      </w:r>
      <w:proofErr w:type="spellStart"/>
      <w:r w:rsidRPr="002C5433">
        <w:t>razgovori</w:t>
      </w:r>
      <w:proofErr w:type="spellEnd"/>
      <w:r w:rsidRPr="002C5433">
        <w:t xml:space="preserve"> </w:t>
      </w:r>
      <w:proofErr w:type="spellStart"/>
      <w:r w:rsidRPr="002C5433">
        <w:t>sa</w:t>
      </w:r>
      <w:proofErr w:type="spellEnd"/>
      <w:r w:rsidRPr="002C5433">
        <w:t xml:space="preserve"> </w:t>
      </w:r>
      <w:proofErr w:type="spellStart"/>
      <w:r w:rsidRPr="002C5433">
        <w:t>stručnjacima</w:t>
      </w:r>
      <w:proofErr w:type="spellEnd"/>
      <w:r w:rsidRPr="002C5433">
        <w:t xml:space="preserve">, </w:t>
      </w:r>
      <w:proofErr w:type="spellStart"/>
      <w:r w:rsidRPr="002C5433">
        <w:t>radionica</w:t>
      </w:r>
      <w:proofErr w:type="spellEnd"/>
      <w:r w:rsidRPr="002C5433">
        <w:t xml:space="preserve"> </w:t>
      </w:r>
      <w:proofErr w:type="spellStart"/>
      <w:r w:rsidRPr="002C5433">
        <w:t>tradicionalne</w:t>
      </w:r>
      <w:proofErr w:type="spellEnd"/>
      <w:r w:rsidRPr="002C5433">
        <w:t xml:space="preserve"> </w:t>
      </w:r>
      <w:proofErr w:type="spellStart"/>
      <w:r w:rsidRPr="002C5433">
        <w:t>kuhinje</w:t>
      </w:r>
      <w:proofErr w:type="spellEnd"/>
      <w:r w:rsidRPr="002C5433">
        <w:t xml:space="preserve">, </w:t>
      </w:r>
      <w:proofErr w:type="spellStart"/>
      <w:r w:rsidRPr="002C5433">
        <w:t>kratki</w:t>
      </w:r>
      <w:proofErr w:type="spellEnd"/>
      <w:r w:rsidRPr="002C5433">
        <w:t xml:space="preserve"> </w:t>
      </w:r>
      <w:proofErr w:type="spellStart"/>
      <w:r w:rsidRPr="002C5433">
        <w:t>dokumentarni</w:t>
      </w:r>
      <w:proofErr w:type="spellEnd"/>
      <w:r w:rsidRPr="002C5433">
        <w:t xml:space="preserve"> </w:t>
      </w:r>
      <w:proofErr w:type="spellStart"/>
      <w:r w:rsidRPr="002C5433">
        <w:t>i</w:t>
      </w:r>
      <w:proofErr w:type="spellEnd"/>
      <w:r w:rsidRPr="002C5433">
        <w:t xml:space="preserve"> </w:t>
      </w:r>
      <w:proofErr w:type="spellStart"/>
      <w:r w:rsidRPr="002C5433">
        <w:t>digitalni</w:t>
      </w:r>
      <w:proofErr w:type="spellEnd"/>
      <w:r w:rsidRPr="002C5433">
        <w:t xml:space="preserve"> </w:t>
      </w:r>
      <w:proofErr w:type="spellStart"/>
      <w:r w:rsidRPr="002C5433">
        <w:t>sadržaji</w:t>
      </w:r>
      <w:proofErr w:type="spellEnd"/>
      <w:r w:rsidRPr="002C5433">
        <w:t xml:space="preserve">, mural </w:t>
      </w:r>
      <w:proofErr w:type="spellStart"/>
      <w:r w:rsidRPr="002C5433">
        <w:t>i</w:t>
      </w:r>
      <w:proofErr w:type="spellEnd"/>
      <w:r w:rsidRPr="002C5433">
        <w:t xml:space="preserve"> </w:t>
      </w:r>
      <w:proofErr w:type="spellStart"/>
      <w:r w:rsidRPr="002C5433">
        <w:t>završni</w:t>
      </w:r>
      <w:proofErr w:type="spellEnd"/>
      <w:r w:rsidRPr="002C5433">
        <w:t xml:space="preserve"> forum </w:t>
      </w:r>
      <w:proofErr w:type="spellStart"/>
      <w:r w:rsidRPr="002C5433">
        <w:t>mladih</w:t>
      </w:r>
      <w:proofErr w:type="spellEnd"/>
      <w:r w:rsidRPr="002C5433">
        <w:t>.</w:t>
      </w:r>
    </w:p>
    <w:p w14:paraId="25593EC2" w14:textId="77777777" w:rsidR="0082524A" w:rsidRPr="002C5433" w:rsidRDefault="002526DE">
      <w:pPr>
        <w:pStyle w:val="Heading2"/>
        <w:rPr>
          <w:color w:val="auto"/>
        </w:rPr>
      </w:pPr>
      <w:proofErr w:type="spellStart"/>
      <w:r w:rsidRPr="002C5433">
        <w:rPr>
          <w:color w:val="auto"/>
        </w:rPr>
        <w:t>Oživljena</w:t>
      </w:r>
      <w:proofErr w:type="spellEnd"/>
      <w:r w:rsidRPr="002C5433">
        <w:rPr>
          <w:color w:val="auto"/>
        </w:rPr>
        <w:t xml:space="preserve"> </w:t>
      </w:r>
      <w:proofErr w:type="spellStart"/>
      <w:r w:rsidRPr="002C5433">
        <w:rPr>
          <w:color w:val="auto"/>
        </w:rPr>
        <w:t>baština</w:t>
      </w:r>
      <w:proofErr w:type="spellEnd"/>
      <w:r w:rsidRPr="002C5433">
        <w:rPr>
          <w:color w:val="auto"/>
        </w:rPr>
        <w:t xml:space="preserve"> / Living Heritage – </w:t>
      </w:r>
      <w:proofErr w:type="spellStart"/>
      <w:r w:rsidRPr="002C5433">
        <w:rPr>
          <w:color w:val="auto"/>
        </w:rPr>
        <w:t>Crna</w:t>
      </w:r>
      <w:proofErr w:type="spellEnd"/>
      <w:r w:rsidRPr="002C5433">
        <w:rPr>
          <w:color w:val="auto"/>
        </w:rPr>
        <w:t xml:space="preserve"> Gora – </w:t>
      </w:r>
      <w:proofErr w:type="spellStart"/>
      <w:r w:rsidRPr="002C5433">
        <w:rPr>
          <w:color w:val="auto"/>
        </w:rPr>
        <w:t>Vječna</w:t>
      </w:r>
      <w:proofErr w:type="spellEnd"/>
      <w:r w:rsidRPr="002C5433">
        <w:rPr>
          <w:color w:val="auto"/>
        </w:rPr>
        <w:t xml:space="preserve"> / Montenegro – Timeless</w:t>
      </w:r>
    </w:p>
    <w:p w14:paraId="6BC968CC" w14:textId="29EB76C8" w:rsidR="0082524A" w:rsidRPr="002C5433" w:rsidRDefault="002526DE">
      <w:pPr>
        <w:spacing w:after="40"/>
      </w:pPr>
      <w:r w:rsidRPr="002C5433">
        <w:rPr>
          <w:b/>
        </w:rPr>
        <w:t xml:space="preserve">Datum: </w:t>
      </w:r>
      <w:proofErr w:type="spellStart"/>
      <w:r w:rsidRPr="002C5433">
        <w:t>septembar</w:t>
      </w:r>
      <w:proofErr w:type="spellEnd"/>
      <w:r w:rsidRPr="002C5433">
        <w:t xml:space="preserve">    </w:t>
      </w:r>
      <w:proofErr w:type="spellStart"/>
      <w:r w:rsidRPr="002C5433">
        <w:rPr>
          <w:b/>
        </w:rPr>
        <w:t>Organizator</w:t>
      </w:r>
      <w:proofErr w:type="spellEnd"/>
      <w:r w:rsidRPr="002C5433">
        <w:rPr>
          <w:b/>
        </w:rPr>
        <w:t xml:space="preserve">: </w:t>
      </w:r>
      <w:proofErr w:type="spellStart"/>
      <w:r w:rsidRPr="002C5433">
        <w:t>Musica</w:t>
      </w:r>
      <w:proofErr w:type="spellEnd"/>
      <w:r w:rsidRPr="002C5433">
        <w:t xml:space="preserve"> Classica d.o.o.</w:t>
      </w:r>
    </w:p>
    <w:p w14:paraId="28C64F86" w14:textId="77777777" w:rsidR="0082524A" w:rsidRPr="002C5433" w:rsidRDefault="002526DE">
      <w:pPr>
        <w:spacing w:after="180"/>
      </w:pPr>
      <w:proofErr w:type="spellStart"/>
      <w:r w:rsidRPr="002C5433">
        <w:t>Predstavljanje</w:t>
      </w:r>
      <w:proofErr w:type="spellEnd"/>
      <w:r w:rsidRPr="002C5433">
        <w:t xml:space="preserve"> </w:t>
      </w:r>
      <w:proofErr w:type="spellStart"/>
      <w:r w:rsidRPr="002C5433">
        <w:t>edukativno-promotivnog</w:t>
      </w:r>
      <w:proofErr w:type="spellEnd"/>
      <w:r w:rsidRPr="002C5433">
        <w:t xml:space="preserve"> </w:t>
      </w:r>
      <w:proofErr w:type="spellStart"/>
      <w:r w:rsidRPr="002C5433">
        <w:t>projekta</w:t>
      </w:r>
      <w:proofErr w:type="spellEnd"/>
      <w:r w:rsidRPr="002C5433">
        <w:t xml:space="preserve"> </w:t>
      </w:r>
      <w:proofErr w:type="spellStart"/>
      <w:r w:rsidRPr="002C5433">
        <w:t>očuvanja</w:t>
      </w:r>
      <w:proofErr w:type="spellEnd"/>
      <w:r w:rsidRPr="002C5433">
        <w:t xml:space="preserve"> </w:t>
      </w:r>
      <w:proofErr w:type="spellStart"/>
      <w:r w:rsidRPr="002C5433">
        <w:t>i</w:t>
      </w:r>
      <w:proofErr w:type="spellEnd"/>
      <w:r w:rsidRPr="002C5433">
        <w:t xml:space="preserve"> </w:t>
      </w:r>
      <w:proofErr w:type="spellStart"/>
      <w:r w:rsidRPr="002C5433">
        <w:t>međunarodne</w:t>
      </w:r>
      <w:proofErr w:type="spellEnd"/>
      <w:r w:rsidRPr="002C5433">
        <w:t xml:space="preserve"> </w:t>
      </w:r>
      <w:proofErr w:type="spellStart"/>
      <w:r w:rsidRPr="002C5433">
        <w:t>promocije</w:t>
      </w:r>
      <w:proofErr w:type="spellEnd"/>
      <w:r w:rsidRPr="002C5433">
        <w:t xml:space="preserve"> </w:t>
      </w:r>
      <w:proofErr w:type="spellStart"/>
      <w:r w:rsidRPr="002C5433">
        <w:t>crnogorskog</w:t>
      </w:r>
      <w:proofErr w:type="spellEnd"/>
      <w:r w:rsidRPr="002C5433">
        <w:t xml:space="preserve"> </w:t>
      </w:r>
      <w:proofErr w:type="spellStart"/>
      <w:r w:rsidRPr="002C5433">
        <w:t>muzičkog</w:t>
      </w:r>
      <w:proofErr w:type="spellEnd"/>
      <w:r w:rsidRPr="002C5433">
        <w:t xml:space="preserve"> </w:t>
      </w:r>
      <w:proofErr w:type="spellStart"/>
      <w:r w:rsidRPr="002C5433">
        <w:t>nasljeđa</w:t>
      </w:r>
      <w:proofErr w:type="spellEnd"/>
      <w:r w:rsidRPr="002C5433">
        <w:t>.</w:t>
      </w:r>
    </w:p>
    <w:p w14:paraId="5AE5936E" w14:textId="77777777" w:rsidR="0082524A" w:rsidRPr="002C5433" w:rsidRDefault="002526DE">
      <w:pPr>
        <w:pStyle w:val="Heading1"/>
        <w:rPr>
          <w:color w:val="auto"/>
        </w:rPr>
      </w:pPr>
      <w:r w:rsidRPr="002C5433">
        <w:rPr>
          <w:color w:val="auto"/>
        </w:rPr>
        <w:t>BUDVA</w:t>
      </w:r>
    </w:p>
    <w:p w14:paraId="3455D54D" w14:textId="77777777" w:rsidR="0082524A" w:rsidRPr="002C5433" w:rsidRDefault="002526DE">
      <w:pPr>
        <w:pStyle w:val="Heading2"/>
        <w:rPr>
          <w:color w:val="auto"/>
        </w:rPr>
      </w:pPr>
      <w:proofErr w:type="spellStart"/>
      <w:r w:rsidRPr="002C5433">
        <w:rPr>
          <w:color w:val="auto"/>
        </w:rPr>
        <w:t>Ugrožena</w:t>
      </w:r>
      <w:proofErr w:type="spellEnd"/>
      <w:r w:rsidRPr="002C5433">
        <w:rPr>
          <w:color w:val="auto"/>
        </w:rPr>
        <w:t xml:space="preserve"> </w:t>
      </w:r>
      <w:proofErr w:type="spellStart"/>
      <w:r w:rsidRPr="002C5433">
        <w:rPr>
          <w:color w:val="auto"/>
        </w:rPr>
        <w:t>baština</w:t>
      </w:r>
      <w:proofErr w:type="spellEnd"/>
      <w:r w:rsidRPr="002C5433">
        <w:rPr>
          <w:color w:val="auto"/>
        </w:rPr>
        <w:t xml:space="preserve"> – </w:t>
      </w:r>
      <w:proofErr w:type="spellStart"/>
      <w:r w:rsidRPr="002C5433">
        <w:rPr>
          <w:color w:val="auto"/>
        </w:rPr>
        <w:t>Sveti</w:t>
      </w:r>
      <w:proofErr w:type="spellEnd"/>
      <w:r w:rsidRPr="002C5433">
        <w:rPr>
          <w:color w:val="auto"/>
        </w:rPr>
        <w:t xml:space="preserve"> Stefan </w:t>
      </w:r>
      <w:proofErr w:type="spellStart"/>
      <w:r w:rsidRPr="002C5433">
        <w:rPr>
          <w:color w:val="auto"/>
        </w:rPr>
        <w:t>i</w:t>
      </w:r>
      <w:proofErr w:type="spellEnd"/>
      <w:r w:rsidRPr="002C5433">
        <w:rPr>
          <w:color w:val="auto"/>
        </w:rPr>
        <w:t xml:space="preserve"> </w:t>
      </w:r>
      <w:proofErr w:type="spellStart"/>
      <w:r w:rsidRPr="002C5433">
        <w:rPr>
          <w:color w:val="auto"/>
        </w:rPr>
        <w:t>Paštrovići</w:t>
      </w:r>
      <w:proofErr w:type="spellEnd"/>
    </w:p>
    <w:p w14:paraId="5BE4CBDB" w14:textId="09213314" w:rsidR="0082524A" w:rsidRPr="002C5433" w:rsidRDefault="002526DE">
      <w:pPr>
        <w:spacing w:after="40"/>
      </w:pPr>
      <w:r w:rsidRPr="002C5433">
        <w:rPr>
          <w:b/>
        </w:rPr>
        <w:t xml:space="preserve">Datum: </w:t>
      </w:r>
      <w:proofErr w:type="spellStart"/>
      <w:r w:rsidRPr="002C5433">
        <w:t>septembar</w:t>
      </w:r>
      <w:proofErr w:type="spellEnd"/>
      <w:r w:rsidRPr="002C5433">
        <w:t xml:space="preserve">   </w:t>
      </w:r>
      <w:proofErr w:type="spellStart"/>
      <w:r w:rsidRPr="002C5433">
        <w:rPr>
          <w:b/>
        </w:rPr>
        <w:t>Organizator</w:t>
      </w:r>
      <w:proofErr w:type="spellEnd"/>
      <w:r w:rsidRPr="002C5433">
        <w:rPr>
          <w:b/>
        </w:rPr>
        <w:t xml:space="preserve">: </w:t>
      </w:r>
      <w:proofErr w:type="spellStart"/>
      <w:r w:rsidRPr="002C5433">
        <w:t>Monsiberia</w:t>
      </w:r>
      <w:proofErr w:type="spellEnd"/>
      <w:r w:rsidRPr="002C5433">
        <w:t xml:space="preserve"> d.o.o.</w:t>
      </w:r>
    </w:p>
    <w:p w14:paraId="736D6513" w14:textId="77777777" w:rsidR="0082524A" w:rsidRPr="002C5433" w:rsidRDefault="002526DE">
      <w:pPr>
        <w:spacing w:after="180"/>
      </w:pPr>
      <w:proofErr w:type="spellStart"/>
      <w:r w:rsidRPr="002C5433">
        <w:t>Javna</w:t>
      </w:r>
      <w:proofErr w:type="spellEnd"/>
      <w:r w:rsidRPr="002C5433">
        <w:t xml:space="preserve"> </w:t>
      </w:r>
      <w:proofErr w:type="spellStart"/>
      <w:r w:rsidRPr="002C5433">
        <w:t>prezentacija</w:t>
      </w:r>
      <w:proofErr w:type="spellEnd"/>
      <w:r w:rsidRPr="002C5433">
        <w:t xml:space="preserve"> </w:t>
      </w:r>
      <w:proofErr w:type="spellStart"/>
      <w:r w:rsidRPr="002C5433">
        <w:t>studije</w:t>
      </w:r>
      <w:proofErr w:type="spellEnd"/>
      <w:r w:rsidRPr="002C5433">
        <w:t xml:space="preserve"> </w:t>
      </w:r>
      <w:proofErr w:type="spellStart"/>
      <w:r w:rsidRPr="002C5433">
        <w:t>kulturnog</w:t>
      </w:r>
      <w:proofErr w:type="spellEnd"/>
      <w:r w:rsidRPr="002C5433">
        <w:t xml:space="preserve"> </w:t>
      </w:r>
      <w:proofErr w:type="spellStart"/>
      <w:r w:rsidRPr="002C5433">
        <w:t>pejzaža</w:t>
      </w:r>
      <w:proofErr w:type="spellEnd"/>
      <w:r w:rsidRPr="002C5433">
        <w:t xml:space="preserve"> </w:t>
      </w:r>
      <w:proofErr w:type="spellStart"/>
      <w:r w:rsidRPr="002C5433">
        <w:t>Svetog</w:t>
      </w:r>
      <w:proofErr w:type="spellEnd"/>
      <w:r w:rsidRPr="002C5433">
        <w:t xml:space="preserve"> </w:t>
      </w:r>
      <w:proofErr w:type="spellStart"/>
      <w:r w:rsidRPr="002C5433">
        <w:t>Stefana</w:t>
      </w:r>
      <w:proofErr w:type="spellEnd"/>
      <w:r w:rsidRPr="002C5433">
        <w:t xml:space="preserve">, </w:t>
      </w:r>
      <w:proofErr w:type="spellStart"/>
      <w:r w:rsidRPr="002C5433">
        <w:t>Paštrovića</w:t>
      </w:r>
      <w:proofErr w:type="spellEnd"/>
      <w:r w:rsidRPr="002C5433">
        <w:t xml:space="preserve"> </w:t>
      </w:r>
      <w:proofErr w:type="spellStart"/>
      <w:r w:rsidRPr="002C5433">
        <w:t>i</w:t>
      </w:r>
      <w:proofErr w:type="spellEnd"/>
      <w:r w:rsidRPr="002C5433">
        <w:t xml:space="preserve"> </w:t>
      </w:r>
      <w:proofErr w:type="spellStart"/>
      <w:r w:rsidRPr="002C5433">
        <w:t>Paštrovske</w:t>
      </w:r>
      <w:proofErr w:type="spellEnd"/>
      <w:r w:rsidRPr="002C5433">
        <w:t xml:space="preserve"> gore, </w:t>
      </w:r>
      <w:proofErr w:type="spellStart"/>
      <w:r w:rsidRPr="002C5433">
        <w:t>uz</w:t>
      </w:r>
      <w:proofErr w:type="spellEnd"/>
      <w:r w:rsidRPr="002C5433">
        <w:t xml:space="preserve"> </w:t>
      </w:r>
      <w:proofErr w:type="spellStart"/>
      <w:r w:rsidRPr="002C5433">
        <w:t>dijalog</w:t>
      </w:r>
      <w:proofErr w:type="spellEnd"/>
      <w:r w:rsidRPr="002C5433">
        <w:t xml:space="preserve"> o </w:t>
      </w:r>
      <w:proofErr w:type="spellStart"/>
      <w:r w:rsidRPr="002C5433">
        <w:t>ugroženosti</w:t>
      </w:r>
      <w:proofErr w:type="spellEnd"/>
      <w:r w:rsidRPr="002C5433">
        <w:t xml:space="preserve"> </w:t>
      </w:r>
      <w:proofErr w:type="spellStart"/>
      <w:r w:rsidRPr="002C5433">
        <w:t>i</w:t>
      </w:r>
      <w:proofErr w:type="spellEnd"/>
      <w:r w:rsidRPr="002C5433">
        <w:t xml:space="preserve"> </w:t>
      </w:r>
      <w:proofErr w:type="spellStart"/>
      <w:r w:rsidRPr="002C5433">
        <w:t>zaštiti</w:t>
      </w:r>
      <w:proofErr w:type="spellEnd"/>
      <w:r w:rsidRPr="002C5433">
        <w:t>.</w:t>
      </w:r>
    </w:p>
    <w:p w14:paraId="46CB85E9" w14:textId="77777777" w:rsidR="0082524A" w:rsidRPr="002C5433" w:rsidRDefault="002526DE">
      <w:pPr>
        <w:pStyle w:val="Heading1"/>
        <w:rPr>
          <w:color w:val="auto"/>
        </w:rPr>
      </w:pPr>
      <w:r w:rsidRPr="002C5433">
        <w:rPr>
          <w:color w:val="auto"/>
        </w:rPr>
        <w:t>GUSINJE</w:t>
      </w:r>
    </w:p>
    <w:p w14:paraId="08DD06CD" w14:textId="77777777" w:rsidR="0082524A" w:rsidRPr="002C5433" w:rsidRDefault="002526DE">
      <w:pPr>
        <w:pStyle w:val="Heading2"/>
        <w:rPr>
          <w:color w:val="auto"/>
        </w:rPr>
      </w:pPr>
      <w:proofErr w:type="spellStart"/>
      <w:r w:rsidRPr="002C5433">
        <w:rPr>
          <w:color w:val="auto"/>
        </w:rPr>
        <w:t>Plavsko-gusinjski</w:t>
      </w:r>
      <w:proofErr w:type="spellEnd"/>
      <w:r w:rsidRPr="002C5433">
        <w:rPr>
          <w:color w:val="auto"/>
        </w:rPr>
        <w:t xml:space="preserve"> </w:t>
      </w:r>
      <w:proofErr w:type="spellStart"/>
      <w:r w:rsidRPr="002C5433">
        <w:rPr>
          <w:color w:val="auto"/>
        </w:rPr>
        <w:t>ćilim</w:t>
      </w:r>
      <w:proofErr w:type="spellEnd"/>
      <w:r w:rsidRPr="002C5433">
        <w:rPr>
          <w:color w:val="auto"/>
        </w:rPr>
        <w:t xml:space="preserve"> </w:t>
      </w:r>
      <w:proofErr w:type="spellStart"/>
      <w:r w:rsidRPr="002C5433">
        <w:rPr>
          <w:color w:val="auto"/>
        </w:rPr>
        <w:t>Granaš</w:t>
      </w:r>
      <w:proofErr w:type="spellEnd"/>
      <w:r w:rsidRPr="002C5433">
        <w:rPr>
          <w:color w:val="auto"/>
        </w:rPr>
        <w:t xml:space="preserve"> – </w:t>
      </w:r>
      <w:proofErr w:type="spellStart"/>
      <w:r w:rsidRPr="002C5433">
        <w:rPr>
          <w:color w:val="auto"/>
        </w:rPr>
        <w:t>tkanje</w:t>
      </w:r>
      <w:proofErr w:type="spellEnd"/>
      <w:r w:rsidRPr="002C5433">
        <w:rPr>
          <w:color w:val="auto"/>
        </w:rPr>
        <w:t xml:space="preserve"> bez </w:t>
      </w:r>
      <w:proofErr w:type="spellStart"/>
      <w:r w:rsidRPr="002C5433">
        <w:rPr>
          <w:color w:val="auto"/>
        </w:rPr>
        <w:t>urneka</w:t>
      </w:r>
      <w:proofErr w:type="spellEnd"/>
    </w:p>
    <w:p w14:paraId="225AA112" w14:textId="4824F5D0" w:rsidR="0082524A" w:rsidRPr="002C5433" w:rsidRDefault="002526DE">
      <w:pPr>
        <w:spacing w:after="40"/>
      </w:pPr>
      <w:r w:rsidRPr="002C5433">
        <w:rPr>
          <w:b/>
        </w:rPr>
        <w:t xml:space="preserve">Datum: </w:t>
      </w:r>
      <w:proofErr w:type="spellStart"/>
      <w:r w:rsidRPr="002C5433">
        <w:t>Septembar</w:t>
      </w:r>
      <w:proofErr w:type="spellEnd"/>
      <w:r w:rsidRPr="002C5433">
        <w:t xml:space="preserve">    </w:t>
      </w:r>
      <w:proofErr w:type="spellStart"/>
      <w:r w:rsidRPr="002C5433">
        <w:rPr>
          <w:b/>
        </w:rPr>
        <w:t>Organizator</w:t>
      </w:r>
      <w:proofErr w:type="spellEnd"/>
      <w:r w:rsidRPr="002C5433">
        <w:rPr>
          <w:b/>
        </w:rPr>
        <w:t xml:space="preserve">: </w:t>
      </w:r>
      <w:proofErr w:type="spellStart"/>
      <w:r w:rsidRPr="002C5433">
        <w:t>Turistička</w:t>
      </w:r>
      <w:proofErr w:type="spellEnd"/>
      <w:r w:rsidRPr="002C5433">
        <w:t xml:space="preserve"> </w:t>
      </w:r>
      <w:proofErr w:type="spellStart"/>
      <w:r w:rsidRPr="002C5433">
        <w:t>organizacija</w:t>
      </w:r>
      <w:proofErr w:type="spellEnd"/>
      <w:r w:rsidRPr="002C5433">
        <w:t xml:space="preserve"> </w:t>
      </w:r>
      <w:proofErr w:type="spellStart"/>
      <w:r w:rsidRPr="002C5433">
        <w:t>Gusinje</w:t>
      </w:r>
      <w:proofErr w:type="spellEnd"/>
    </w:p>
    <w:p w14:paraId="09E1E4AB" w14:textId="77777777" w:rsidR="0082524A" w:rsidRPr="002C5433" w:rsidRDefault="002526DE">
      <w:pPr>
        <w:spacing w:after="180"/>
      </w:pPr>
      <w:proofErr w:type="spellStart"/>
      <w:r w:rsidRPr="002C5433">
        <w:t>Predavanje</w:t>
      </w:r>
      <w:proofErr w:type="spellEnd"/>
      <w:r w:rsidRPr="002C5433">
        <w:t xml:space="preserve">, </w:t>
      </w:r>
      <w:proofErr w:type="spellStart"/>
      <w:r w:rsidRPr="002C5433">
        <w:t>praktične</w:t>
      </w:r>
      <w:proofErr w:type="spellEnd"/>
      <w:r w:rsidRPr="002C5433">
        <w:t xml:space="preserve"> </w:t>
      </w:r>
      <w:proofErr w:type="spellStart"/>
      <w:r w:rsidRPr="002C5433">
        <w:t>radionice</w:t>
      </w:r>
      <w:proofErr w:type="spellEnd"/>
      <w:r w:rsidRPr="002C5433">
        <w:t xml:space="preserve"> </w:t>
      </w:r>
      <w:proofErr w:type="spellStart"/>
      <w:r w:rsidRPr="002C5433">
        <w:t>tkanja</w:t>
      </w:r>
      <w:proofErr w:type="spellEnd"/>
      <w:r w:rsidRPr="002C5433">
        <w:t xml:space="preserve"> </w:t>
      </w:r>
      <w:proofErr w:type="spellStart"/>
      <w:r w:rsidRPr="002C5433">
        <w:t>i</w:t>
      </w:r>
      <w:proofErr w:type="spellEnd"/>
      <w:r w:rsidRPr="002C5433">
        <w:t xml:space="preserve"> </w:t>
      </w:r>
      <w:proofErr w:type="spellStart"/>
      <w:r w:rsidRPr="002C5433">
        <w:t>izrada</w:t>
      </w:r>
      <w:proofErr w:type="spellEnd"/>
      <w:r w:rsidRPr="002C5433">
        <w:t xml:space="preserve"> </w:t>
      </w:r>
      <w:proofErr w:type="spellStart"/>
      <w:r w:rsidRPr="002C5433">
        <w:t>publikacije</w:t>
      </w:r>
      <w:proofErr w:type="spellEnd"/>
      <w:r w:rsidRPr="002C5433">
        <w:t xml:space="preserve"> o </w:t>
      </w:r>
      <w:proofErr w:type="spellStart"/>
      <w:r w:rsidRPr="002C5433">
        <w:t>tradicionalnoj</w:t>
      </w:r>
      <w:proofErr w:type="spellEnd"/>
      <w:r w:rsidRPr="002C5433">
        <w:t xml:space="preserve"> </w:t>
      </w:r>
      <w:proofErr w:type="spellStart"/>
      <w:r w:rsidRPr="002C5433">
        <w:t>vještini</w:t>
      </w:r>
      <w:proofErr w:type="spellEnd"/>
      <w:r w:rsidRPr="002C5433">
        <w:t>.</w:t>
      </w:r>
    </w:p>
    <w:p w14:paraId="3A0E1F48" w14:textId="77777777" w:rsidR="0082524A" w:rsidRPr="002C5433" w:rsidRDefault="002526DE">
      <w:pPr>
        <w:pStyle w:val="Heading1"/>
        <w:rPr>
          <w:color w:val="auto"/>
        </w:rPr>
      </w:pPr>
      <w:r w:rsidRPr="002C5433">
        <w:rPr>
          <w:color w:val="auto"/>
        </w:rPr>
        <w:lastRenderedPageBreak/>
        <w:t>NIKŠIĆ</w:t>
      </w:r>
    </w:p>
    <w:p w14:paraId="4AD2D89C" w14:textId="77777777" w:rsidR="0082524A" w:rsidRPr="002C5433" w:rsidRDefault="002526DE">
      <w:pPr>
        <w:pStyle w:val="Heading2"/>
        <w:rPr>
          <w:color w:val="auto"/>
        </w:rPr>
      </w:pPr>
      <w:r w:rsidRPr="002C5433">
        <w:rPr>
          <w:color w:val="auto"/>
        </w:rPr>
        <w:t xml:space="preserve">Festival </w:t>
      </w:r>
      <w:proofErr w:type="spellStart"/>
      <w:r w:rsidRPr="002C5433">
        <w:rPr>
          <w:color w:val="auto"/>
        </w:rPr>
        <w:t>tradicionalnih</w:t>
      </w:r>
      <w:proofErr w:type="spellEnd"/>
      <w:r w:rsidRPr="002C5433">
        <w:rPr>
          <w:color w:val="auto"/>
        </w:rPr>
        <w:t xml:space="preserve"> </w:t>
      </w:r>
      <w:proofErr w:type="spellStart"/>
      <w:r w:rsidRPr="002C5433">
        <w:rPr>
          <w:color w:val="auto"/>
        </w:rPr>
        <w:t>zdravih</w:t>
      </w:r>
      <w:proofErr w:type="spellEnd"/>
      <w:r w:rsidRPr="002C5433">
        <w:rPr>
          <w:color w:val="auto"/>
        </w:rPr>
        <w:t xml:space="preserve"> </w:t>
      </w:r>
      <w:proofErr w:type="spellStart"/>
      <w:r w:rsidRPr="002C5433">
        <w:rPr>
          <w:color w:val="auto"/>
        </w:rPr>
        <w:t>jela</w:t>
      </w:r>
      <w:proofErr w:type="spellEnd"/>
      <w:r w:rsidRPr="002C5433">
        <w:rPr>
          <w:color w:val="auto"/>
        </w:rPr>
        <w:t xml:space="preserve"> </w:t>
      </w:r>
      <w:proofErr w:type="spellStart"/>
      <w:r w:rsidRPr="002C5433">
        <w:rPr>
          <w:color w:val="auto"/>
        </w:rPr>
        <w:t>i</w:t>
      </w:r>
      <w:proofErr w:type="spellEnd"/>
      <w:r w:rsidRPr="002C5433">
        <w:rPr>
          <w:color w:val="auto"/>
        </w:rPr>
        <w:t xml:space="preserve"> </w:t>
      </w:r>
      <w:proofErr w:type="spellStart"/>
      <w:r w:rsidRPr="002C5433">
        <w:rPr>
          <w:color w:val="auto"/>
        </w:rPr>
        <w:t>ukusa</w:t>
      </w:r>
      <w:proofErr w:type="spellEnd"/>
    </w:p>
    <w:p w14:paraId="15CCAF24" w14:textId="08D7C122" w:rsidR="0082524A" w:rsidRPr="002C5433" w:rsidRDefault="002526DE">
      <w:pPr>
        <w:spacing w:after="40"/>
      </w:pPr>
      <w:r w:rsidRPr="002C5433">
        <w:rPr>
          <w:b/>
        </w:rPr>
        <w:t xml:space="preserve">Datum: </w:t>
      </w:r>
      <w:r w:rsidRPr="002C5433">
        <w:t xml:space="preserve"> </w:t>
      </w:r>
      <w:proofErr w:type="spellStart"/>
      <w:r w:rsidRPr="002C5433">
        <w:t>septembar</w:t>
      </w:r>
      <w:proofErr w:type="spellEnd"/>
      <w:r w:rsidRPr="002C5433">
        <w:t xml:space="preserve">   </w:t>
      </w:r>
      <w:proofErr w:type="spellStart"/>
      <w:r w:rsidRPr="002C5433">
        <w:rPr>
          <w:b/>
        </w:rPr>
        <w:t>Organizator</w:t>
      </w:r>
      <w:proofErr w:type="spellEnd"/>
      <w:r w:rsidRPr="002C5433">
        <w:rPr>
          <w:b/>
        </w:rPr>
        <w:t xml:space="preserve">: </w:t>
      </w:r>
      <w:proofErr w:type="spellStart"/>
      <w:r w:rsidRPr="002C5433">
        <w:t>Bedem</w:t>
      </w:r>
      <w:proofErr w:type="spellEnd"/>
      <w:r w:rsidRPr="002C5433">
        <w:t xml:space="preserve"> Fortress d.o.o.</w:t>
      </w:r>
    </w:p>
    <w:p w14:paraId="6867C314" w14:textId="77777777" w:rsidR="0082524A" w:rsidRPr="002C5433" w:rsidRDefault="002526DE">
      <w:pPr>
        <w:spacing w:after="180"/>
      </w:pPr>
      <w:r w:rsidRPr="002C5433">
        <w:t xml:space="preserve">Festival </w:t>
      </w:r>
      <w:proofErr w:type="spellStart"/>
      <w:r w:rsidRPr="002C5433">
        <w:t>posvećen</w:t>
      </w:r>
      <w:proofErr w:type="spellEnd"/>
      <w:r w:rsidRPr="002C5433">
        <w:t xml:space="preserve"> </w:t>
      </w:r>
      <w:proofErr w:type="spellStart"/>
      <w:r w:rsidRPr="002C5433">
        <w:t>očuvanju</w:t>
      </w:r>
      <w:proofErr w:type="spellEnd"/>
      <w:r w:rsidRPr="002C5433">
        <w:t xml:space="preserve"> </w:t>
      </w:r>
      <w:proofErr w:type="spellStart"/>
      <w:r w:rsidRPr="002C5433">
        <w:t>i</w:t>
      </w:r>
      <w:proofErr w:type="spellEnd"/>
      <w:r w:rsidRPr="002C5433">
        <w:t xml:space="preserve"> </w:t>
      </w:r>
      <w:proofErr w:type="spellStart"/>
      <w:r w:rsidRPr="002C5433">
        <w:t>promociji</w:t>
      </w:r>
      <w:proofErr w:type="spellEnd"/>
      <w:r w:rsidRPr="002C5433">
        <w:t xml:space="preserve"> </w:t>
      </w:r>
      <w:proofErr w:type="spellStart"/>
      <w:r w:rsidRPr="002C5433">
        <w:t>gastronomske</w:t>
      </w:r>
      <w:proofErr w:type="spellEnd"/>
      <w:r w:rsidRPr="002C5433">
        <w:t xml:space="preserve"> </w:t>
      </w:r>
      <w:proofErr w:type="spellStart"/>
      <w:r w:rsidRPr="002C5433">
        <w:t>baštine</w:t>
      </w:r>
      <w:proofErr w:type="spellEnd"/>
      <w:r w:rsidRPr="002C5433">
        <w:t xml:space="preserve"> </w:t>
      </w:r>
      <w:proofErr w:type="spellStart"/>
      <w:r w:rsidRPr="002C5433">
        <w:t>nikšićkog</w:t>
      </w:r>
      <w:proofErr w:type="spellEnd"/>
      <w:r w:rsidRPr="002C5433">
        <w:t xml:space="preserve"> </w:t>
      </w:r>
      <w:proofErr w:type="spellStart"/>
      <w:r w:rsidRPr="002C5433">
        <w:t>kraja</w:t>
      </w:r>
      <w:proofErr w:type="spellEnd"/>
      <w:r w:rsidRPr="002C5433">
        <w:t>.</w:t>
      </w:r>
    </w:p>
    <w:p w14:paraId="6FB3CFA6" w14:textId="77777777" w:rsidR="0082524A" w:rsidRPr="002C5433" w:rsidRDefault="002526DE">
      <w:pPr>
        <w:pStyle w:val="Heading2"/>
        <w:rPr>
          <w:color w:val="auto"/>
        </w:rPr>
      </w:pPr>
      <w:r w:rsidRPr="002C5433">
        <w:rPr>
          <w:color w:val="auto"/>
        </w:rPr>
        <w:t xml:space="preserve">MNE: 35 </w:t>
      </w:r>
      <w:proofErr w:type="spellStart"/>
      <w:r w:rsidRPr="002C5433">
        <w:rPr>
          <w:color w:val="auto"/>
        </w:rPr>
        <w:t>godina</w:t>
      </w:r>
      <w:proofErr w:type="spellEnd"/>
      <w:r w:rsidRPr="002C5433">
        <w:rPr>
          <w:color w:val="auto"/>
        </w:rPr>
        <w:t xml:space="preserve"> </w:t>
      </w:r>
      <w:proofErr w:type="spellStart"/>
      <w:r w:rsidRPr="002C5433">
        <w:rPr>
          <w:color w:val="auto"/>
        </w:rPr>
        <w:t>od</w:t>
      </w:r>
      <w:proofErr w:type="spellEnd"/>
      <w:r w:rsidRPr="002C5433">
        <w:rPr>
          <w:color w:val="auto"/>
        </w:rPr>
        <w:t xml:space="preserve"> </w:t>
      </w:r>
      <w:proofErr w:type="spellStart"/>
      <w:r w:rsidRPr="002C5433">
        <w:rPr>
          <w:color w:val="auto"/>
        </w:rPr>
        <w:t>proglašenja</w:t>
      </w:r>
      <w:proofErr w:type="spellEnd"/>
      <w:r w:rsidRPr="002C5433">
        <w:rPr>
          <w:color w:val="auto"/>
        </w:rPr>
        <w:t xml:space="preserve"> </w:t>
      </w:r>
      <w:proofErr w:type="spellStart"/>
      <w:r w:rsidRPr="002C5433">
        <w:rPr>
          <w:color w:val="auto"/>
        </w:rPr>
        <w:t>Crne</w:t>
      </w:r>
      <w:proofErr w:type="spellEnd"/>
      <w:r w:rsidRPr="002C5433">
        <w:rPr>
          <w:color w:val="auto"/>
        </w:rPr>
        <w:t xml:space="preserve"> Gore </w:t>
      </w:r>
      <w:proofErr w:type="spellStart"/>
      <w:r w:rsidRPr="002C5433">
        <w:rPr>
          <w:color w:val="auto"/>
        </w:rPr>
        <w:t>ekološkom</w:t>
      </w:r>
      <w:proofErr w:type="spellEnd"/>
      <w:r w:rsidRPr="002C5433">
        <w:rPr>
          <w:color w:val="auto"/>
        </w:rPr>
        <w:t xml:space="preserve"> </w:t>
      </w:r>
      <w:proofErr w:type="spellStart"/>
      <w:r w:rsidRPr="002C5433">
        <w:rPr>
          <w:color w:val="auto"/>
        </w:rPr>
        <w:t>državom</w:t>
      </w:r>
      <w:proofErr w:type="spellEnd"/>
      <w:r w:rsidRPr="002C5433">
        <w:rPr>
          <w:color w:val="auto"/>
        </w:rPr>
        <w:t xml:space="preserve"> – </w:t>
      </w:r>
      <w:proofErr w:type="spellStart"/>
      <w:r w:rsidRPr="002C5433">
        <w:rPr>
          <w:color w:val="auto"/>
        </w:rPr>
        <w:t>gdje</w:t>
      </w:r>
      <w:proofErr w:type="spellEnd"/>
      <w:r w:rsidRPr="002C5433">
        <w:rPr>
          <w:color w:val="auto"/>
        </w:rPr>
        <w:t xml:space="preserve"> </w:t>
      </w:r>
      <w:proofErr w:type="spellStart"/>
      <w:r w:rsidRPr="002C5433">
        <w:rPr>
          <w:color w:val="auto"/>
        </w:rPr>
        <w:t>smo</w:t>
      </w:r>
      <w:proofErr w:type="spellEnd"/>
      <w:r w:rsidRPr="002C5433">
        <w:rPr>
          <w:color w:val="auto"/>
        </w:rPr>
        <w:t xml:space="preserve"> </w:t>
      </w:r>
      <w:proofErr w:type="spellStart"/>
      <w:r w:rsidRPr="002C5433">
        <w:rPr>
          <w:color w:val="auto"/>
        </w:rPr>
        <w:t>danas</w:t>
      </w:r>
      <w:proofErr w:type="spellEnd"/>
      <w:r w:rsidRPr="002C5433">
        <w:rPr>
          <w:color w:val="auto"/>
        </w:rPr>
        <w:t>?</w:t>
      </w:r>
    </w:p>
    <w:p w14:paraId="6031F708" w14:textId="5D190860" w:rsidR="0082524A" w:rsidRPr="002C5433" w:rsidRDefault="002526DE">
      <w:pPr>
        <w:spacing w:after="40"/>
      </w:pPr>
      <w:r w:rsidRPr="002C5433">
        <w:rPr>
          <w:b/>
        </w:rPr>
        <w:t xml:space="preserve">Datum: </w:t>
      </w:r>
      <w:r w:rsidRPr="002C5433">
        <w:t xml:space="preserve">septembar   </w:t>
      </w:r>
      <w:proofErr w:type="spellStart"/>
      <w:r w:rsidRPr="002C5433">
        <w:rPr>
          <w:b/>
        </w:rPr>
        <w:t>Organizator</w:t>
      </w:r>
      <w:proofErr w:type="spellEnd"/>
      <w:r w:rsidRPr="002C5433">
        <w:rPr>
          <w:b/>
        </w:rPr>
        <w:t xml:space="preserve">: </w:t>
      </w:r>
      <w:proofErr w:type="spellStart"/>
      <w:r w:rsidRPr="002C5433">
        <w:t>Sekretarijat</w:t>
      </w:r>
      <w:proofErr w:type="spellEnd"/>
      <w:r w:rsidRPr="002C5433">
        <w:t xml:space="preserve"> za </w:t>
      </w:r>
      <w:proofErr w:type="spellStart"/>
      <w:r w:rsidRPr="002C5433">
        <w:t>zaštitu</w:t>
      </w:r>
      <w:proofErr w:type="spellEnd"/>
      <w:r w:rsidRPr="002C5433">
        <w:t xml:space="preserve"> </w:t>
      </w:r>
      <w:proofErr w:type="spellStart"/>
      <w:r w:rsidRPr="002C5433">
        <w:t>životne</w:t>
      </w:r>
      <w:proofErr w:type="spellEnd"/>
      <w:r w:rsidRPr="002C5433">
        <w:t xml:space="preserve"> </w:t>
      </w:r>
      <w:proofErr w:type="spellStart"/>
      <w:r w:rsidRPr="002C5433">
        <w:t>sredine</w:t>
      </w:r>
      <w:proofErr w:type="spellEnd"/>
      <w:r w:rsidRPr="002C5433">
        <w:t xml:space="preserve">, </w:t>
      </w:r>
      <w:proofErr w:type="spellStart"/>
      <w:r w:rsidRPr="002C5433">
        <w:t>Opština</w:t>
      </w:r>
      <w:proofErr w:type="spellEnd"/>
      <w:r w:rsidRPr="002C5433">
        <w:t xml:space="preserve"> </w:t>
      </w:r>
      <w:proofErr w:type="spellStart"/>
      <w:r w:rsidRPr="002C5433">
        <w:t>Nikšić</w:t>
      </w:r>
      <w:proofErr w:type="spellEnd"/>
    </w:p>
    <w:p w14:paraId="77DEE51D" w14:textId="77777777" w:rsidR="0082524A" w:rsidRPr="002C5433" w:rsidRDefault="002526DE">
      <w:pPr>
        <w:spacing w:after="180"/>
      </w:pPr>
      <w:proofErr w:type="spellStart"/>
      <w:r w:rsidRPr="002C5433">
        <w:t>Višednevni</w:t>
      </w:r>
      <w:proofErr w:type="spellEnd"/>
      <w:r w:rsidRPr="002C5433">
        <w:t xml:space="preserve"> program o </w:t>
      </w:r>
      <w:proofErr w:type="spellStart"/>
      <w:r w:rsidRPr="002C5433">
        <w:t>prirodnom</w:t>
      </w:r>
      <w:proofErr w:type="spellEnd"/>
      <w:r w:rsidRPr="002C5433">
        <w:t xml:space="preserve"> </w:t>
      </w:r>
      <w:proofErr w:type="spellStart"/>
      <w:r w:rsidRPr="002C5433">
        <w:t>nasljeđu</w:t>
      </w:r>
      <w:proofErr w:type="spellEnd"/>
      <w:r w:rsidRPr="002C5433">
        <w:t xml:space="preserve"> </w:t>
      </w:r>
      <w:proofErr w:type="spellStart"/>
      <w:r w:rsidRPr="002C5433">
        <w:t>Nikšića</w:t>
      </w:r>
      <w:proofErr w:type="spellEnd"/>
      <w:r w:rsidRPr="002C5433">
        <w:t xml:space="preserve">; </w:t>
      </w:r>
      <w:proofErr w:type="spellStart"/>
      <w:r w:rsidRPr="002C5433">
        <w:t>centralna</w:t>
      </w:r>
      <w:proofErr w:type="spellEnd"/>
      <w:r w:rsidRPr="002C5433">
        <w:t xml:space="preserve"> panel </w:t>
      </w:r>
      <w:proofErr w:type="spellStart"/>
      <w:r w:rsidRPr="002C5433">
        <w:t>diskusija</w:t>
      </w:r>
      <w:proofErr w:type="spellEnd"/>
      <w:r w:rsidRPr="002C5433">
        <w:t xml:space="preserve"> o 35 </w:t>
      </w:r>
      <w:proofErr w:type="spellStart"/>
      <w:r w:rsidRPr="002C5433">
        <w:t>godina</w:t>
      </w:r>
      <w:proofErr w:type="spellEnd"/>
      <w:r w:rsidRPr="002C5433">
        <w:t xml:space="preserve"> </w:t>
      </w:r>
      <w:proofErr w:type="spellStart"/>
      <w:r w:rsidRPr="002C5433">
        <w:t>ekološke</w:t>
      </w:r>
      <w:proofErr w:type="spellEnd"/>
      <w:r w:rsidRPr="002C5433">
        <w:t xml:space="preserve"> </w:t>
      </w:r>
      <w:proofErr w:type="spellStart"/>
      <w:r w:rsidRPr="002C5433">
        <w:t>države</w:t>
      </w:r>
      <w:proofErr w:type="spellEnd"/>
      <w:r w:rsidRPr="002C5433">
        <w:t>.</w:t>
      </w:r>
    </w:p>
    <w:p w14:paraId="3D08895D" w14:textId="77777777" w:rsidR="0082524A" w:rsidRPr="002C5433" w:rsidRDefault="002526DE">
      <w:pPr>
        <w:pStyle w:val="Heading1"/>
        <w:rPr>
          <w:color w:val="auto"/>
        </w:rPr>
      </w:pPr>
      <w:r w:rsidRPr="002C5433">
        <w:rPr>
          <w:color w:val="auto"/>
        </w:rPr>
        <w:t>PODGORICA</w:t>
      </w:r>
    </w:p>
    <w:p w14:paraId="0B8A8A22" w14:textId="77777777" w:rsidR="0082524A" w:rsidRPr="002C5433" w:rsidRDefault="002526DE">
      <w:pPr>
        <w:pStyle w:val="Heading2"/>
        <w:rPr>
          <w:color w:val="auto"/>
        </w:rPr>
      </w:pPr>
      <w:proofErr w:type="spellStart"/>
      <w:r w:rsidRPr="002C5433">
        <w:rPr>
          <w:color w:val="auto"/>
        </w:rPr>
        <w:t>Zaštićena</w:t>
      </w:r>
      <w:proofErr w:type="spellEnd"/>
      <w:r w:rsidRPr="002C5433">
        <w:rPr>
          <w:color w:val="auto"/>
        </w:rPr>
        <w:t xml:space="preserve"> </w:t>
      </w:r>
      <w:proofErr w:type="spellStart"/>
      <w:r w:rsidRPr="002C5433">
        <w:rPr>
          <w:color w:val="auto"/>
        </w:rPr>
        <w:t>područja</w:t>
      </w:r>
      <w:proofErr w:type="spellEnd"/>
      <w:r w:rsidRPr="002C5433">
        <w:rPr>
          <w:color w:val="auto"/>
        </w:rPr>
        <w:t xml:space="preserve"> – </w:t>
      </w:r>
      <w:proofErr w:type="spellStart"/>
      <w:r w:rsidRPr="002C5433">
        <w:rPr>
          <w:color w:val="auto"/>
        </w:rPr>
        <w:t>čuvari</w:t>
      </w:r>
      <w:proofErr w:type="spellEnd"/>
      <w:r w:rsidRPr="002C5433">
        <w:rPr>
          <w:color w:val="auto"/>
        </w:rPr>
        <w:t xml:space="preserve"> </w:t>
      </w:r>
      <w:proofErr w:type="spellStart"/>
      <w:r w:rsidRPr="002C5433">
        <w:rPr>
          <w:color w:val="auto"/>
        </w:rPr>
        <w:t>prirodne</w:t>
      </w:r>
      <w:proofErr w:type="spellEnd"/>
      <w:r w:rsidRPr="002C5433">
        <w:rPr>
          <w:color w:val="auto"/>
        </w:rPr>
        <w:t xml:space="preserve"> </w:t>
      </w:r>
      <w:proofErr w:type="spellStart"/>
      <w:r w:rsidRPr="002C5433">
        <w:rPr>
          <w:color w:val="auto"/>
        </w:rPr>
        <w:t>i</w:t>
      </w:r>
      <w:proofErr w:type="spellEnd"/>
      <w:r w:rsidRPr="002C5433">
        <w:rPr>
          <w:color w:val="auto"/>
        </w:rPr>
        <w:t xml:space="preserve"> </w:t>
      </w:r>
      <w:proofErr w:type="spellStart"/>
      <w:r w:rsidRPr="002C5433">
        <w:rPr>
          <w:color w:val="auto"/>
        </w:rPr>
        <w:t>kulturne</w:t>
      </w:r>
      <w:proofErr w:type="spellEnd"/>
      <w:r w:rsidRPr="002C5433">
        <w:rPr>
          <w:color w:val="auto"/>
        </w:rPr>
        <w:t xml:space="preserve"> </w:t>
      </w:r>
      <w:proofErr w:type="spellStart"/>
      <w:r w:rsidRPr="002C5433">
        <w:rPr>
          <w:color w:val="auto"/>
        </w:rPr>
        <w:t>baštine</w:t>
      </w:r>
      <w:proofErr w:type="spellEnd"/>
    </w:p>
    <w:p w14:paraId="5CE1E98E" w14:textId="5649673C" w:rsidR="0082524A" w:rsidRPr="002C5433" w:rsidRDefault="002526DE">
      <w:pPr>
        <w:spacing w:after="40"/>
      </w:pPr>
      <w:r w:rsidRPr="002C5433">
        <w:rPr>
          <w:b/>
        </w:rPr>
        <w:t xml:space="preserve">Datum: </w:t>
      </w:r>
      <w:r w:rsidRPr="002C5433">
        <w:t xml:space="preserve"> </w:t>
      </w:r>
      <w:proofErr w:type="spellStart"/>
      <w:r w:rsidRPr="002C5433">
        <w:t>septembar</w:t>
      </w:r>
      <w:proofErr w:type="spellEnd"/>
      <w:r w:rsidRPr="002C5433">
        <w:t xml:space="preserve">   </w:t>
      </w:r>
      <w:proofErr w:type="spellStart"/>
      <w:r w:rsidRPr="002C5433">
        <w:rPr>
          <w:b/>
        </w:rPr>
        <w:t>Organizator</w:t>
      </w:r>
      <w:proofErr w:type="spellEnd"/>
      <w:r w:rsidRPr="002C5433">
        <w:rPr>
          <w:b/>
        </w:rPr>
        <w:t xml:space="preserve">: </w:t>
      </w:r>
      <w:r w:rsidRPr="002C5433">
        <w:t xml:space="preserve">JU </w:t>
      </w:r>
      <w:proofErr w:type="spellStart"/>
      <w:r w:rsidRPr="002C5433">
        <w:t>Prirodnjački</w:t>
      </w:r>
      <w:proofErr w:type="spellEnd"/>
      <w:r w:rsidRPr="002C5433">
        <w:t xml:space="preserve"> </w:t>
      </w:r>
      <w:proofErr w:type="spellStart"/>
      <w:r w:rsidRPr="002C5433">
        <w:t>muzej</w:t>
      </w:r>
      <w:proofErr w:type="spellEnd"/>
      <w:r w:rsidRPr="002C5433">
        <w:t xml:space="preserve"> </w:t>
      </w:r>
      <w:proofErr w:type="spellStart"/>
      <w:r w:rsidRPr="002C5433">
        <w:t>Crne</w:t>
      </w:r>
      <w:proofErr w:type="spellEnd"/>
      <w:r w:rsidRPr="002C5433">
        <w:t xml:space="preserve"> Gore</w:t>
      </w:r>
    </w:p>
    <w:p w14:paraId="61C9D70F" w14:textId="77777777" w:rsidR="0082524A" w:rsidRPr="002C5433" w:rsidRDefault="002526DE">
      <w:pPr>
        <w:spacing w:after="180"/>
      </w:pPr>
      <w:proofErr w:type="spellStart"/>
      <w:r w:rsidRPr="002C5433">
        <w:t>Radionice</w:t>
      </w:r>
      <w:proofErr w:type="spellEnd"/>
      <w:r w:rsidRPr="002C5433">
        <w:t xml:space="preserve"> o </w:t>
      </w:r>
      <w:proofErr w:type="spellStart"/>
      <w:r w:rsidRPr="002C5433">
        <w:t>tradicionalnom</w:t>
      </w:r>
      <w:proofErr w:type="spellEnd"/>
      <w:r w:rsidRPr="002C5433">
        <w:t xml:space="preserve"> </w:t>
      </w:r>
      <w:proofErr w:type="spellStart"/>
      <w:r w:rsidRPr="002C5433">
        <w:t>ribolovu</w:t>
      </w:r>
      <w:proofErr w:type="spellEnd"/>
      <w:r w:rsidRPr="002C5433">
        <w:t xml:space="preserve"> </w:t>
      </w:r>
      <w:proofErr w:type="spellStart"/>
      <w:r w:rsidRPr="002C5433">
        <w:t>na</w:t>
      </w:r>
      <w:proofErr w:type="spellEnd"/>
      <w:r w:rsidRPr="002C5433">
        <w:t xml:space="preserve"> </w:t>
      </w:r>
      <w:proofErr w:type="spellStart"/>
      <w:r w:rsidRPr="002C5433">
        <w:t>Skadarskom</w:t>
      </w:r>
      <w:proofErr w:type="spellEnd"/>
      <w:r w:rsidRPr="002C5433">
        <w:t xml:space="preserve"> </w:t>
      </w:r>
      <w:proofErr w:type="spellStart"/>
      <w:r w:rsidRPr="002C5433">
        <w:t>jezeru</w:t>
      </w:r>
      <w:proofErr w:type="spellEnd"/>
      <w:r w:rsidRPr="002C5433">
        <w:t xml:space="preserve"> </w:t>
      </w:r>
      <w:proofErr w:type="spellStart"/>
      <w:r w:rsidRPr="002C5433">
        <w:t>i</w:t>
      </w:r>
      <w:proofErr w:type="spellEnd"/>
      <w:r w:rsidRPr="002C5433">
        <w:t xml:space="preserve"> </w:t>
      </w:r>
      <w:proofErr w:type="spellStart"/>
      <w:r w:rsidRPr="002C5433">
        <w:t>ugroženim</w:t>
      </w:r>
      <w:proofErr w:type="spellEnd"/>
      <w:r w:rsidRPr="002C5433">
        <w:t xml:space="preserve"> </w:t>
      </w:r>
      <w:proofErr w:type="spellStart"/>
      <w:r w:rsidRPr="002C5433">
        <w:t>insektima</w:t>
      </w:r>
      <w:proofErr w:type="spellEnd"/>
      <w:r w:rsidRPr="002C5433">
        <w:t xml:space="preserve"> </w:t>
      </w:r>
      <w:proofErr w:type="spellStart"/>
      <w:r w:rsidRPr="002C5433">
        <w:t>Crne</w:t>
      </w:r>
      <w:proofErr w:type="spellEnd"/>
      <w:r w:rsidRPr="002C5433">
        <w:t xml:space="preserve"> Gore, </w:t>
      </w:r>
      <w:proofErr w:type="spellStart"/>
      <w:r w:rsidRPr="002C5433">
        <w:t>predavanja</w:t>
      </w:r>
      <w:proofErr w:type="spellEnd"/>
      <w:r w:rsidRPr="002C5433">
        <w:t xml:space="preserve"> </w:t>
      </w:r>
      <w:proofErr w:type="spellStart"/>
      <w:r w:rsidRPr="002C5433">
        <w:t>i</w:t>
      </w:r>
      <w:proofErr w:type="spellEnd"/>
      <w:r w:rsidRPr="002C5433">
        <w:t xml:space="preserve"> </w:t>
      </w:r>
      <w:proofErr w:type="spellStart"/>
      <w:r w:rsidRPr="002C5433">
        <w:t>edukativni</w:t>
      </w:r>
      <w:proofErr w:type="spellEnd"/>
      <w:r w:rsidRPr="002C5433">
        <w:t xml:space="preserve"> </w:t>
      </w:r>
      <w:proofErr w:type="spellStart"/>
      <w:r w:rsidRPr="002C5433">
        <w:t>sadržaji</w:t>
      </w:r>
      <w:proofErr w:type="spellEnd"/>
      <w:r w:rsidRPr="002C5433">
        <w:t>.</w:t>
      </w:r>
    </w:p>
    <w:p w14:paraId="174C3890" w14:textId="77777777" w:rsidR="0082524A" w:rsidRPr="002C5433" w:rsidRDefault="002526DE">
      <w:pPr>
        <w:pStyle w:val="Heading2"/>
        <w:rPr>
          <w:color w:val="auto"/>
        </w:rPr>
      </w:pPr>
      <w:proofErr w:type="spellStart"/>
      <w:r w:rsidRPr="002C5433">
        <w:rPr>
          <w:color w:val="auto"/>
        </w:rPr>
        <w:t>Besac</w:t>
      </w:r>
      <w:proofErr w:type="spellEnd"/>
      <w:r w:rsidRPr="002C5433">
        <w:rPr>
          <w:color w:val="auto"/>
        </w:rPr>
        <w:t xml:space="preserve"> </w:t>
      </w:r>
      <w:proofErr w:type="spellStart"/>
      <w:r w:rsidRPr="002C5433">
        <w:rPr>
          <w:color w:val="auto"/>
        </w:rPr>
        <w:t>i</w:t>
      </w:r>
      <w:proofErr w:type="spellEnd"/>
      <w:r w:rsidRPr="002C5433">
        <w:rPr>
          <w:color w:val="auto"/>
        </w:rPr>
        <w:t xml:space="preserve"> </w:t>
      </w:r>
      <w:proofErr w:type="spellStart"/>
      <w:r w:rsidRPr="002C5433">
        <w:rPr>
          <w:color w:val="auto"/>
        </w:rPr>
        <w:t>Grmožur</w:t>
      </w:r>
      <w:proofErr w:type="spellEnd"/>
      <w:r w:rsidRPr="002C5433">
        <w:rPr>
          <w:color w:val="auto"/>
        </w:rPr>
        <w:t xml:space="preserve"> – </w:t>
      </w:r>
      <w:proofErr w:type="spellStart"/>
      <w:r w:rsidRPr="002C5433">
        <w:rPr>
          <w:color w:val="auto"/>
        </w:rPr>
        <w:t>oživljavanje</w:t>
      </w:r>
      <w:proofErr w:type="spellEnd"/>
      <w:r w:rsidRPr="002C5433">
        <w:rPr>
          <w:color w:val="auto"/>
        </w:rPr>
        <w:t xml:space="preserve"> </w:t>
      </w:r>
      <w:proofErr w:type="spellStart"/>
      <w:r w:rsidRPr="002C5433">
        <w:rPr>
          <w:color w:val="auto"/>
        </w:rPr>
        <w:t>baštine</w:t>
      </w:r>
      <w:proofErr w:type="spellEnd"/>
      <w:r w:rsidRPr="002C5433">
        <w:rPr>
          <w:color w:val="auto"/>
        </w:rPr>
        <w:t xml:space="preserve"> </w:t>
      </w:r>
      <w:proofErr w:type="spellStart"/>
      <w:r w:rsidRPr="002C5433">
        <w:rPr>
          <w:color w:val="auto"/>
        </w:rPr>
        <w:t>kroz</w:t>
      </w:r>
      <w:proofErr w:type="spellEnd"/>
      <w:r w:rsidRPr="002C5433">
        <w:rPr>
          <w:color w:val="auto"/>
        </w:rPr>
        <w:t xml:space="preserve"> </w:t>
      </w:r>
      <w:proofErr w:type="spellStart"/>
      <w:r w:rsidRPr="002C5433">
        <w:rPr>
          <w:color w:val="auto"/>
        </w:rPr>
        <w:t>dodir</w:t>
      </w:r>
      <w:proofErr w:type="spellEnd"/>
      <w:r w:rsidRPr="002C5433">
        <w:rPr>
          <w:color w:val="auto"/>
        </w:rPr>
        <w:t xml:space="preserve">, </w:t>
      </w:r>
      <w:proofErr w:type="spellStart"/>
      <w:r w:rsidRPr="002C5433">
        <w:rPr>
          <w:color w:val="auto"/>
        </w:rPr>
        <w:t>riječ</w:t>
      </w:r>
      <w:proofErr w:type="spellEnd"/>
      <w:r w:rsidRPr="002C5433">
        <w:rPr>
          <w:color w:val="auto"/>
        </w:rPr>
        <w:t xml:space="preserve">, </w:t>
      </w:r>
      <w:proofErr w:type="spellStart"/>
      <w:r w:rsidRPr="002C5433">
        <w:rPr>
          <w:color w:val="auto"/>
        </w:rPr>
        <w:t>zvuk</w:t>
      </w:r>
      <w:proofErr w:type="spellEnd"/>
      <w:r w:rsidRPr="002C5433">
        <w:rPr>
          <w:color w:val="auto"/>
        </w:rPr>
        <w:t xml:space="preserve"> </w:t>
      </w:r>
      <w:proofErr w:type="spellStart"/>
      <w:r w:rsidRPr="002C5433">
        <w:rPr>
          <w:color w:val="auto"/>
        </w:rPr>
        <w:t>i</w:t>
      </w:r>
      <w:proofErr w:type="spellEnd"/>
      <w:r w:rsidRPr="002C5433">
        <w:rPr>
          <w:color w:val="auto"/>
        </w:rPr>
        <w:t xml:space="preserve"> </w:t>
      </w:r>
      <w:proofErr w:type="spellStart"/>
      <w:r w:rsidRPr="002C5433">
        <w:rPr>
          <w:color w:val="auto"/>
        </w:rPr>
        <w:t>ukus</w:t>
      </w:r>
      <w:proofErr w:type="spellEnd"/>
      <w:r w:rsidRPr="002C5433">
        <w:rPr>
          <w:color w:val="auto"/>
        </w:rPr>
        <w:t xml:space="preserve"> </w:t>
      </w:r>
      <w:proofErr w:type="spellStart"/>
      <w:r w:rsidRPr="002C5433">
        <w:rPr>
          <w:color w:val="auto"/>
        </w:rPr>
        <w:t>Crmnice</w:t>
      </w:r>
      <w:proofErr w:type="spellEnd"/>
    </w:p>
    <w:p w14:paraId="6222A52E" w14:textId="3610A326" w:rsidR="0082524A" w:rsidRPr="002C5433" w:rsidRDefault="002526DE">
      <w:pPr>
        <w:spacing w:after="40"/>
      </w:pPr>
      <w:r w:rsidRPr="002C5433">
        <w:rPr>
          <w:b/>
        </w:rPr>
        <w:t xml:space="preserve">Datum: </w:t>
      </w:r>
      <w:r w:rsidRPr="002C5433">
        <w:t xml:space="preserve"> </w:t>
      </w:r>
      <w:proofErr w:type="spellStart"/>
      <w:r w:rsidRPr="002C5433">
        <w:t>septembar</w:t>
      </w:r>
      <w:proofErr w:type="spellEnd"/>
      <w:r w:rsidRPr="002C5433">
        <w:t xml:space="preserve">   </w:t>
      </w:r>
      <w:proofErr w:type="spellStart"/>
      <w:r w:rsidRPr="002C5433">
        <w:rPr>
          <w:b/>
        </w:rPr>
        <w:t>Organizator</w:t>
      </w:r>
      <w:proofErr w:type="spellEnd"/>
      <w:r w:rsidRPr="002C5433">
        <w:rPr>
          <w:b/>
        </w:rPr>
        <w:t xml:space="preserve">: </w:t>
      </w:r>
      <w:r w:rsidRPr="002C5433">
        <w:t xml:space="preserve">JU </w:t>
      </w:r>
      <w:proofErr w:type="spellStart"/>
      <w:r w:rsidRPr="002C5433">
        <w:t>Biblioteka</w:t>
      </w:r>
      <w:proofErr w:type="spellEnd"/>
      <w:r w:rsidRPr="002C5433">
        <w:t xml:space="preserve"> </w:t>
      </w:r>
      <w:proofErr w:type="spellStart"/>
      <w:r w:rsidRPr="002C5433">
        <w:t>pristupačnih</w:t>
      </w:r>
      <w:proofErr w:type="spellEnd"/>
      <w:r w:rsidRPr="002C5433">
        <w:t xml:space="preserve"> </w:t>
      </w:r>
      <w:proofErr w:type="spellStart"/>
      <w:r w:rsidRPr="002C5433">
        <w:t>formata</w:t>
      </w:r>
      <w:proofErr w:type="spellEnd"/>
      <w:r w:rsidRPr="002C5433">
        <w:t xml:space="preserve"> </w:t>
      </w:r>
      <w:proofErr w:type="spellStart"/>
      <w:r w:rsidRPr="002C5433">
        <w:t>Crne</w:t>
      </w:r>
      <w:proofErr w:type="spellEnd"/>
      <w:r w:rsidRPr="002C5433">
        <w:t xml:space="preserve"> Gore „Vojislav </w:t>
      </w:r>
      <w:proofErr w:type="spellStart"/>
      <w:proofErr w:type="gramStart"/>
      <w:r w:rsidRPr="002C5433">
        <w:t>Minić</w:t>
      </w:r>
      <w:proofErr w:type="spellEnd"/>
      <w:r w:rsidRPr="002C5433">
        <w:t>“</w:t>
      </w:r>
      <w:proofErr w:type="gramEnd"/>
    </w:p>
    <w:p w14:paraId="6627D0BE" w14:textId="77777777" w:rsidR="0082524A" w:rsidRPr="002C5433" w:rsidRDefault="002526DE">
      <w:pPr>
        <w:spacing w:after="180"/>
      </w:pPr>
      <w:proofErr w:type="spellStart"/>
      <w:r w:rsidRPr="002C5433">
        <w:t>Pristupačan</w:t>
      </w:r>
      <w:proofErr w:type="spellEnd"/>
      <w:r w:rsidRPr="002C5433">
        <w:t xml:space="preserve"> </w:t>
      </w:r>
      <w:proofErr w:type="spellStart"/>
      <w:r w:rsidRPr="002C5433">
        <w:t>obilazak</w:t>
      </w:r>
      <w:proofErr w:type="spellEnd"/>
      <w:r w:rsidRPr="002C5433">
        <w:t xml:space="preserve"> </w:t>
      </w:r>
      <w:proofErr w:type="spellStart"/>
      <w:r w:rsidRPr="002C5433">
        <w:t>tvrđave</w:t>
      </w:r>
      <w:proofErr w:type="spellEnd"/>
      <w:r w:rsidRPr="002C5433">
        <w:t xml:space="preserve"> </w:t>
      </w:r>
      <w:proofErr w:type="spellStart"/>
      <w:r w:rsidRPr="002C5433">
        <w:t>Besac</w:t>
      </w:r>
      <w:proofErr w:type="spellEnd"/>
      <w:r w:rsidRPr="002C5433">
        <w:t xml:space="preserve">, </w:t>
      </w:r>
      <w:proofErr w:type="spellStart"/>
      <w:r w:rsidRPr="002C5433">
        <w:t>vožnja</w:t>
      </w:r>
      <w:proofErr w:type="spellEnd"/>
      <w:r w:rsidRPr="002C5433">
        <w:t xml:space="preserve"> </w:t>
      </w:r>
      <w:proofErr w:type="spellStart"/>
      <w:r w:rsidRPr="002C5433">
        <w:t>brodom</w:t>
      </w:r>
      <w:proofErr w:type="spellEnd"/>
      <w:r w:rsidRPr="002C5433">
        <w:t xml:space="preserve"> do </w:t>
      </w:r>
      <w:proofErr w:type="spellStart"/>
      <w:r w:rsidRPr="002C5433">
        <w:t>Grmožura</w:t>
      </w:r>
      <w:proofErr w:type="spellEnd"/>
      <w:r w:rsidRPr="002C5433">
        <w:t xml:space="preserve"> </w:t>
      </w:r>
      <w:proofErr w:type="spellStart"/>
      <w:r w:rsidRPr="002C5433">
        <w:t>i</w:t>
      </w:r>
      <w:proofErr w:type="spellEnd"/>
      <w:r w:rsidRPr="002C5433">
        <w:t xml:space="preserve"> </w:t>
      </w:r>
      <w:proofErr w:type="spellStart"/>
      <w:r w:rsidRPr="002C5433">
        <w:t>upoznavanje</w:t>
      </w:r>
      <w:proofErr w:type="spellEnd"/>
      <w:r w:rsidRPr="002C5433">
        <w:t xml:space="preserve"> </w:t>
      </w:r>
      <w:proofErr w:type="spellStart"/>
      <w:r w:rsidRPr="002C5433">
        <w:t>sa</w:t>
      </w:r>
      <w:proofErr w:type="spellEnd"/>
      <w:r w:rsidRPr="002C5433">
        <w:t xml:space="preserve"> </w:t>
      </w:r>
      <w:proofErr w:type="spellStart"/>
      <w:r w:rsidRPr="002C5433">
        <w:t>nematerijalnom</w:t>
      </w:r>
      <w:proofErr w:type="spellEnd"/>
      <w:r w:rsidRPr="002C5433">
        <w:t xml:space="preserve"> </w:t>
      </w:r>
      <w:proofErr w:type="spellStart"/>
      <w:r w:rsidRPr="002C5433">
        <w:t>baštinom</w:t>
      </w:r>
      <w:proofErr w:type="spellEnd"/>
      <w:r w:rsidRPr="002C5433">
        <w:t xml:space="preserve"> </w:t>
      </w:r>
      <w:proofErr w:type="spellStart"/>
      <w:r w:rsidRPr="002C5433">
        <w:t>Crmnice</w:t>
      </w:r>
      <w:proofErr w:type="spellEnd"/>
      <w:r w:rsidRPr="002C5433">
        <w:t>.</w:t>
      </w:r>
    </w:p>
    <w:p w14:paraId="207FEC9B" w14:textId="77777777" w:rsidR="0082524A" w:rsidRPr="002C5433" w:rsidRDefault="002526DE">
      <w:pPr>
        <w:pStyle w:val="Heading2"/>
        <w:rPr>
          <w:color w:val="auto"/>
        </w:rPr>
      </w:pPr>
      <w:proofErr w:type="spellStart"/>
      <w:r w:rsidRPr="002C5433">
        <w:rPr>
          <w:color w:val="auto"/>
        </w:rPr>
        <w:t>Minorni</w:t>
      </w:r>
      <w:proofErr w:type="spellEnd"/>
      <w:r w:rsidRPr="002C5433">
        <w:rPr>
          <w:color w:val="auto"/>
        </w:rPr>
        <w:t xml:space="preserve"> </w:t>
      </w:r>
      <w:proofErr w:type="spellStart"/>
      <w:r w:rsidRPr="002C5433">
        <w:rPr>
          <w:color w:val="auto"/>
        </w:rPr>
        <w:t>autori</w:t>
      </w:r>
      <w:proofErr w:type="spellEnd"/>
      <w:r w:rsidRPr="002C5433">
        <w:rPr>
          <w:color w:val="auto"/>
        </w:rPr>
        <w:t xml:space="preserve"> </w:t>
      </w:r>
      <w:proofErr w:type="spellStart"/>
      <w:r w:rsidRPr="002C5433">
        <w:rPr>
          <w:color w:val="auto"/>
        </w:rPr>
        <w:t>Crne</w:t>
      </w:r>
      <w:proofErr w:type="spellEnd"/>
      <w:r w:rsidRPr="002C5433">
        <w:rPr>
          <w:color w:val="auto"/>
        </w:rPr>
        <w:t xml:space="preserve"> Gore – </w:t>
      </w:r>
      <w:proofErr w:type="spellStart"/>
      <w:r w:rsidRPr="002C5433">
        <w:rPr>
          <w:color w:val="auto"/>
        </w:rPr>
        <w:t>vidljiva</w:t>
      </w:r>
      <w:proofErr w:type="spellEnd"/>
      <w:r w:rsidRPr="002C5433">
        <w:rPr>
          <w:color w:val="auto"/>
        </w:rPr>
        <w:t xml:space="preserve"> </w:t>
      </w:r>
      <w:proofErr w:type="spellStart"/>
      <w:r w:rsidRPr="002C5433">
        <w:rPr>
          <w:color w:val="auto"/>
        </w:rPr>
        <w:t>kulturna</w:t>
      </w:r>
      <w:proofErr w:type="spellEnd"/>
      <w:r w:rsidRPr="002C5433">
        <w:rPr>
          <w:color w:val="auto"/>
        </w:rPr>
        <w:t xml:space="preserve"> </w:t>
      </w:r>
      <w:proofErr w:type="spellStart"/>
      <w:r w:rsidRPr="002C5433">
        <w:rPr>
          <w:color w:val="auto"/>
        </w:rPr>
        <w:t>baština</w:t>
      </w:r>
      <w:proofErr w:type="spellEnd"/>
      <w:r w:rsidRPr="002C5433">
        <w:rPr>
          <w:color w:val="auto"/>
        </w:rPr>
        <w:t xml:space="preserve"> </w:t>
      </w:r>
      <w:proofErr w:type="spellStart"/>
      <w:r w:rsidRPr="002C5433">
        <w:rPr>
          <w:color w:val="auto"/>
        </w:rPr>
        <w:t>vjekova</w:t>
      </w:r>
      <w:proofErr w:type="spellEnd"/>
    </w:p>
    <w:p w14:paraId="66A4B925" w14:textId="0E4448AE" w:rsidR="0082524A" w:rsidRPr="002C5433" w:rsidRDefault="002526DE">
      <w:pPr>
        <w:spacing w:after="40"/>
      </w:pPr>
      <w:r w:rsidRPr="002C5433">
        <w:rPr>
          <w:b/>
        </w:rPr>
        <w:t xml:space="preserve">Datum: </w:t>
      </w:r>
      <w:r w:rsidRPr="002C5433">
        <w:t xml:space="preserve"> </w:t>
      </w:r>
      <w:proofErr w:type="spellStart"/>
      <w:r w:rsidRPr="002C5433">
        <w:t>septembar</w:t>
      </w:r>
      <w:proofErr w:type="spellEnd"/>
      <w:r w:rsidRPr="002C5433">
        <w:t xml:space="preserve">   </w:t>
      </w:r>
      <w:proofErr w:type="spellStart"/>
      <w:r w:rsidRPr="002C5433">
        <w:rPr>
          <w:b/>
        </w:rPr>
        <w:t>Organizator</w:t>
      </w:r>
      <w:proofErr w:type="spellEnd"/>
      <w:r w:rsidRPr="002C5433">
        <w:rPr>
          <w:b/>
        </w:rPr>
        <w:t xml:space="preserve">: </w:t>
      </w:r>
      <w:r w:rsidRPr="002C5433">
        <w:t>BOKA F d.o.o.</w:t>
      </w:r>
    </w:p>
    <w:p w14:paraId="585F9B2E" w14:textId="77777777" w:rsidR="0082524A" w:rsidRPr="002C5433" w:rsidRDefault="002526DE">
      <w:pPr>
        <w:spacing w:after="180"/>
      </w:pPr>
      <w:proofErr w:type="spellStart"/>
      <w:r w:rsidRPr="002C5433">
        <w:t>Prezentacija</w:t>
      </w:r>
      <w:proofErr w:type="spellEnd"/>
      <w:r w:rsidRPr="002C5433">
        <w:t xml:space="preserve"> </w:t>
      </w:r>
      <w:proofErr w:type="spellStart"/>
      <w:r w:rsidRPr="002C5433">
        <w:t>nasljeđa</w:t>
      </w:r>
      <w:proofErr w:type="spellEnd"/>
      <w:r w:rsidRPr="002C5433">
        <w:t xml:space="preserve"> </w:t>
      </w:r>
      <w:proofErr w:type="spellStart"/>
      <w:r w:rsidRPr="002C5433">
        <w:t>prepisivača</w:t>
      </w:r>
      <w:proofErr w:type="spellEnd"/>
      <w:r w:rsidRPr="002C5433">
        <w:t xml:space="preserve"> </w:t>
      </w:r>
      <w:proofErr w:type="spellStart"/>
      <w:r w:rsidRPr="002C5433">
        <w:t>starih</w:t>
      </w:r>
      <w:proofErr w:type="spellEnd"/>
      <w:r w:rsidRPr="002C5433">
        <w:t xml:space="preserve"> </w:t>
      </w:r>
      <w:proofErr w:type="spellStart"/>
      <w:r w:rsidRPr="002C5433">
        <w:t>sakralnih</w:t>
      </w:r>
      <w:proofErr w:type="spellEnd"/>
      <w:r w:rsidRPr="002C5433">
        <w:t xml:space="preserve"> </w:t>
      </w:r>
      <w:proofErr w:type="spellStart"/>
      <w:r w:rsidRPr="002C5433">
        <w:t>knjiga</w:t>
      </w:r>
      <w:proofErr w:type="spellEnd"/>
      <w:r w:rsidRPr="002C5433">
        <w:t xml:space="preserve"> </w:t>
      </w:r>
      <w:proofErr w:type="spellStart"/>
      <w:r w:rsidRPr="002C5433">
        <w:t>i</w:t>
      </w:r>
      <w:proofErr w:type="spellEnd"/>
      <w:r w:rsidRPr="002C5433">
        <w:t xml:space="preserve"> </w:t>
      </w:r>
      <w:proofErr w:type="spellStart"/>
      <w:r w:rsidRPr="002C5433">
        <w:t>mogućnosti</w:t>
      </w:r>
      <w:proofErr w:type="spellEnd"/>
      <w:r w:rsidRPr="002C5433">
        <w:t xml:space="preserve"> </w:t>
      </w:r>
      <w:proofErr w:type="spellStart"/>
      <w:r w:rsidRPr="002C5433">
        <w:t>njegovog</w:t>
      </w:r>
      <w:proofErr w:type="spellEnd"/>
      <w:r w:rsidRPr="002C5433">
        <w:t xml:space="preserve"> </w:t>
      </w:r>
      <w:proofErr w:type="spellStart"/>
      <w:r w:rsidRPr="002C5433">
        <w:t>predstavljanja</w:t>
      </w:r>
      <w:proofErr w:type="spellEnd"/>
      <w:r w:rsidRPr="002C5433">
        <w:t xml:space="preserve"> </w:t>
      </w:r>
      <w:proofErr w:type="spellStart"/>
      <w:r w:rsidRPr="002C5433">
        <w:t>i</w:t>
      </w:r>
      <w:proofErr w:type="spellEnd"/>
      <w:r w:rsidRPr="002C5433">
        <w:t xml:space="preserve"> </w:t>
      </w:r>
      <w:proofErr w:type="spellStart"/>
      <w:r w:rsidRPr="002C5433">
        <w:t>digitalizacije</w:t>
      </w:r>
      <w:proofErr w:type="spellEnd"/>
      <w:r w:rsidRPr="002C5433">
        <w:t>.</w:t>
      </w:r>
    </w:p>
    <w:p w14:paraId="66D10C46" w14:textId="77777777" w:rsidR="0082524A" w:rsidRPr="002C5433" w:rsidRDefault="002526DE">
      <w:pPr>
        <w:pStyle w:val="Heading2"/>
        <w:rPr>
          <w:color w:val="auto"/>
        </w:rPr>
      </w:pPr>
      <w:proofErr w:type="spellStart"/>
      <w:r w:rsidRPr="002C5433">
        <w:rPr>
          <w:color w:val="auto"/>
        </w:rPr>
        <w:t>Čuvari</w:t>
      </w:r>
      <w:proofErr w:type="spellEnd"/>
      <w:r w:rsidRPr="002C5433">
        <w:rPr>
          <w:color w:val="auto"/>
        </w:rPr>
        <w:t xml:space="preserve"> </w:t>
      </w:r>
      <w:proofErr w:type="spellStart"/>
      <w:r w:rsidRPr="002C5433">
        <w:rPr>
          <w:color w:val="auto"/>
        </w:rPr>
        <w:t>baštine</w:t>
      </w:r>
      <w:proofErr w:type="spellEnd"/>
      <w:r w:rsidRPr="002C5433">
        <w:rPr>
          <w:color w:val="auto"/>
        </w:rPr>
        <w:t xml:space="preserve"> </w:t>
      </w:r>
      <w:proofErr w:type="spellStart"/>
      <w:r w:rsidRPr="002C5433">
        <w:rPr>
          <w:color w:val="auto"/>
        </w:rPr>
        <w:t>Gusinje</w:t>
      </w:r>
      <w:proofErr w:type="spellEnd"/>
      <w:r w:rsidRPr="002C5433">
        <w:rPr>
          <w:color w:val="auto"/>
        </w:rPr>
        <w:t xml:space="preserve"> – </w:t>
      </w:r>
      <w:proofErr w:type="spellStart"/>
      <w:r w:rsidRPr="002C5433">
        <w:rPr>
          <w:color w:val="auto"/>
        </w:rPr>
        <w:t>mladi</w:t>
      </w:r>
      <w:proofErr w:type="spellEnd"/>
      <w:r w:rsidRPr="002C5433">
        <w:rPr>
          <w:color w:val="auto"/>
        </w:rPr>
        <w:t xml:space="preserve"> </w:t>
      </w:r>
      <w:proofErr w:type="spellStart"/>
      <w:r w:rsidRPr="002C5433">
        <w:rPr>
          <w:color w:val="auto"/>
        </w:rPr>
        <w:t>istraživači</w:t>
      </w:r>
      <w:proofErr w:type="spellEnd"/>
      <w:r w:rsidRPr="002C5433">
        <w:rPr>
          <w:color w:val="auto"/>
        </w:rPr>
        <w:t xml:space="preserve"> </w:t>
      </w:r>
      <w:proofErr w:type="spellStart"/>
      <w:r w:rsidRPr="002C5433">
        <w:rPr>
          <w:color w:val="auto"/>
        </w:rPr>
        <w:t>kulturne</w:t>
      </w:r>
      <w:proofErr w:type="spellEnd"/>
      <w:r w:rsidRPr="002C5433">
        <w:rPr>
          <w:color w:val="auto"/>
        </w:rPr>
        <w:t xml:space="preserve"> </w:t>
      </w:r>
      <w:proofErr w:type="spellStart"/>
      <w:r w:rsidRPr="002C5433">
        <w:rPr>
          <w:color w:val="auto"/>
        </w:rPr>
        <w:t>baštine</w:t>
      </w:r>
      <w:proofErr w:type="spellEnd"/>
    </w:p>
    <w:p w14:paraId="7CD0CE17" w14:textId="72FB0695" w:rsidR="0082524A" w:rsidRPr="002C5433" w:rsidRDefault="002526DE">
      <w:pPr>
        <w:spacing w:after="40"/>
      </w:pPr>
      <w:r w:rsidRPr="002C5433">
        <w:rPr>
          <w:b/>
        </w:rPr>
        <w:t>Datum:</w:t>
      </w:r>
      <w:r w:rsidRPr="002C5433">
        <w:t xml:space="preserve"> </w:t>
      </w:r>
      <w:proofErr w:type="spellStart"/>
      <w:r w:rsidRPr="002C5433">
        <w:t>septembar</w:t>
      </w:r>
      <w:proofErr w:type="spellEnd"/>
      <w:r w:rsidRPr="002C5433">
        <w:t xml:space="preserve">   </w:t>
      </w:r>
      <w:proofErr w:type="spellStart"/>
      <w:r w:rsidRPr="002C5433">
        <w:rPr>
          <w:b/>
        </w:rPr>
        <w:t>Organizator</w:t>
      </w:r>
      <w:proofErr w:type="spellEnd"/>
      <w:r w:rsidRPr="002C5433">
        <w:rPr>
          <w:b/>
        </w:rPr>
        <w:t xml:space="preserve">: </w:t>
      </w:r>
      <w:proofErr w:type="spellStart"/>
      <w:r w:rsidRPr="002C5433">
        <w:t>Montenesoft</w:t>
      </w:r>
      <w:proofErr w:type="spellEnd"/>
      <w:r w:rsidRPr="002C5433">
        <w:t xml:space="preserve"> d.o.o.</w:t>
      </w:r>
    </w:p>
    <w:p w14:paraId="717F4170" w14:textId="77777777" w:rsidR="0082524A" w:rsidRPr="002C5433" w:rsidRDefault="002526DE">
      <w:pPr>
        <w:spacing w:after="180"/>
      </w:pPr>
      <w:proofErr w:type="spellStart"/>
      <w:r w:rsidRPr="002C5433">
        <w:t>Edukativni</w:t>
      </w:r>
      <w:proofErr w:type="spellEnd"/>
      <w:r w:rsidRPr="002C5433">
        <w:t xml:space="preserve"> program </w:t>
      </w:r>
      <w:proofErr w:type="spellStart"/>
      <w:r w:rsidRPr="002C5433">
        <w:t>obuke</w:t>
      </w:r>
      <w:proofErr w:type="spellEnd"/>
      <w:r w:rsidRPr="002C5433">
        <w:t xml:space="preserve">, </w:t>
      </w:r>
      <w:proofErr w:type="spellStart"/>
      <w:r w:rsidRPr="002C5433">
        <w:t>istraživanja</w:t>
      </w:r>
      <w:proofErr w:type="spellEnd"/>
      <w:r w:rsidRPr="002C5433">
        <w:t xml:space="preserve"> </w:t>
      </w:r>
      <w:proofErr w:type="spellStart"/>
      <w:r w:rsidRPr="002C5433">
        <w:t>i</w:t>
      </w:r>
      <w:proofErr w:type="spellEnd"/>
      <w:r w:rsidRPr="002C5433">
        <w:t xml:space="preserve"> </w:t>
      </w:r>
      <w:proofErr w:type="spellStart"/>
      <w:r w:rsidRPr="002C5433">
        <w:t>dokumentovanja</w:t>
      </w:r>
      <w:proofErr w:type="spellEnd"/>
      <w:r w:rsidRPr="002C5433">
        <w:t xml:space="preserve"> </w:t>
      </w:r>
      <w:proofErr w:type="spellStart"/>
      <w:r w:rsidRPr="002C5433">
        <w:t>lokalne</w:t>
      </w:r>
      <w:proofErr w:type="spellEnd"/>
      <w:r w:rsidRPr="002C5433">
        <w:t xml:space="preserve"> </w:t>
      </w:r>
      <w:proofErr w:type="spellStart"/>
      <w:r w:rsidRPr="002C5433">
        <w:t>kulturne</w:t>
      </w:r>
      <w:proofErr w:type="spellEnd"/>
      <w:r w:rsidRPr="002C5433">
        <w:t xml:space="preserve"> </w:t>
      </w:r>
      <w:proofErr w:type="spellStart"/>
      <w:r w:rsidRPr="002C5433">
        <w:t>baštine</w:t>
      </w:r>
      <w:proofErr w:type="spellEnd"/>
      <w:r w:rsidRPr="002C5433">
        <w:t xml:space="preserve"> </w:t>
      </w:r>
      <w:proofErr w:type="spellStart"/>
      <w:r w:rsidRPr="002C5433">
        <w:t>Gusinja</w:t>
      </w:r>
      <w:proofErr w:type="spellEnd"/>
      <w:r w:rsidRPr="002C5433">
        <w:t>.</w:t>
      </w:r>
    </w:p>
    <w:p w14:paraId="39FE53E8" w14:textId="77777777" w:rsidR="0082524A" w:rsidRPr="002C5433" w:rsidRDefault="002526DE">
      <w:pPr>
        <w:pStyle w:val="Heading2"/>
        <w:rPr>
          <w:color w:val="auto"/>
        </w:rPr>
      </w:pPr>
      <w:proofErr w:type="spellStart"/>
      <w:r w:rsidRPr="002C5433">
        <w:rPr>
          <w:color w:val="auto"/>
        </w:rPr>
        <w:t>Vaze</w:t>
      </w:r>
      <w:proofErr w:type="spellEnd"/>
      <w:r w:rsidRPr="002C5433">
        <w:rPr>
          <w:color w:val="auto"/>
        </w:rPr>
        <w:t xml:space="preserve"> </w:t>
      </w:r>
      <w:proofErr w:type="spellStart"/>
      <w:r w:rsidRPr="002C5433">
        <w:rPr>
          <w:color w:val="auto"/>
        </w:rPr>
        <w:t>koje</w:t>
      </w:r>
      <w:proofErr w:type="spellEnd"/>
      <w:r w:rsidRPr="002C5433">
        <w:rPr>
          <w:color w:val="auto"/>
        </w:rPr>
        <w:t xml:space="preserve"> </w:t>
      </w:r>
      <w:proofErr w:type="spellStart"/>
      <w:r w:rsidRPr="002C5433">
        <w:rPr>
          <w:color w:val="auto"/>
        </w:rPr>
        <w:t>pamte</w:t>
      </w:r>
      <w:proofErr w:type="spellEnd"/>
      <w:r w:rsidRPr="002C5433">
        <w:rPr>
          <w:color w:val="auto"/>
        </w:rPr>
        <w:t xml:space="preserve"> – </w:t>
      </w:r>
      <w:proofErr w:type="spellStart"/>
      <w:r w:rsidRPr="002C5433">
        <w:rPr>
          <w:color w:val="auto"/>
        </w:rPr>
        <w:t>oživljavanje</w:t>
      </w:r>
      <w:proofErr w:type="spellEnd"/>
      <w:r w:rsidRPr="002C5433">
        <w:rPr>
          <w:color w:val="auto"/>
        </w:rPr>
        <w:t xml:space="preserve"> </w:t>
      </w:r>
      <w:proofErr w:type="spellStart"/>
      <w:r w:rsidRPr="002C5433">
        <w:rPr>
          <w:color w:val="auto"/>
        </w:rPr>
        <w:t>baštine</w:t>
      </w:r>
      <w:proofErr w:type="spellEnd"/>
      <w:r w:rsidRPr="002C5433">
        <w:rPr>
          <w:color w:val="auto"/>
        </w:rPr>
        <w:t xml:space="preserve"> </w:t>
      </w:r>
      <w:proofErr w:type="spellStart"/>
      <w:r w:rsidRPr="002C5433">
        <w:rPr>
          <w:color w:val="auto"/>
        </w:rPr>
        <w:t>kroz</w:t>
      </w:r>
      <w:proofErr w:type="spellEnd"/>
      <w:r w:rsidRPr="002C5433">
        <w:rPr>
          <w:color w:val="auto"/>
        </w:rPr>
        <w:t xml:space="preserve"> 3D </w:t>
      </w:r>
      <w:proofErr w:type="spellStart"/>
      <w:r w:rsidRPr="002C5433">
        <w:rPr>
          <w:color w:val="auto"/>
        </w:rPr>
        <w:t>crtanje</w:t>
      </w:r>
      <w:proofErr w:type="spellEnd"/>
      <w:r w:rsidRPr="002C5433">
        <w:rPr>
          <w:color w:val="auto"/>
        </w:rPr>
        <w:t xml:space="preserve"> </w:t>
      </w:r>
      <w:proofErr w:type="spellStart"/>
      <w:r w:rsidRPr="002C5433">
        <w:rPr>
          <w:color w:val="auto"/>
        </w:rPr>
        <w:t>i</w:t>
      </w:r>
      <w:proofErr w:type="spellEnd"/>
      <w:r w:rsidRPr="002C5433">
        <w:rPr>
          <w:color w:val="auto"/>
        </w:rPr>
        <w:t xml:space="preserve"> </w:t>
      </w:r>
      <w:proofErr w:type="spellStart"/>
      <w:r w:rsidRPr="002C5433">
        <w:rPr>
          <w:color w:val="auto"/>
        </w:rPr>
        <w:t>fotografije</w:t>
      </w:r>
      <w:proofErr w:type="spellEnd"/>
    </w:p>
    <w:p w14:paraId="6CE5CC9C" w14:textId="577C05FB" w:rsidR="0082524A" w:rsidRPr="002C5433" w:rsidRDefault="002526DE">
      <w:pPr>
        <w:spacing w:after="40"/>
      </w:pPr>
      <w:r w:rsidRPr="002C5433">
        <w:rPr>
          <w:b/>
        </w:rPr>
        <w:t>Datum:</w:t>
      </w:r>
      <w:r w:rsidRPr="002C5433">
        <w:t xml:space="preserve"> </w:t>
      </w:r>
      <w:proofErr w:type="spellStart"/>
      <w:r w:rsidRPr="002C5433">
        <w:t>septembar</w:t>
      </w:r>
      <w:proofErr w:type="spellEnd"/>
      <w:r w:rsidRPr="002C5433">
        <w:t xml:space="preserve">   </w:t>
      </w:r>
      <w:proofErr w:type="spellStart"/>
      <w:r w:rsidRPr="002C5433">
        <w:rPr>
          <w:b/>
        </w:rPr>
        <w:t>Organizator</w:t>
      </w:r>
      <w:proofErr w:type="spellEnd"/>
      <w:r w:rsidRPr="002C5433">
        <w:rPr>
          <w:b/>
        </w:rPr>
        <w:t xml:space="preserve">: </w:t>
      </w:r>
      <w:proofErr w:type="spellStart"/>
      <w:r w:rsidRPr="002C5433">
        <w:t>DigitalBee</w:t>
      </w:r>
      <w:proofErr w:type="spellEnd"/>
      <w:r w:rsidRPr="002C5433">
        <w:t xml:space="preserve"> d.o.o.</w:t>
      </w:r>
    </w:p>
    <w:p w14:paraId="46E77B00" w14:textId="77777777" w:rsidR="0082524A" w:rsidRPr="002C5433" w:rsidRDefault="002526DE">
      <w:pPr>
        <w:spacing w:after="180"/>
      </w:pPr>
      <w:proofErr w:type="spellStart"/>
      <w:r w:rsidRPr="002C5433">
        <w:t>Dvije</w:t>
      </w:r>
      <w:proofErr w:type="spellEnd"/>
      <w:r w:rsidRPr="002C5433">
        <w:t xml:space="preserve"> </w:t>
      </w:r>
      <w:proofErr w:type="spellStart"/>
      <w:r w:rsidRPr="002C5433">
        <w:t>edukativno-kreativne</w:t>
      </w:r>
      <w:proofErr w:type="spellEnd"/>
      <w:r w:rsidRPr="002C5433">
        <w:t xml:space="preserve"> </w:t>
      </w:r>
      <w:proofErr w:type="spellStart"/>
      <w:r w:rsidRPr="002C5433">
        <w:t>radionice</w:t>
      </w:r>
      <w:proofErr w:type="spellEnd"/>
      <w:r w:rsidRPr="002C5433">
        <w:t xml:space="preserve"> za </w:t>
      </w:r>
      <w:proofErr w:type="spellStart"/>
      <w:r w:rsidRPr="002C5433">
        <w:t>djecu</w:t>
      </w:r>
      <w:proofErr w:type="spellEnd"/>
      <w:r w:rsidRPr="002C5433">
        <w:t xml:space="preserve"> </w:t>
      </w:r>
      <w:proofErr w:type="spellStart"/>
      <w:r w:rsidRPr="002C5433">
        <w:t>uzrasta</w:t>
      </w:r>
      <w:proofErr w:type="spellEnd"/>
      <w:r w:rsidRPr="002C5433">
        <w:t xml:space="preserve"> 8–12 </w:t>
      </w:r>
      <w:proofErr w:type="spellStart"/>
      <w:r w:rsidRPr="002C5433">
        <w:t>godina</w:t>
      </w:r>
      <w:proofErr w:type="spellEnd"/>
      <w:r w:rsidRPr="002C5433">
        <w:t xml:space="preserve">, </w:t>
      </w:r>
      <w:proofErr w:type="spellStart"/>
      <w:r w:rsidRPr="002C5433">
        <w:t>sa</w:t>
      </w:r>
      <w:proofErr w:type="spellEnd"/>
      <w:r w:rsidRPr="002C5433">
        <w:t xml:space="preserve"> 3D </w:t>
      </w:r>
      <w:proofErr w:type="spellStart"/>
      <w:r w:rsidRPr="002C5433">
        <w:t>tehnologijama</w:t>
      </w:r>
      <w:proofErr w:type="spellEnd"/>
      <w:r w:rsidRPr="002C5433">
        <w:t xml:space="preserve"> </w:t>
      </w:r>
      <w:proofErr w:type="spellStart"/>
      <w:r w:rsidRPr="002C5433">
        <w:t>i</w:t>
      </w:r>
      <w:proofErr w:type="spellEnd"/>
      <w:r w:rsidRPr="002C5433">
        <w:t xml:space="preserve"> </w:t>
      </w:r>
      <w:proofErr w:type="spellStart"/>
      <w:r w:rsidRPr="002C5433">
        <w:t>fotografijom</w:t>
      </w:r>
      <w:proofErr w:type="spellEnd"/>
      <w:r w:rsidRPr="002C5433">
        <w:t>.</w:t>
      </w:r>
    </w:p>
    <w:p w14:paraId="3966926E" w14:textId="77777777" w:rsidR="0082524A" w:rsidRPr="002C5433" w:rsidRDefault="002526DE">
      <w:pPr>
        <w:pStyle w:val="Heading2"/>
        <w:rPr>
          <w:color w:val="auto"/>
        </w:rPr>
      </w:pPr>
      <w:proofErr w:type="spellStart"/>
      <w:r w:rsidRPr="002C5433">
        <w:rPr>
          <w:color w:val="auto"/>
        </w:rPr>
        <w:t>Glasovi</w:t>
      </w:r>
      <w:proofErr w:type="spellEnd"/>
      <w:r w:rsidRPr="002C5433">
        <w:rPr>
          <w:color w:val="auto"/>
        </w:rPr>
        <w:t xml:space="preserve"> </w:t>
      </w:r>
      <w:proofErr w:type="spellStart"/>
      <w:r w:rsidRPr="002C5433">
        <w:rPr>
          <w:color w:val="auto"/>
        </w:rPr>
        <w:t>baštine</w:t>
      </w:r>
      <w:proofErr w:type="spellEnd"/>
      <w:r w:rsidRPr="002C5433">
        <w:rPr>
          <w:color w:val="auto"/>
        </w:rPr>
        <w:t xml:space="preserve"> </w:t>
      </w:r>
      <w:proofErr w:type="spellStart"/>
      <w:r w:rsidRPr="002C5433">
        <w:rPr>
          <w:color w:val="auto"/>
        </w:rPr>
        <w:t>Kolašina</w:t>
      </w:r>
      <w:proofErr w:type="spellEnd"/>
      <w:r w:rsidRPr="002C5433">
        <w:rPr>
          <w:color w:val="auto"/>
        </w:rPr>
        <w:t xml:space="preserve"> – </w:t>
      </w:r>
      <w:proofErr w:type="spellStart"/>
      <w:r w:rsidRPr="002C5433">
        <w:rPr>
          <w:color w:val="auto"/>
        </w:rPr>
        <w:t>usmena</w:t>
      </w:r>
      <w:proofErr w:type="spellEnd"/>
      <w:r w:rsidRPr="002C5433">
        <w:rPr>
          <w:color w:val="auto"/>
        </w:rPr>
        <w:t xml:space="preserve"> </w:t>
      </w:r>
      <w:proofErr w:type="spellStart"/>
      <w:r w:rsidRPr="002C5433">
        <w:rPr>
          <w:color w:val="auto"/>
        </w:rPr>
        <w:t>baština</w:t>
      </w:r>
      <w:proofErr w:type="spellEnd"/>
      <w:r w:rsidRPr="002C5433">
        <w:rPr>
          <w:color w:val="auto"/>
        </w:rPr>
        <w:t xml:space="preserve"> </w:t>
      </w:r>
      <w:proofErr w:type="spellStart"/>
      <w:r w:rsidRPr="002C5433">
        <w:rPr>
          <w:color w:val="auto"/>
        </w:rPr>
        <w:t>kao</w:t>
      </w:r>
      <w:proofErr w:type="spellEnd"/>
      <w:r w:rsidRPr="002C5433">
        <w:rPr>
          <w:color w:val="auto"/>
        </w:rPr>
        <w:t xml:space="preserve"> most </w:t>
      </w:r>
      <w:proofErr w:type="spellStart"/>
      <w:r w:rsidRPr="002C5433">
        <w:rPr>
          <w:color w:val="auto"/>
        </w:rPr>
        <w:t>između</w:t>
      </w:r>
      <w:proofErr w:type="spellEnd"/>
      <w:r w:rsidRPr="002C5433">
        <w:rPr>
          <w:color w:val="auto"/>
        </w:rPr>
        <w:t xml:space="preserve"> </w:t>
      </w:r>
      <w:proofErr w:type="spellStart"/>
      <w:r w:rsidRPr="002C5433">
        <w:rPr>
          <w:color w:val="auto"/>
        </w:rPr>
        <w:t>generacija</w:t>
      </w:r>
      <w:proofErr w:type="spellEnd"/>
    </w:p>
    <w:p w14:paraId="2F0C613A" w14:textId="733AD16A" w:rsidR="0082524A" w:rsidRPr="002C5433" w:rsidRDefault="002526DE">
      <w:pPr>
        <w:spacing w:after="40"/>
      </w:pPr>
      <w:r w:rsidRPr="002C5433">
        <w:rPr>
          <w:b/>
        </w:rPr>
        <w:t>Datum:</w:t>
      </w:r>
      <w:r w:rsidRPr="002C5433">
        <w:t xml:space="preserve"> </w:t>
      </w:r>
      <w:proofErr w:type="spellStart"/>
      <w:r w:rsidRPr="002C5433">
        <w:t>septembar</w:t>
      </w:r>
      <w:proofErr w:type="spellEnd"/>
      <w:r w:rsidRPr="002C5433">
        <w:t xml:space="preserve">   </w:t>
      </w:r>
      <w:proofErr w:type="spellStart"/>
      <w:r w:rsidRPr="002C5433">
        <w:rPr>
          <w:b/>
        </w:rPr>
        <w:t>Organizator</w:t>
      </w:r>
      <w:proofErr w:type="spellEnd"/>
      <w:r w:rsidRPr="002C5433">
        <w:rPr>
          <w:b/>
        </w:rPr>
        <w:t xml:space="preserve">: </w:t>
      </w:r>
      <w:r w:rsidRPr="002C5433">
        <w:t>Open Doors Language Centre d.o.o.</w:t>
      </w:r>
    </w:p>
    <w:p w14:paraId="08FAAAB1" w14:textId="77777777" w:rsidR="0082524A" w:rsidRPr="002C5433" w:rsidRDefault="002526DE">
      <w:pPr>
        <w:spacing w:after="180"/>
      </w:pPr>
      <w:proofErr w:type="spellStart"/>
      <w:r w:rsidRPr="002C5433">
        <w:t>Radionice</w:t>
      </w:r>
      <w:proofErr w:type="spellEnd"/>
      <w:r w:rsidRPr="002C5433">
        <w:t xml:space="preserve"> </w:t>
      </w:r>
      <w:proofErr w:type="spellStart"/>
      <w:r w:rsidRPr="002C5433">
        <w:t>i</w:t>
      </w:r>
      <w:proofErr w:type="spellEnd"/>
      <w:r w:rsidRPr="002C5433">
        <w:t xml:space="preserve"> </w:t>
      </w:r>
      <w:proofErr w:type="spellStart"/>
      <w:r w:rsidRPr="002C5433">
        <w:t>razgovori</w:t>
      </w:r>
      <w:proofErr w:type="spellEnd"/>
      <w:r w:rsidRPr="002C5433">
        <w:t xml:space="preserve"> </w:t>
      </w:r>
      <w:proofErr w:type="spellStart"/>
      <w:r w:rsidRPr="002C5433">
        <w:t>sa</w:t>
      </w:r>
      <w:proofErr w:type="spellEnd"/>
      <w:r w:rsidRPr="002C5433">
        <w:t xml:space="preserve"> </w:t>
      </w:r>
      <w:proofErr w:type="spellStart"/>
      <w:r w:rsidRPr="002C5433">
        <w:t>starijim</w:t>
      </w:r>
      <w:proofErr w:type="spellEnd"/>
      <w:r w:rsidRPr="002C5433">
        <w:t xml:space="preserve"> </w:t>
      </w:r>
      <w:proofErr w:type="spellStart"/>
      <w:r w:rsidRPr="002C5433">
        <w:t>stanovnicima</w:t>
      </w:r>
      <w:proofErr w:type="spellEnd"/>
      <w:r w:rsidRPr="002C5433">
        <w:t xml:space="preserve">; </w:t>
      </w:r>
      <w:proofErr w:type="spellStart"/>
      <w:r w:rsidRPr="002C5433">
        <w:t>dokumentovanje</w:t>
      </w:r>
      <w:proofErr w:type="spellEnd"/>
      <w:r w:rsidRPr="002C5433">
        <w:t xml:space="preserve"> </w:t>
      </w:r>
      <w:proofErr w:type="spellStart"/>
      <w:r w:rsidRPr="002C5433">
        <w:t>predanja</w:t>
      </w:r>
      <w:proofErr w:type="spellEnd"/>
      <w:r w:rsidRPr="002C5433">
        <w:t xml:space="preserve"> </w:t>
      </w:r>
      <w:proofErr w:type="spellStart"/>
      <w:r w:rsidRPr="002C5433">
        <w:t>i</w:t>
      </w:r>
      <w:proofErr w:type="spellEnd"/>
      <w:r w:rsidRPr="002C5433">
        <w:t xml:space="preserve"> </w:t>
      </w:r>
      <w:proofErr w:type="spellStart"/>
      <w:r w:rsidRPr="002C5433">
        <w:t>izrada</w:t>
      </w:r>
      <w:proofErr w:type="spellEnd"/>
      <w:r w:rsidRPr="002C5433">
        <w:t xml:space="preserve"> </w:t>
      </w:r>
      <w:proofErr w:type="spellStart"/>
      <w:r w:rsidRPr="002C5433">
        <w:t>digitalne</w:t>
      </w:r>
      <w:proofErr w:type="spellEnd"/>
      <w:r w:rsidRPr="002C5433">
        <w:t xml:space="preserve"> </w:t>
      </w:r>
      <w:proofErr w:type="spellStart"/>
      <w:r w:rsidRPr="002C5433">
        <w:t>zbirke</w:t>
      </w:r>
      <w:proofErr w:type="spellEnd"/>
      <w:r w:rsidRPr="002C5433">
        <w:t>.</w:t>
      </w:r>
    </w:p>
    <w:p w14:paraId="1372F9C2" w14:textId="77777777" w:rsidR="0082524A" w:rsidRPr="002C5433" w:rsidRDefault="002526DE">
      <w:pPr>
        <w:pStyle w:val="Heading1"/>
        <w:rPr>
          <w:color w:val="auto"/>
        </w:rPr>
      </w:pPr>
      <w:r w:rsidRPr="002C5433">
        <w:rPr>
          <w:color w:val="auto"/>
        </w:rPr>
        <w:t>KOTOR</w:t>
      </w:r>
    </w:p>
    <w:p w14:paraId="3CE43675" w14:textId="77777777" w:rsidR="0082524A" w:rsidRPr="002C5433" w:rsidRDefault="002526DE">
      <w:pPr>
        <w:pStyle w:val="Heading2"/>
        <w:rPr>
          <w:color w:val="auto"/>
        </w:rPr>
      </w:pPr>
      <w:r w:rsidRPr="002C5433">
        <w:rPr>
          <w:color w:val="auto"/>
        </w:rPr>
        <w:t xml:space="preserve">PACIJENCA – </w:t>
      </w:r>
      <w:proofErr w:type="spellStart"/>
      <w:r w:rsidRPr="002C5433">
        <w:rPr>
          <w:color w:val="auto"/>
        </w:rPr>
        <w:t>vještina</w:t>
      </w:r>
      <w:proofErr w:type="spellEnd"/>
      <w:r w:rsidRPr="002C5433">
        <w:rPr>
          <w:color w:val="auto"/>
        </w:rPr>
        <w:t xml:space="preserve"> </w:t>
      </w:r>
      <w:proofErr w:type="spellStart"/>
      <w:r w:rsidRPr="002C5433">
        <w:rPr>
          <w:color w:val="auto"/>
        </w:rPr>
        <w:t>koja</w:t>
      </w:r>
      <w:proofErr w:type="spellEnd"/>
      <w:r w:rsidRPr="002C5433">
        <w:rPr>
          <w:color w:val="auto"/>
        </w:rPr>
        <w:t xml:space="preserve"> </w:t>
      </w:r>
      <w:proofErr w:type="spellStart"/>
      <w:r w:rsidRPr="002C5433">
        <w:rPr>
          <w:color w:val="auto"/>
        </w:rPr>
        <w:t>spaja</w:t>
      </w:r>
      <w:proofErr w:type="spellEnd"/>
      <w:r w:rsidRPr="002C5433">
        <w:rPr>
          <w:color w:val="auto"/>
        </w:rPr>
        <w:t xml:space="preserve"> </w:t>
      </w:r>
      <w:proofErr w:type="spellStart"/>
      <w:r w:rsidRPr="002C5433">
        <w:rPr>
          <w:color w:val="auto"/>
        </w:rPr>
        <w:t>generacije</w:t>
      </w:r>
      <w:proofErr w:type="spellEnd"/>
    </w:p>
    <w:p w14:paraId="1A09FC13" w14:textId="4241FA6A" w:rsidR="0082524A" w:rsidRPr="002C5433" w:rsidRDefault="002526DE">
      <w:pPr>
        <w:spacing w:after="40"/>
      </w:pPr>
      <w:r w:rsidRPr="002C5433">
        <w:rPr>
          <w:b/>
        </w:rPr>
        <w:t>Datum:</w:t>
      </w:r>
      <w:r w:rsidRPr="002C5433">
        <w:t xml:space="preserve"> </w:t>
      </w:r>
      <w:proofErr w:type="spellStart"/>
      <w:r w:rsidRPr="002C5433">
        <w:t>septembar</w:t>
      </w:r>
      <w:proofErr w:type="spellEnd"/>
      <w:r w:rsidRPr="002C5433">
        <w:t xml:space="preserve">   </w:t>
      </w:r>
      <w:proofErr w:type="spellStart"/>
      <w:r w:rsidRPr="002C5433">
        <w:rPr>
          <w:b/>
        </w:rPr>
        <w:t>Organizator</w:t>
      </w:r>
      <w:proofErr w:type="spellEnd"/>
      <w:r w:rsidRPr="002C5433">
        <w:rPr>
          <w:b/>
        </w:rPr>
        <w:t xml:space="preserve">: </w:t>
      </w:r>
      <w:r w:rsidRPr="002C5433">
        <w:t xml:space="preserve">OJU </w:t>
      </w:r>
      <w:proofErr w:type="spellStart"/>
      <w:r w:rsidRPr="002C5433">
        <w:t>Muzeji</w:t>
      </w:r>
      <w:proofErr w:type="spellEnd"/>
      <w:r w:rsidRPr="002C5433">
        <w:t xml:space="preserve"> Kotor</w:t>
      </w:r>
    </w:p>
    <w:p w14:paraId="0C182904" w14:textId="77777777" w:rsidR="0082524A" w:rsidRPr="002C5433" w:rsidRDefault="002526DE">
      <w:pPr>
        <w:spacing w:after="180"/>
      </w:pPr>
      <w:proofErr w:type="spellStart"/>
      <w:r w:rsidRPr="002C5433">
        <w:t>Izložba</w:t>
      </w:r>
      <w:proofErr w:type="spellEnd"/>
      <w:r w:rsidRPr="002C5433">
        <w:t xml:space="preserve"> </w:t>
      </w:r>
      <w:proofErr w:type="spellStart"/>
      <w:r w:rsidRPr="002C5433">
        <w:t>dobrotske</w:t>
      </w:r>
      <w:proofErr w:type="spellEnd"/>
      <w:r w:rsidRPr="002C5433">
        <w:t xml:space="preserve"> </w:t>
      </w:r>
      <w:proofErr w:type="spellStart"/>
      <w:r w:rsidRPr="002C5433">
        <w:t>čipke</w:t>
      </w:r>
      <w:proofErr w:type="spellEnd"/>
      <w:r w:rsidRPr="002C5433">
        <w:t xml:space="preserve"> </w:t>
      </w:r>
      <w:proofErr w:type="spellStart"/>
      <w:r w:rsidRPr="002C5433">
        <w:t>na</w:t>
      </w:r>
      <w:proofErr w:type="spellEnd"/>
      <w:r w:rsidRPr="002C5433">
        <w:t xml:space="preserve"> </w:t>
      </w:r>
      <w:proofErr w:type="spellStart"/>
      <w:r w:rsidRPr="002C5433">
        <w:t>trgu</w:t>
      </w:r>
      <w:proofErr w:type="spellEnd"/>
      <w:r w:rsidRPr="002C5433">
        <w:t xml:space="preserve"> </w:t>
      </w:r>
      <w:proofErr w:type="spellStart"/>
      <w:r w:rsidRPr="002C5433">
        <w:t>ispred</w:t>
      </w:r>
      <w:proofErr w:type="spellEnd"/>
      <w:r w:rsidRPr="002C5433">
        <w:t xml:space="preserve"> </w:t>
      </w:r>
      <w:proofErr w:type="spellStart"/>
      <w:r w:rsidRPr="002C5433">
        <w:t>Katedrale</w:t>
      </w:r>
      <w:proofErr w:type="spellEnd"/>
      <w:r w:rsidRPr="002C5433">
        <w:t xml:space="preserve"> </w:t>
      </w:r>
      <w:proofErr w:type="spellStart"/>
      <w:r w:rsidRPr="002C5433">
        <w:t>Sv</w:t>
      </w:r>
      <w:proofErr w:type="spellEnd"/>
      <w:r w:rsidRPr="002C5433">
        <w:t xml:space="preserve">. </w:t>
      </w:r>
      <w:proofErr w:type="spellStart"/>
      <w:r w:rsidRPr="002C5433">
        <w:t>Tripuna</w:t>
      </w:r>
      <w:proofErr w:type="spellEnd"/>
      <w:r w:rsidRPr="002C5433">
        <w:t xml:space="preserve">; </w:t>
      </w:r>
      <w:proofErr w:type="spellStart"/>
      <w:r w:rsidRPr="002C5433">
        <w:t>podrška</w:t>
      </w:r>
      <w:proofErr w:type="spellEnd"/>
      <w:r w:rsidRPr="002C5433">
        <w:t xml:space="preserve"> je u </w:t>
      </w:r>
      <w:proofErr w:type="spellStart"/>
      <w:r w:rsidRPr="002C5433">
        <w:t>materijalu</w:t>
      </w:r>
      <w:proofErr w:type="spellEnd"/>
      <w:r w:rsidRPr="002C5433">
        <w:t xml:space="preserve"> </w:t>
      </w:r>
      <w:proofErr w:type="spellStart"/>
      <w:r w:rsidRPr="002C5433">
        <w:t>označena</w:t>
      </w:r>
      <w:proofErr w:type="spellEnd"/>
      <w:r w:rsidRPr="002C5433">
        <w:t xml:space="preserve"> </w:t>
      </w:r>
      <w:proofErr w:type="spellStart"/>
      <w:r w:rsidRPr="002C5433">
        <w:t>kao</w:t>
      </w:r>
      <w:proofErr w:type="spellEnd"/>
      <w:r w:rsidRPr="002C5433">
        <w:t xml:space="preserve"> </w:t>
      </w:r>
      <w:proofErr w:type="spellStart"/>
      <w:r w:rsidRPr="002C5433">
        <w:t>uslovna</w:t>
      </w:r>
      <w:proofErr w:type="spellEnd"/>
      <w:r w:rsidRPr="002C5433">
        <w:t>.</w:t>
      </w:r>
    </w:p>
    <w:p w14:paraId="15EA3634" w14:textId="77777777" w:rsidR="0082524A" w:rsidRPr="002C5433" w:rsidRDefault="002526DE">
      <w:pPr>
        <w:pStyle w:val="Heading2"/>
        <w:rPr>
          <w:color w:val="auto"/>
        </w:rPr>
      </w:pPr>
      <w:proofErr w:type="spellStart"/>
      <w:r w:rsidRPr="002C5433">
        <w:rPr>
          <w:color w:val="auto"/>
        </w:rPr>
        <w:t>Kako</w:t>
      </w:r>
      <w:proofErr w:type="spellEnd"/>
      <w:r w:rsidRPr="002C5433">
        <w:rPr>
          <w:color w:val="auto"/>
        </w:rPr>
        <w:t xml:space="preserve"> </w:t>
      </w:r>
      <w:proofErr w:type="spellStart"/>
      <w:r w:rsidRPr="002C5433">
        <w:rPr>
          <w:color w:val="auto"/>
        </w:rPr>
        <w:t>mladi</w:t>
      </w:r>
      <w:proofErr w:type="spellEnd"/>
      <w:r w:rsidRPr="002C5433">
        <w:rPr>
          <w:color w:val="auto"/>
        </w:rPr>
        <w:t xml:space="preserve"> </w:t>
      </w:r>
      <w:proofErr w:type="spellStart"/>
      <w:r w:rsidRPr="002C5433">
        <w:rPr>
          <w:color w:val="auto"/>
        </w:rPr>
        <w:t>razumiju</w:t>
      </w:r>
      <w:proofErr w:type="spellEnd"/>
      <w:r w:rsidRPr="002C5433">
        <w:rPr>
          <w:color w:val="auto"/>
        </w:rPr>
        <w:t xml:space="preserve"> </w:t>
      </w:r>
      <w:proofErr w:type="spellStart"/>
      <w:r w:rsidRPr="002C5433">
        <w:rPr>
          <w:color w:val="auto"/>
        </w:rPr>
        <w:t>baštinu</w:t>
      </w:r>
      <w:proofErr w:type="spellEnd"/>
      <w:r w:rsidRPr="002C5433">
        <w:rPr>
          <w:color w:val="auto"/>
        </w:rPr>
        <w:t xml:space="preserve">: </w:t>
      </w:r>
      <w:proofErr w:type="spellStart"/>
      <w:r w:rsidRPr="002C5433">
        <w:rPr>
          <w:color w:val="auto"/>
        </w:rPr>
        <w:t>između</w:t>
      </w:r>
      <w:proofErr w:type="spellEnd"/>
      <w:r w:rsidRPr="002C5433">
        <w:rPr>
          <w:color w:val="auto"/>
        </w:rPr>
        <w:t xml:space="preserve"> </w:t>
      </w:r>
      <w:proofErr w:type="spellStart"/>
      <w:r w:rsidRPr="002C5433">
        <w:rPr>
          <w:color w:val="auto"/>
        </w:rPr>
        <w:t>tradicionalnog</w:t>
      </w:r>
      <w:proofErr w:type="spellEnd"/>
      <w:r w:rsidRPr="002C5433">
        <w:rPr>
          <w:color w:val="auto"/>
        </w:rPr>
        <w:t xml:space="preserve"> </w:t>
      </w:r>
      <w:proofErr w:type="spellStart"/>
      <w:r w:rsidRPr="002C5433">
        <w:rPr>
          <w:color w:val="auto"/>
        </w:rPr>
        <w:t>i</w:t>
      </w:r>
      <w:proofErr w:type="spellEnd"/>
      <w:r w:rsidRPr="002C5433">
        <w:rPr>
          <w:color w:val="auto"/>
        </w:rPr>
        <w:t xml:space="preserve"> </w:t>
      </w:r>
      <w:proofErr w:type="spellStart"/>
      <w:r w:rsidRPr="002C5433">
        <w:rPr>
          <w:color w:val="auto"/>
        </w:rPr>
        <w:t>savremenog</w:t>
      </w:r>
      <w:proofErr w:type="spellEnd"/>
    </w:p>
    <w:p w14:paraId="552E21C3" w14:textId="1262D233" w:rsidR="0082524A" w:rsidRPr="002C5433" w:rsidRDefault="002526DE">
      <w:pPr>
        <w:spacing w:after="40"/>
      </w:pPr>
      <w:r w:rsidRPr="002C5433">
        <w:rPr>
          <w:b/>
        </w:rPr>
        <w:t xml:space="preserve">Datum: </w:t>
      </w:r>
      <w:proofErr w:type="spellStart"/>
      <w:r w:rsidRPr="002C5433">
        <w:t>septembar</w:t>
      </w:r>
      <w:proofErr w:type="spellEnd"/>
      <w:r w:rsidRPr="002C5433">
        <w:t xml:space="preserve">   </w:t>
      </w:r>
      <w:proofErr w:type="spellStart"/>
      <w:r w:rsidRPr="002C5433">
        <w:rPr>
          <w:b/>
        </w:rPr>
        <w:t>Organizator</w:t>
      </w:r>
      <w:proofErr w:type="spellEnd"/>
      <w:r w:rsidRPr="002C5433">
        <w:rPr>
          <w:b/>
        </w:rPr>
        <w:t xml:space="preserve">: </w:t>
      </w:r>
      <w:proofErr w:type="spellStart"/>
      <w:r w:rsidRPr="002C5433">
        <w:t>Expeditio</w:t>
      </w:r>
      <w:proofErr w:type="spellEnd"/>
      <w:r w:rsidRPr="002C5433">
        <w:t xml:space="preserve"> architects d.o.o.</w:t>
      </w:r>
    </w:p>
    <w:p w14:paraId="65D20A82" w14:textId="77777777" w:rsidR="0082524A" w:rsidRPr="002C5433" w:rsidRDefault="002526DE">
      <w:pPr>
        <w:spacing w:after="180"/>
      </w:pPr>
      <w:proofErr w:type="spellStart"/>
      <w:r w:rsidRPr="002C5433">
        <w:t>Javna</w:t>
      </w:r>
      <w:proofErr w:type="spellEnd"/>
      <w:r w:rsidRPr="002C5433">
        <w:t xml:space="preserve"> </w:t>
      </w:r>
      <w:proofErr w:type="spellStart"/>
      <w:r w:rsidRPr="002C5433">
        <w:t>debata</w:t>
      </w:r>
      <w:proofErr w:type="spellEnd"/>
      <w:r w:rsidRPr="002C5433">
        <w:t xml:space="preserve"> u </w:t>
      </w:r>
      <w:proofErr w:type="spellStart"/>
      <w:r w:rsidRPr="002C5433">
        <w:t>saradnji</w:t>
      </w:r>
      <w:proofErr w:type="spellEnd"/>
      <w:r w:rsidRPr="002C5433">
        <w:t xml:space="preserve"> </w:t>
      </w:r>
      <w:proofErr w:type="spellStart"/>
      <w:r w:rsidRPr="002C5433">
        <w:t>sa</w:t>
      </w:r>
      <w:proofErr w:type="spellEnd"/>
      <w:r w:rsidRPr="002C5433">
        <w:t xml:space="preserve"> </w:t>
      </w:r>
      <w:proofErr w:type="spellStart"/>
      <w:r w:rsidRPr="002C5433">
        <w:t>Debatnim</w:t>
      </w:r>
      <w:proofErr w:type="spellEnd"/>
      <w:r w:rsidRPr="002C5433">
        <w:t xml:space="preserve"> </w:t>
      </w:r>
      <w:proofErr w:type="spellStart"/>
      <w:r w:rsidRPr="002C5433">
        <w:t>klubom</w:t>
      </w:r>
      <w:proofErr w:type="spellEnd"/>
      <w:r w:rsidRPr="002C5433">
        <w:t xml:space="preserve"> </w:t>
      </w:r>
      <w:proofErr w:type="spellStart"/>
      <w:r w:rsidRPr="002C5433">
        <w:t>Gimnazije</w:t>
      </w:r>
      <w:proofErr w:type="spellEnd"/>
      <w:r w:rsidRPr="002C5433">
        <w:t xml:space="preserve"> Kotor o </w:t>
      </w:r>
      <w:proofErr w:type="spellStart"/>
      <w:r w:rsidRPr="002C5433">
        <w:t>očuvanju</w:t>
      </w:r>
      <w:proofErr w:type="spellEnd"/>
      <w:r w:rsidRPr="002C5433">
        <w:t xml:space="preserve"> </w:t>
      </w:r>
      <w:proofErr w:type="spellStart"/>
      <w:r w:rsidRPr="002C5433">
        <w:t>kulturnog</w:t>
      </w:r>
      <w:proofErr w:type="spellEnd"/>
      <w:r w:rsidRPr="002C5433">
        <w:t xml:space="preserve"> </w:t>
      </w:r>
      <w:proofErr w:type="spellStart"/>
      <w:r w:rsidRPr="002C5433">
        <w:t>nasljeđa</w:t>
      </w:r>
      <w:proofErr w:type="spellEnd"/>
      <w:r w:rsidRPr="002C5433">
        <w:t xml:space="preserve"> </w:t>
      </w:r>
      <w:proofErr w:type="spellStart"/>
      <w:r w:rsidRPr="002C5433">
        <w:t>i</w:t>
      </w:r>
      <w:proofErr w:type="spellEnd"/>
      <w:r w:rsidRPr="002C5433">
        <w:t xml:space="preserve"> </w:t>
      </w:r>
      <w:proofErr w:type="spellStart"/>
      <w:r w:rsidRPr="002C5433">
        <w:t>razvoju</w:t>
      </w:r>
      <w:proofErr w:type="spellEnd"/>
      <w:r w:rsidRPr="002C5433">
        <w:t xml:space="preserve"> </w:t>
      </w:r>
      <w:proofErr w:type="spellStart"/>
      <w:r w:rsidRPr="002C5433">
        <w:t>lokalne</w:t>
      </w:r>
      <w:proofErr w:type="spellEnd"/>
      <w:r w:rsidRPr="002C5433">
        <w:t xml:space="preserve"> </w:t>
      </w:r>
      <w:proofErr w:type="spellStart"/>
      <w:r w:rsidRPr="002C5433">
        <w:t>zajednice</w:t>
      </w:r>
      <w:proofErr w:type="spellEnd"/>
      <w:r w:rsidRPr="002C5433">
        <w:t>.</w:t>
      </w:r>
    </w:p>
    <w:p w14:paraId="45EA00CE" w14:textId="77777777" w:rsidR="0082524A" w:rsidRPr="002C5433" w:rsidRDefault="002526DE">
      <w:pPr>
        <w:pStyle w:val="Heading1"/>
        <w:rPr>
          <w:color w:val="auto"/>
        </w:rPr>
      </w:pPr>
      <w:r w:rsidRPr="002C5433">
        <w:rPr>
          <w:color w:val="auto"/>
        </w:rPr>
        <w:lastRenderedPageBreak/>
        <w:t>CETINJE</w:t>
      </w:r>
    </w:p>
    <w:p w14:paraId="3D2DC809" w14:textId="77777777" w:rsidR="0082524A" w:rsidRPr="002C5433" w:rsidRDefault="002526DE">
      <w:pPr>
        <w:pStyle w:val="Heading2"/>
        <w:rPr>
          <w:color w:val="auto"/>
        </w:rPr>
      </w:pPr>
      <w:proofErr w:type="spellStart"/>
      <w:r w:rsidRPr="002C5433">
        <w:rPr>
          <w:color w:val="auto"/>
        </w:rPr>
        <w:t>Oživimo</w:t>
      </w:r>
      <w:proofErr w:type="spellEnd"/>
      <w:r w:rsidRPr="002C5433">
        <w:rPr>
          <w:color w:val="auto"/>
        </w:rPr>
        <w:t xml:space="preserve"> </w:t>
      </w:r>
      <w:proofErr w:type="spellStart"/>
      <w:r w:rsidRPr="002C5433">
        <w:rPr>
          <w:color w:val="auto"/>
        </w:rPr>
        <w:t>baštinu</w:t>
      </w:r>
      <w:proofErr w:type="spellEnd"/>
      <w:r w:rsidRPr="002C5433">
        <w:rPr>
          <w:color w:val="auto"/>
        </w:rPr>
        <w:t xml:space="preserve"> </w:t>
      </w:r>
      <w:proofErr w:type="spellStart"/>
      <w:r w:rsidRPr="002C5433">
        <w:rPr>
          <w:color w:val="auto"/>
        </w:rPr>
        <w:t>zajedno</w:t>
      </w:r>
      <w:proofErr w:type="spellEnd"/>
    </w:p>
    <w:p w14:paraId="205FDC03" w14:textId="1B3BDC20" w:rsidR="0082524A" w:rsidRPr="002C5433" w:rsidRDefault="002526DE">
      <w:pPr>
        <w:spacing w:after="40"/>
      </w:pPr>
      <w:r w:rsidRPr="002C5433">
        <w:rPr>
          <w:b/>
        </w:rPr>
        <w:t xml:space="preserve">Datum: </w:t>
      </w:r>
      <w:proofErr w:type="spellStart"/>
      <w:r w:rsidRPr="002C5433">
        <w:t>septembar</w:t>
      </w:r>
      <w:proofErr w:type="spellEnd"/>
      <w:r w:rsidRPr="002C5433">
        <w:t xml:space="preserve">   </w:t>
      </w:r>
      <w:proofErr w:type="spellStart"/>
      <w:r w:rsidRPr="002C5433">
        <w:rPr>
          <w:b/>
        </w:rPr>
        <w:t>Organizator</w:t>
      </w:r>
      <w:proofErr w:type="spellEnd"/>
      <w:r w:rsidRPr="002C5433">
        <w:rPr>
          <w:b/>
        </w:rPr>
        <w:t xml:space="preserve">: </w:t>
      </w:r>
      <w:proofErr w:type="spellStart"/>
      <w:r w:rsidRPr="002C5433">
        <w:t>Prijestonica</w:t>
      </w:r>
      <w:proofErr w:type="spellEnd"/>
      <w:r w:rsidRPr="002C5433">
        <w:t xml:space="preserve"> Cetinje – </w:t>
      </w:r>
      <w:proofErr w:type="spellStart"/>
      <w:r w:rsidRPr="002C5433">
        <w:t>Sekretarijat</w:t>
      </w:r>
      <w:proofErr w:type="spellEnd"/>
      <w:r w:rsidRPr="002C5433">
        <w:t xml:space="preserve"> za </w:t>
      </w:r>
      <w:proofErr w:type="spellStart"/>
      <w:r w:rsidRPr="002C5433">
        <w:t>kulturu</w:t>
      </w:r>
      <w:proofErr w:type="spellEnd"/>
    </w:p>
    <w:p w14:paraId="1888114B" w14:textId="77777777" w:rsidR="0082524A" w:rsidRPr="002C5433" w:rsidRDefault="002526DE">
      <w:pPr>
        <w:spacing w:after="180"/>
      </w:pPr>
      <w:proofErr w:type="spellStart"/>
      <w:r w:rsidRPr="002C5433">
        <w:t>Radionica</w:t>
      </w:r>
      <w:proofErr w:type="spellEnd"/>
      <w:r w:rsidRPr="002C5433">
        <w:t xml:space="preserve"> </w:t>
      </w:r>
      <w:proofErr w:type="spellStart"/>
      <w:r w:rsidRPr="002C5433">
        <w:t>tradicionalnog</w:t>
      </w:r>
      <w:proofErr w:type="spellEnd"/>
      <w:r w:rsidRPr="002C5433">
        <w:t xml:space="preserve"> </w:t>
      </w:r>
      <w:proofErr w:type="spellStart"/>
      <w:r w:rsidRPr="002C5433">
        <w:t>tkanja</w:t>
      </w:r>
      <w:proofErr w:type="spellEnd"/>
      <w:r w:rsidRPr="002C5433">
        <w:t>, audio-</w:t>
      </w:r>
      <w:proofErr w:type="spellStart"/>
      <w:r w:rsidRPr="002C5433">
        <w:t>vizuelni</w:t>
      </w:r>
      <w:proofErr w:type="spellEnd"/>
      <w:r w:rsidRPr="002C5433">
        <w:t xml:space="preserve"> </w:t>
      </w:r>
      <w:proofErr w:type="spellStart"/>
      <w:r w:rsidRPr="002C5433">
        <w:t>i</w:t>
      </w:r>
      <w:proofErr w:type="spellEnd"/>
      <w:r w:rsidRPr="002C5433">
        <w:t xml:space="preserve"> </w:t>
      </w:r>
      <w:proofErr w:type="spellStart"/>
      <w:r w:rsidRPr="002C5433">
        <w:t>virtuelni</w:t>
      </w:r>
      <w:proofErr w:type="spellEnd"/>
      <w:r w:rsidRPr="002C5433">
        <w:t xml:space="preserve"> </w:t>
      </w:r>
      <w:proofErr w:type="spellStart"/>
      <w:r w:rsidRPr="002C5433">
        <w:t>sadržaji</w:t>
      </w:r>
      <w:proofErr w:type="spellEnd"/>
      <w:r w:rsidRPr="002C5433">
        <w:t xml:space="preserve"> o </w:t>
      </w:r>
      <w:proofErr w:type="spellStart"/>
      <w:r w:rsidRPr="002C5433">
        <w:t>ugroženim</w:t>
      </w:r>
      <w:proofErr w:type="spellEnd"/>
      <w:r w:rsidRPr="002C5433">
        <w:t xml:space="preserve"> </w:t>
      </w:r>
      <w:proofErr w:type="spellStart"/>
      <w:r w:rsidRPr="002C5433">
        <w:t>lokalitetima</w:t>
      </w:r>
      <w:proofErr w:type="spellEnd"/>
      <w:r w:rsidRPr="002C5433">
        <w:t xml:space="preserve"> </w:t>
      </w:r>
      <w:proofErr w:type="spellStart"/>
      <w:r w:rsidRPr="002C5433">
        <w:t>i</w:t>
      </w:r>
      <w:proofErr w:type="spellEnd"/>
      <w:r w:rsidRPr="002C5433">
        <w:t xml:space="preserve"> </w:t>
      </w:r>
      <w:proofErr w:type="spellStart"/>
      <w:r w:rsidRPr="002C5433">
        <w:t>publikacija</w:t>
      </w:r>
      <w:proofErr w:type="spellEnd"/>
      <w:r w:rsidRPr="002C5433">
        <w:t xml:space="preserve"> o </w:t>
      </w:r>
      <w:proofErr w:type="spellStart"/>
      <w:r w:rsidRPr="002C5433">
        <w:t>deset</w:t>
      </w:r>
      <w:proofErr w:type="spellEnd"/>
      <w:r w:rsidRPr="002C5433">
        <w:t xml:space="preserve"> </w:t>
      </w:r>
      <w:proofErr w:type="spellStart"/>
      <w:r w:rsidRPr="002C5433">
        <w:t>godina</w:t>
      </w:r>
      <w:proofErr w:type="spellEnd"/>
      <w:r w:rsidRPr="002C5433">
        <w:t xml:space="preserve"> Dana </w:t>
      </w:r>
      <w:proofErr w:type="spellStart"/>
      <w:r w:rsidRPr="002C5433">
        <w:t>evropske</w:t>
      </w:r>
      <w:proofErr w:type="spellEnd"/>
      <w:r w:rsidRPr="002C5433">
        <w:t xml:space="preserve"> </w:t>
      </w:r>
      <w:proofErr w:type="spellStart"/>
      <w:r w:rsidRPr="002C5433">
        <w:t>baštine</w:t>
      </w:r>
      <w:proofErr w:type="spellEnd"/>
      <w:r w:rsidRPr="002C5433">
        <w:t xml:space="preserve"> </w:t>
      </w:r>
      <w:proofErr w:type="spellStart"/>
      <w:r w:rsidRPr="002C5433">
        <w:t>na</w:t>
      </w:r>
      <w:proofErr w:type="spellEnd"/>
      <w:r w:rsidRPr="002C5433">
        <w:t xml:space="preserve"> </w:t>
      </w:r>
      <w:proofErr w:type="spellStart"/>
      <w:r w:rsidRPr="002C5433">
        <w:t>Cetinju</w:t>
      </w:r>
      <w:proofErr w:type="spellEnd"/>
      <w:r w:rsidRPr="002C5433">
        <w:t>.</w:t>
      </w:r>
    </w:p>
    <w:p w14:paraId="370C388C" w14:textId="77777777" w:rsidR="0082524A" w:rsidRPr="002C5433" w:rsidRDefault="002526DE">
      <w:pPr>
        <w:pStyle w:val="Heading1"/>
        <w:rPr>
          <w:color w:val="auto"/>
        </w:rPr>
      </w:pPr>
      <w:r w:rsidRPr="002C5433">
        <w:rPr>
          <w:color w:val="auto"/>
        </w:rPr>
        <w:t>PLJEVLJA</w:t>
      </w:r>
    </w:p>
    <w:p w14:paraId="6AE22594" w14:textId="77777777" w:rsidR="0082524A" w:rsidRPr="002C5433" w:rsidRDefault="002526DE">
      <w:pPr>
        <w:pStyle w:val="Heading2"/>
        <w:rPr>
          <w:color w:val="auto"/>
        </w:rPr>
      </w:pPr>
      <w:proofErr w:type="spellStart"/>
      <w:r w:rsidRPr="002C5433">
        <w:rPr>
          <w:color w:val="auto"/>
        </w:rPr>
        <w:t>Baština</w:t>
      </w:r>
      <w:proofErr w:type="spellEnd"/>
      <w:r w:rsidRPr="002C5433">
        <w:rPr>
          <w:color w:val="auto"/>
        </w:rPr>
        <w:t xml:space="preserve"> </w:t>
      </w:r>
      <w:proofErr w:type="spellStart"/>
      <w:r w:rsidRPr="002C5433">
        <w:rPr>
          <w:color w:val="auto"/>
        </w:rPr>
        <w:t>na</w:t>
      </w:r>
      <w:proofErr w:type="spellEnd"/>
      <w:r w:rsidRPr="002C5433">
        <w:rPr>
          <w:color w:val="auto"/>
        </w:rPr>
        <w:t xml:space="preserve"> </w:t>
      </w:r>
      <w:proofErr w:type="spellStart"/>
      <w:r w:rsidRPr="002C5433">
        <w:rPr>
          <w:color w:val="auto"/>
        </w:rPr>
        <w:t>dohvat</w:t>
      </w:r>
      <w:proofErr w:type="spellEnd"/>
      <w:r w:rsidRPr="002C5433">
        <w:rPr>
          <w:color w:val="auto"/>
        </w:rPr>
        <w:t xml:space="preserve"> </w:t>
      </w:r>
      <w:proofErr w:type="spellStart"/>
      <w:r w:rsidRPr="002C5433">
        <w:rPr>
          <w:color w:val="auto"/>
        </w:rPr>
        <w:t>ruke</w:t>
      </w:r>
      <w:proofErr w:type="spellEnd"/>
      <w:r w:rsidRPr="002C5433">
        <w:rPr>
          <w:color w:val="auto"/>
        </w:rPr>
        <w:t xml:space="preserve"> – </w:t>
      </w:r>
      <w:proofErr w:type="spellStart"/>
      <w:r w:rsidRPr="002C5433">
        <w:rPr>
          <w:color w:val="auto"/>
        </w:rPr>
        <w:t>Zavičajni</w:t>
      </w:r>
      <w:proofErr w:type="spellEnd"/>
      <w:r w:rsidRPr="002C5433">
        <w:rPr>
          <w:color w:val="auto"/>
        </w:rPr>
        <w:t xml:space="preserve"> </w:t>
      </w:r>
      <w:proofErr w:type="spellStart"/>
      <w:r w:rsidRPr="002C5433">
        <w:rPr>
          <w:color w:val="auto"/>
        </w:rPr>
        <w:t>muzej</w:t>
      </w:r>
      <w:proofErr w:type="spellEnd"/>
      <w:r w:rsidRPr="002C5433">
        <w:rPr>
          <w:color w:val="auto"/>
        </w:rPr>
        <w:t xml:space="preserve"> u </w:t>
      </w:r>
      <w:proofErr w:type="spellStart"/>
      <w:r w:rsidRPr="002C5433">
        <w:rPr>
          <w:color w:val="auto"/>
        </w:rPr>
        <w:t>gostima</w:t>
      </w:r>
      <w:proofErr w:type="spellEnd"/>
      <w:r w:rsidRPr="002C5433">
        <w:rPr>
          <w:color w:val="auto"/>
        </w:rPr>
        <w:t xml:space="preserve"> (Mali </w:t>
      </w:r>
      <w:proofErr w:type="spellStart"/>
      <w:r w:rsidRPr="002C5433">
        <w:rPr>
          <w:color w:val="auto"/>
        </w:rPr>
        <w:t>arheolozi</w:t>
      </w:r>
      <w:proofErr w:type="spellEnd"/>
      <w:r w:rsidRPr="002C5433">
        <w:rPr>
          <w:color w:val="auto"/>
        </w:rPr>
        <w:t>)</w:t>
      </w:r>
    </w:p>
    <w:p w14:paraId="00C88CFD" w14:textId="2B8429DF" w:rsidR="0082524A" w:rsidRPr="002C5433" w:rsidRDefault="002526DE">
      <w:pPr>
        <w:spacing w:after="40"/>
      </w:pPr>
      <w:r w:rsidRPr="002C5433">
        <w:rPr>
          <w:b/>
        </w:rPr>
        <w:t>Datum:</w:t>
      </w:r>
      <w:r w:rsidRPr="002C5433">
        <w:t xml:space="preserve"> </w:t>
      </w:r>
      <w:proofErr w:type="spellStart"/>
      <w:r w:rsidRPr="002C5433">
        <w:t>septembar</w:t>
      </w:r>
      <w:proofErr w:type="spellEnd"/>
      <w:r w:rsidRPr="002C5433">
        <w:t xml:space="preserve">   </w:t>
      </w:r>
      <w:proofErr w:type="spellStart"/>
      <w:r w:rsidRPr="002C5433">
        <w:rPr>
          <w:b/>
        </w:rPr>
        <w:t>Organizator</w:t>
      </w:r>
      <w:proofErr w:type="spellEnd"/>
      <w:r w:rsidRPr="002C5433">
        <w:rPr>
          <w:b/>
        </w:rPr>
        <w:t xml:space="preserve">: </w:t>
      </w:r>
      <w:r w:rsidRPr="002C5433">
        <w:t xml:space="preserve">JU </w:t>
      </w:r>
      <w:proofErr w:type="spellStart"/>
      <w:r w:rsidRPr="002C5433">
        <w:t>Zavičajni</w:t>
      </w:r>
      <w:proofErr w:type="spellEnd"/>
      <w:r w:rsidRPr="002C5433">
        <w:t xml:space="preserve"> </w:t>
      </w:r>
      <w:proofErr w:type="spellStart"/>
      <w:r w:rsidRPr="002C5433">
        <w:t>muzej</w:t>
      </w:r>
      <w:proofErr w:type="spellEnd"/>
      <w:r w:rsidRPr="002C5433">
        <w:t xml:space="preserve"> </w:t>
      </w:r>
      <w:proofErr w:type="spellStart"/>
      <w:r w:rsidRPr="002C5433">
        <w:t>Pljevlja</w:t>
      </w:r>
      <w:proofErr w:type="spellEnd"/>
    </w:p>
    <w:p w14:paraId="28D580E1" w14:textId="77777777" w:rsidR="0082524A" w:rsidRPr="002C5433" w:rsidRDefault="002526DE">
      <w:pPr>
        <w:spacing w:after="180"/>
      </w:pPr>
      <w:proofErr w:type="spellStart"/>
      <w:r w:rsidRPr="002C5433">
        <w:t>Muzejski</w:t>
      </w:r>
      <w:proofErr w:type="spellEnd"/>
      <w:r w:rsidRPr="002C5433">
        <w:t xml:space="preserve"> </w:t>
      </w:r>
      <w:proofErr w:type="spellStart"/>
      <w:r w:rsidRPr="002C5433">
        <w:t>i</w:t>
      </w:r>
      <w:proofErr w:type="spellEnd"/>
      <w:r w:rsidRPr="002C5433">
        <w:t xml:space="preserve"> </w:t>
      </w:r>
      <w:proofErr w:type="spellStart"/>
      <w:r w:rsidRPr="002C5433">
        <w:t>edukativni</w:t>
      </w:r>
      <w:proofErr w:type="spellEnd"/>
      <w:r w:rsidRPr="002C5433">
        <w:t xml:space="preserve"> program u </w:t>
      </w:r>
      <w:proofErr w:type="spellStart"/>
      <w:r w:rsidRPr="002C5433">
        <w:t>područnim</w:t>
      </w:r>
      <w:proofErr w:type="spellEnd"/>
      <w:r w:rsidRPr="002C5433">
        <w:t xml:space="preserve"> </w:t>
      </w:r>
      <w:proofErr w:type="spellStart"/>
      <w:r w:rsidRPr="002C5433">
        <w:t>školama</w:t>
      </w:r>
      <w:proofErr w:type="spellEnd"/>
      <w:r w:rsidRPr="002C5433">
        <w:t xml:space="preserve"> u </w:t>
      </w:r>
      <w:proofErr w:type="spellStart"/>
      <w:r w:rsidRPr="002C5433">
        <w:t>Boljanićima</w:t>
      </w:r>
      <w:proofErr w:type="spellEnd"/>
      <w:r w:rsidRPr="002C5433">
        <w:t xml:space="preserve"> </w:t>
      </w:r>
      <w:proofErr w:type="spellStart"/>
      <w:r w:rsidRPr="002C5433">
        <w:t>i</w:t>
      </w:r>
      <w:proofErr w:type="spellEnd"/>
      <w:r w:rsidRPr="002C5433">
        <w:t xml:space="preserve"> </w:t>
      </w:r>
      <w:proofErr w:type="spellStart"/>
      <w:r w:rsidRPr="002C5433">
        <w:t>Srdanovom</w:t>
      </w:r>
      <w:proofErr w:type="spellEnd"/>
      <w:r w:rsidRPr="002C5433">
        <w:t xml:space="preserve"> </w:t>
      </w:r>
      <w:proofErr w:type="spellStart"/>
      <w:r w:rsidRPr="002C5433">
        <w:t>Grobu</w:t>
      </w:r>
      <w:proofErr w:type="spellEnd"/>
      <w:r w:rsidRPr="002C5433">
        <w:t xml:space="preserve">, </w:t>
      </w:r>
      <w:proofErr w:type="spellStart"/>
      <w:r w:rsidRPr="002C5433">
        <w:t>uz</w:t>
      </w:r>
      <w:proofErr w:type="spellEnd"/>
      <w:r w:rsidRPr="002C5433">
        <w:t xml:space="preserve"> </w:t>
      </w:r>
      <w:proofErr w:type="spellStart"/>
      <w:r w:rsidRPr="002C5433">
        <w:t>radionice</w:t>
      </w:r>
      <w:proofErr w:type="spellEnd"/>
      <w:r w:rsidRPr="002C5433">
        <w:t xml:space="preserve"> </w:t>
      </w:r>
      <w:proofErr w:type="spellStart"/>
      <w:r w:rsidRPr="002C5433">
        <w:t>i</w:t>
      </w:r>
      <w:proofErr w:type="spellEnd"/>
      <w:r w:rsidRPr="002C5433">
        <w:t xml:space="preserve"> </w:t>
      </w:r>
      <w:proofErr w:type="spellStart"/>
      <w:r w:rsidRPr="002C5433">
        <w:t>kviz</w:t>
      </w:r>
      <w:proofErr w:type="spellEnd"/>
      <w:r w:rsidRPr="002C5433">
        <w:t>.</w:t>
      </w:r>
    </w:p>
    <w:p w14:paraId="21BE0FB5" w14:textId="77777777" w:rsidR="0082524A" w:rsidRPr="002C5433" w:rsidRDefault="002526DE">
      <w:pPr>
        <w:pStyle w:val="Heading1"/>
        <w:rPr>
          <w:color w:val="auto"/>
        </w:rPr>
      </w:pPr>
      <w:r w:rsidRPr="002C5433">
        <w:rPr>
          <w:color w:val="auto"/>
        </w:rPr>
        <w:t>ROŽAJE</w:t>
      </w:r>
    </w:p>
    <w:p w14:paraId="136D5B2D" w14:textId="77777777" w:rsidR="0082524A" w:rsidRPr="002C5433" w:rsidRDefault="002526DE">
      <w:pPr>
        <w:pStyle w:val="Heading2"/>
        <w:rPr>
          <w:color w:val="auto"/>
        </w:rPr>
      </w:pPr>
      <w:proofErr w:type="spellStart"/>
      <w:r w:rsidRPr="002C5433">
        <w:rPr>
          <w:color w:val="auto"/>
        </w:rPr>
        <w:t>Oživjeti</w:t>
      </w:r>
      <w:proofErr w:type="spellEnd"/>
      <w:r w:rsidRPr="002C5433">
        <w:rPr>
          <w:color w:val="auto"/>
        </w:rPr>
        <w:t xml:space="preserve"> </w:t>
      </w:r>
      <w:proofErr w:type="spellStart"/>
      <w:r w:rsidRPr="002C5433">
        <w:rPr>
          <w:color w:val="auto"/>
        </w:rPr>
        <w:t>ugroženu</w:t>
      </w:r>
      <w:proofErr w:type="spellEnd"/>
      <w:r w:rsidRPr="002C5433">
        <w:rPr>
          <w:color w:val="auto"/>
        </w:rPr>
        <w:t xml:space="preserve"> </w:t>
      </w:r>
      <w:proofErr w:type="spellStart"/>
      <w:r w:rsidRPr="002C5433">
        <w:rPr>
          <w:color w:val="auto"/>
        </w:rPr>
        <w:t>kulturnu</w:t>
      </w:r>
      <w:proofErr w:type="spellEnd"/>
      <w:r w:rsidRPr="002C5433">
        <w:rPr>
          <w:color w:val="auto"/>
        </w:rPr>
        <w:t xml:space="preserve"> </w:t>
      </w:r>
      <w:proofErr w:type="spellStart"/>
      <w:r w:rsidRPr="002C5433">
        <w:rPr>
          <w:color w:val="auto"/>
        </w:rPr>
        <w:t>baštinu</w:t>
      </w:r>
      <w:proofErr w:type="spellEnd"/>
      <w:r w:rsidRPr="002C5433">
        <w:rPr>
          <w:color w:val="auto"/>
        </w:rPr>
        <w:t xml:space="preserve"> </w:t>
      </w:r>
      <w:proofErr w:type="spellStart"/>
      <w:r w:rsidRPr="002C5433">
        <w:rPr>
          <w:color w:val="auto"/>
        </w:rPr>
        <w:t>rožajskog</w:t>
      </w:r>
      <w:proofErr w:type="spellEnd"/>
      <w:r w:rsidRPr="002C5433">
        <w:rPr>
          <w:color w:val="auto"/>
        </w:rPr>
        <w:t xml:space="preserve"> </w:t>
      </w:r>
      <w:proofErr w:type="spellStart"/>
      <w:r w:rsidRPr="002C5433">
        <w:rPr>
          <w:color w:val="auto"/>
        </w:rPr>
        <w:t>kraja</w:t>
      </w:r>
      <w:proofErr w:type="spellEnd"/>
      <w:r w:rsidRPr="002C5433">
        <w:rPr>
          <w:color w:val="auto"/>
        </w:rPr>
        <w:t xml:space="preserve"> u </w:t>
      </w:r>
      <w:proofErr w:type="spellStart"/>
      <w:r w:rsidRPr="002C5433">
        <w:rPr>
          <w:color w:val="auto"/>
        </w:rPr>
        <w:t>funkciji</w:t>
      </w:r>
      <w:proofErr w:type="spellEnd"/>
      <w:r w:rsidRPr="002C5433">
        <w:rPr>
          <w:color w:val="auto"/>
        </w:rPr>
        <w:t xml:space="preserve"> </w:t>
      </w:r>
      <w:proofErr w:type="spellStart"/>
      <w:r w:rsidRPr="002C5433">
        <w:rPr>
          <w:color w:val="auto"/>
        </w:rPr>
        <w:t>održivog</w:t>
      </w:r>
      <w:proofErr w:type="spellEnd"/>
      <w:r w:rsidRPr="002C5433">
        <w:rPr>
          <w:color w:val="auto"/>
        </w:rPr>
        <w:t xml:space="preserve"> </w:t>
      </w:r>
      <w:proofErr w:type="spellStart"/>
      <w:r w:rsidRPr="002C5433">
        <w:rPr>
          <w:color w:val="auto"/>
        </w:rPr>
        <w:t>razvoja</w:t>
      </w:r>
      <w:proofErr w:type="spellEnd"/>
      <w:r w:rsidRPr="002C5433">
        <w:rPr>
          <w:color w:val="auto"/>
        </w:rPr>
        <w:t xml:space="preserve"> </w:t>
      </w:r>
      <w:proofErr w:type="spellStart"/>
      <w:r w:rsidRPr="002C5433">
        <w:rPr>
          <w:color w:val="auto"/>
        </w:rPr>
        <w:t>turizma</w:t>
      </w:r>
      <w:proofErr w:type="spellEnd"/>
    </w:p>
    <w:p w14:paraId="654F82F5" w14:textId="456F74FB" w:rsidR="0082524A" w:rsidRPr="002C5433" w:rsidRDefault="002526DE">
      <w:pPr>
        <w:spacing w:after="40"/>
      </w:pPr>
      <w:r w:rsidRPr="002C5433">
        <w:rPr>
          <w:b/>
        </w:rPr>
        <w:t xml:space="preserve">Datum: </w:t>
      </w:r>
      <w:r w:rsidRPr="002C5433">
        <w:t xml:space="preserve"> </w:t>
      </w:r>
      <w:proofErr w:type="spellStart"/>
      <w:r w:rsidRPr="002C5433">
        <w:t>septembar</w:t>
      </w:r>
      <w:proofErr w:type="spellEnd"/>
      <w:r w:rsidRPr="002C5433">
        <w:t xml:space="preserve">   </w:t>
      </w:r>
      <w:proofErr w:type="spellStart"/>
      <w:r w:rsidRPr="002C5433">
        <w:rPr>
          <w:b/>
        </w:rPr>
        <w:t>Organizator</w:t>
      </w:r>
      <w:proofErr w:type="spellEnd"/>
      <w:r w:rsidRPr="002C5433">
        <w:rPr>
          <w:b/>
        </w:rPr>
        <w:t xml:space="preserve">: </w:t>
      </w:r>
      <w:proofErr w:type="spellStart"/>
      <w:r w:rsidRPr="002C5433">
        <w:t>Turistička</w:t>
      </w:r>
      <w:proofErr w:type="spellEnd"/>
      <w:r w:rsidRPr="002C5433">
        <w:t xml:space="preserve"> </w:t>
      </w:r>
      <w:proofErr w:type="spellStart"/>
      <w:r w:rsidRPr="002C5433">
        <w:t>organizacija</w:t>
      </w:r>
      <w:proofErr w:type="spellEnd"/>
      <w:r w:rsidRPr="002C5433">
        <w:t xml:space="preserve"> </w:t>
      </w:r>
      <w:proofErr w:type="spellStart"/>
      <w:r w:rsidRPr="002C5433">
        <w:t>Rožaje</w:t>
      </w:r>
      <w:proofErr w:type="spellEnd"/>
    </w:p>
    <w:p w14:paraId="365FDCA4" w14:textId="77777777" w:rsidR="0082524A" w:rsidRPr="002C5433" w:rsidRDefault="002526DE">
      <w:pPr>
        <w:spacing w:after="180"/>
      </w:pPr>
      <w:r w:rsidRPr="002C5433">
        <w:t xml:space="preserve">Panel </w:t>
      </w:r>
      <w:proofErr w:type="spellStart"/>
      <w:r w:rsidRPr="002C5433">
        <w:t>diskusija</w:t>
      </w:r>
      <w:proofErr w:type="spellEnd"/>
      <w:r w:rsidRPr="002C5433">
        <w:t xml:space="preserve">, </w:t>
      </w:r>
      <w:proofErr w:type="spellStart"/>
      <w:r w:rsidRPr="002C5433">
        <w:t>stručno</w:t>
      </w:r>
      <w:proofErr w:type="spellEnd"/>
      <w:r w:rsidRPr="002C5433">
        <w:t xml:space="preserve"> </w:t>
      </w:r>
      <w:proofErr w:type="spellStart"/>
      <w:r w:rsidRPr="002C5433">
        <w:t>vođenje</w:t>
      </w:r>
      <w:proofErr w:type="spellEnd"/>
      <w:r w:rsidRPr="002C5433">
        <w:t xml:space="preserve"> </w:t>
      </w:r>
      <w:proofErr w:type="spellStart"/>
      <w:r w:rsidRPr="002C5433">
        <w:t>kroz</w:t>
      </w:r>
      <w:proofErr w:type="spellEnd"/>
      <w:r w:rsidRPr="002C5433">
        <w:t xml:space="preserve"> </w:t>
      </w:r>
      <w:proofErr w:type="spellStart"/>
      <w:r w:rsidRPr="002C5433">
        <w:t>nekropolu</w:t>
      </w:r>
      <w:proofErr w:type="spellEnd"/>
      <w:r w:rsidRPr="002C5433">
        <w:t xml:space="preserve"> </w:t>
      </w:r>
      <w:proofErr w:type="spellStart"/>
      <w:r w:rsidRPr="002C5433">
        <w:t>stećaka</w:t>
      </w:r>
      <w:proofErr w:type="spellEnd"/>
      <w:r w:rsidRPr="002C5433">
        <w:t xml:space="preserve">, </w:t>
      </w:r>
      <w:proofErr w:type="spellStart"/>
      <w:r w:rsidRPr="002C5433">
        <w:t>posjete</w:t>
      </w:r>
      <w:proofErr w:type="spellEnd"/>
      <w:r w:rsidRPr="002C5433">
        <w:t xml:space="preserve"> </w:t>
      </w:r>
      <w:proofErr w:type="spellStart"/>
      <w:r w:rsidRPr="002C5433">
        <w:t>istorijskim</w:t>
      </w:r>
      <w:proofErr w:type="spellEnd"/>
      <w:r w:rsidRPr="002C5433">
        <w:t xml:space="preserve"> </w:t>
      </w:r>
      <w:proofErr w:type="spellStart"/>
      <w:r w:rsidRPr="002C5433">
        <w:t>mezarjima</w:t>
      </w:r>
      <w:proofErr w:type="spellEnd"/>
      <w:r w:rsidRPr="002C5433">
        <w:t xml:space="preserve"> </w:t>
      </w:r>
      <w:proofErr w:type="spellStart"/>
      <w:r w:rsidRPr="002C5433">
        <w:t>i</w:t>
      </w:r>
      <w:proofErr w:type="spellEnd"/>
      <w:r w:rsidRPr="002C5433">
        <w:t xml:space="preserve"> </w:t>
      </w:r>
      <w:proofErr w:type="spellStart"/>
      <w:r w:rsidRPr="002C5433">
        <w:t>obilazak</w:t>
      </w:r>
      <w:proofErr w:type="spellEnd"/>
      <w:r w:rsidRPr="002C5433">
        <w:t xml:space="preserve"> stare </w:t>
      </w:r>
      <w:proofErr w:type="spellStart"/>
      <w:r w:rsidRPr="002C5433">
        <w:t>zgrade</w:t>
      </w:r>
      <w:proofErr w:type="spellEnd"/>
      <w:r w:rsidRPr="002C5433">
        <w:t xml:space="preserve"> </w:t>
      </w:r>
      <w:proofErr w:type="spellStart"/>
      <w:r w:rsidRPr="002C5433">
        <w:t>Gornjeg</w:t>
      </w:r>
      <w:proofErr w:type="spellEnd"/>
      <w:r w:rsidRPr="002C5433">
        <w:t xml:space="preserve"> Ibra.</w:t>
      </w:r>
    </w:p>
    <w:p w14:paraId="16A04377" w14:textId="77777777" w:rsidR="0082524A" w:rsidRPr="002C5433" w:rsidRDefault="002526DE">
      <w:pPr>
        <w:pStyle w:val="Heading2"/>
        <w:rPr>
          <w:color w:val="auto"/>
        </w:rPr>
      </w:pPr>
      <w:proofErr w:type="spellStart"/>
      <w:r w:rsidRPr="002C5433">
        <w:rPr>
          <w:color w:val="auto"/>
        </w:rPr>
        <w:t>Ugrožena</w:t>
      </w:r>
      <w:proofErr w:type="spellEnd"/>
      <w:r w:rsidRPr="002C5433">
        <w:rPr>
          <w:color w:val="auto"/>
        </w:rPr>
        <w:t xml:space="preserve"> </w:t>
      </w:r>
      <w:proofErr w:type="spellStart"/>
      <w:r w:rsidRPr="002C5433">
        <w:rPr>
          <w:color w:val="auto"/>
        </w:rPr>
        <w:t>baština</w:t>
      </w:r>
      <w:proofErr w:type="spellEnd"/>
      <w:r w:rsidRPr="002C5433">
        <w:rPr>
          <w:color w:val="auto"/>
        </w:rPr>
        <w:t xml:space="preserve"> </w:t>
      </w:r>
      <w:proofErr w:type="spellStart"/>
      <w:r w:rsidRPr="002C5433">
        <w:rPr>
          <w:color w:val="auto"/>
        </w:rPr>
        <w:t>Rožaja</w:t>
      </w:r>
      <w:proofErr w:type="spellEnd"/>
      <w:r w:rsidRPr="002C5433">
        <w:rPr>
          <w:color w:val="auto"/>
        </w:rPr>
        <w:t xml:space="preserve"> </w:t>
      </w:r>
      <w:proofErr w:type="spellStart"/>
      <w:r w:rsidRPr="002C5433">
        <w:rPr>
          <w:color w:val="auto"/>
        </w:rPr>
        <w:t>kroz</w:t>
      </w:r>
      <w:proofErr w:type="spellEnd"/>
      <w:r w:rsidRPr="002C5433">
        <w:rPr>
          <w:color w:val="auto"/>
        </w:rPr>
        <w:t xml:space="preserve"> </w:t>
      </w:r>
      <w:proofErr w:type="spellStart"/>
      <w:r w:rsidRPr="002C5433">
        <w:rPr>
          <w:color w:val="auto"/>
        </w:rPr>
        <w:t>objektiv</w:t>
      </w:r>
      <w:proofErr w:type="spellEnd"/>
      <w:r w:rsidRPr="002C5433">
        <w:rPr>
          <w:color w:val="auto"/>
        </w:rPr>
        <w:t xml:space="preserve"> </w:t>
      </w:r>
      <w:proofErr w:type="spellStart"/>
      <w:r w:rsidRPr="002C5433">
        <w:rPr>
          <w:color w:val="auto"/>
        </w:rPr>
        <w:t>vremena</w:t>
      </w:r>
      <w:proofErr w:type="spellEnd"/>
    </w:p>
    <w:p w14:paraId="1D48F570" w14:textId="027DCF1C" w:rsidR="0082524A" w:rsidRPr="002C5433" w:rsidRDefault="002526DE">
      <w:pPr>
        <w:spacing w:after="40"/>
      </w:pPr>
      <w:r w:rsidRPr="002C5433">
        <w:rPr>
          <w:b/>
        </w:rPr>
        <w:t xml:space="preserve">Datum: </w:t>
      </w:r>
      <w:proofErr w:type="spellStart"/>
      <w:r w:rsidRPr="002C5433">
        <w:t>septembar</w:t>
      </w:r>
      <w:proofErr w:type="spellEnd"/>
      <w:r w:rsidRPr="002C5433">
        <w:t xml:space="preserve">   </w:t>
      </w:r>
      <w:proofErr w:type="spellStart"/>
      <w:r w:rsidRPr="002C5433">
        <w:rPr>
          <w:b/>
        </w:rPr>
        <w:t>Organizator</w:t>
      </w:r>
      <w:proofErr w:type="spellEnd"/>
      <w:r w:rsidRPr="002C5433">
        <w:rPr>
          <w:b/>
        </w:rPr>
        <w:t xml:space="preserve">: </w:t>
      </w:r>
      <w:r w:rsidRPr="002C5433">
        <w:t xml:space="preserve">JU </w:t>
      </w:r>
      <w:proofErr w:type="spellStart"/>
      <w:r w:rsidRPr="002C5433">
        <w:t>Zavičajni</w:t>
      </w:r>
      <w:proofErr w:type="spellEnd"/>
      <w:r w:rsidRPr="002C5433">
        <w:t xml:space="preserve"> </w:t>
      </w:r>
      <w:proofErr w:type="spellStart"/>
      <w:r w:rsidRPr="002C5433">
        <w:t>muzej</w:t>
      </w:r>
      <w:proofErr w:type="spellEnd"/>
      <w:r w:rsidRPr="002C5433">
        <w:t xml:space="preserve"> „</w:t>
      </w:r>
      <w:proofErr w:type="spellStart"/>
      <w:r w:rsidRPr="002C5433">
        <w:t>Ganića</w:t>
      </w:r>
      <w:proofErr w:type="spellEnd"/>
      <w:r w:rsidRPr="002C5433">
        <w:t xml:space="preserve"> </w:t>
      </w:r>
      <w:proofErr w:type="spellStart"/>
      <w:proofErr w:type="gramStart"/>
      <w:r w:rsidRPr="002C5433">
        <w:t>kula</w:t>
      </w:r>
      <w:proofErr w:type="spellEnd"/>
      <w:r w:rsidRPr="002C5433">
        <w:t xml:space="preserve">“ </w:t>
      </w:r>
      <w:proofErr w:type="spellStart"/>
      <w:r w:rsidRPr="002C5433">
        <w:t>Rožaje</w:t>
      </w:r>
      <w:proofErr w:type="spellEnd"/>
      <w:proofErr w:type="gramEnd"/>
    </w:p>
    <w:p w14:paraId="12FC8EED" w14:textId="77777777" w:rsidR="0082524A" w:rsidRPr="002C5433" w:rsidRDefault="002526DE">
      <w:pPr>
        <w:spacing w:after="180"/>
      </w:pPr>
      <w:proofErr w:type="spellStart"/>
      <w:r w:rsidRPr="002C5433">
        <w:t>Fotografska</w:t>
      </w:r>
      <w:proofErr w:type="spellEnd"/>
      <w:r w:rsidRPr="002C5433">
        <w:t xml:space="preserve"> </w:t>
      </w:r>
      <w:proofErr w:type="spellStart"/>
      <w:r w:rsidRPr="002C5433">
        <w:t>izložba</w:t>
      </w:r>
      <w:proofErr w:type="spellEnd"/>
      <w:r w:rsidRPr="002C5433">
        <w:t xml:space="preserve"> o </w:t>
      </w:r>
      <w:proofErr w:type="spellStart"/>
      <w:r w:rsidRPr="002C5433">
        <w:t>tradicionalnoj</w:t>
      </w:r>
      <w:proofErr w:type="spellEnd"/>
      <w:r w:rsidRPr="002C5433">
        <w:t xml:space="preserve"> </w:t>
      </w:r>
      <w:proofErr w:type="spellStart"/>
      <w:r w:rsidRPr="002C5433">
        <w:t>arhitekturi</w:t>
      </w:r>
      <w:proofErr w:type="spellEnd"/>
      <w:r w:rsidRPr="002C5433">
        <w:t xml:space="preserve">, </w:t>
      </w:r>
      <w:proofErr w:type="spellStart"/>
      <w:r w:rsidRPr="002C5433">
        <w:t>zanatima</w:t>
      </w:r>
      <w:proofErr w:type="spellEnd"/>
      <w:r w:rsidRPr="002C5433">
        <w:t xml:space="preserve">, </w:t>
      </w:r>
      <w:proofErr w:type="spellStart"/>
      <w:r w:rsidRPr="002C5433">
        <w:t>sakralnim</w:t>
      </w:r>
      <w:proofErr w:type="spellEnd"/>
      <w:r w:rsidRPr="002C5433">
        <w:t xml:space="preserve"> </w:t>
      </w:r>
      <w:proofErr w:type="spellStart"/>
      <w:r w:rsidRPr="002C5433">
        <w:t>objektima</w:t>
      </w:r>
      <w:proofErr w:type="spellEnd"/>
      <w:r w:rsidRPr="002C5433">
        <w:t xml:space="preserve"> </w:t>
      </w:r>
      <w:proofErr w:type="spellStart"/>
      <w:r w:rsidRPr="002C5433">
        <w:t>i</w:t>
      </w:r>
      <w:proofErr w:type="spellEnd"/>
      <w:r w:rsidRPr="002C5433">
        <w:t xml:space="preserve"> </w:t>
      </w:r>
      <w:proofErr w:type="spellStart"/>
      <w:r w:rsidRPr="002C5433">
        <w:t>nematerijalnoj</w:t>
      </w:r>
      <w:proofErr w:type="spellEnd"/>
      <w:r w:rsidRPr="002C5433">
        <w:t xml:space="preserve"> </w:t>
      </w:r>
      <w:proofErr w:type="spellStart"/>
      <w:r w:rsidRPr="002C5433">
        <w:t>baštini</w:t>
      </w:r>
      <w:proofErr w:type="spellEnd"/>
      <w:r w:rsidRPr="002C5433">
        <w:t>.</w:t>
      </w:r>
    </w:p>
    <w:p w14:paraId="7E03C747" w14:textId="77777777" w:rsidR="0082524A" w:rsidRPr="002C5433" w:rsidRDefault="002526DE">
      <w:pPr>
        <w:pStyle w:val="Heading1"/>
        <w:rPr>
          <w:color w:val="auto"/>
        </w:rPr>
      </w:pPr>
      <w:r w:rsidRPr="002C5433">
        <w:rPr>
          <w:color w:val="auto"/>
        </w:rPr>
        <w:t>ZETA</w:t>
      </w:r>
    </w:p>
    <w:p w14:paraId="7200DCEF" w14:textId="77777777" w:rsidR="0082524A" w:rsidRPr="002C5433" w:rsidRDefault="002526DE">
      <w:pPr>
        <w:pStyle w:val="Heading2"/>
        <w:rPr>
          <w:color w:val="auto"/>
        </w:rPr>
      </w:pPr>
      <w:proofErr w:type="spellStart"/>
      <w:r w:rsidRPr="002C5433">
        <w:rPr>
          <w:color w:val="auto"/>
        </w:rPr>
        <w:t>Živa</w:t>
      </w:r>
      <w:proofErr w:type="spellEnd"/>
      <w:r w:rsidRPr="002C5433">
        <w:rPr>
          <w:color w:val="auto"/>
        </w:rPr>
        <w:t xml:space="preserve"> </w:t>
      </w:r>
      <w:proofErr w:type="spellStart"/>
      <w:r w:rsidRPr="002C5433">
        <w:rPr>
          <w:color w:val="auto"/>
        </w:rPr>
        <w:t>baština</w:t>
      </w:r>
      <w:proofErr w:type="spellEnd"/>
      <w:r w:rsidRPr="002C5433">
        <w:rPr>
          <w:color w:val="auto"/>
        </w:rPr>
        <w:t xml:space="preserve"> </w:t>
      </w:r>
      <w:proofErr w:type="spellStart"/>
      <w:r w:rsidRPr="002C5433">
        <w:rPr>
          <w:color w:val="auto"/>
        </w:rPr>
        <w:t>Zete</w:t>
      </w:r>
      <w:proofErr w:type="spellEnd"/>
      <w:r w:rsidRPr="002C5433">
        <w:rPr>
          <w:color w:val="auto"/>
        </w:rPr>
        <w:t xml:space="preserve"> – od </w:t>
      </w:r>
      <w:proofErr w:type="spellStart"/>
      <w:r w:rsidRPr="002C5433">
        <w:rPr>
          <w:color w:val="auto"/>
        </w:rPr>
        <w:t>tradicije</w:t>
      </w:r>
      <w:proofErr w:type="spellEnd"/>
      <w:r w:rsidRPr="002C5433">
        <w:rPr>
          <w:color w:val="auto"/>
        </w:rPr>
        <w:t xml:space="preserve"> do </w:t>
      </w:r>
      <w:proofErr w:type="spellStart"/>
      <w:r w:rsidRPr="002C5433">
        <w:rPr>
          <w:color w:val="auto"/>
        </w:rPr>
        <w:t>budućnosti</w:t>
      </w:r>
      <w:proofErr w:type="spellEnd"/>
    </w:p>
    <w:p w14:paraId="2628BDA1" w14:textId="59D4FB53" w:rsidR="0082524A" w:rsidRPr="002C5433" w:rsidRDefault="002526DE">
      <w:pPr>
        <w:spacing w:after="40"/>
      </w:pPr>
      <w:r w:rsidRPr="002C5433">
        <w:rPr>
          <w:b/>
        </w:rPr>
        <w:t xml:space="preserve">Datum: </w:t>
      </w:r>
      <w:r w:rsidR="00D22296">
        <w:t xml:space="preserve"> </w:t>
      </w:r>
      <w:proofErr w:type="spellStart"/>
      <w:r w:rsidRPr="002C5433">
        <w:t>septembar</w:t>
      </w:r>
      <w:proofErr w:type="spellEnd"/>
      <w:r w:rsidRPr="002C5433">
        <w:t xml:space="preserve">   </w:t>
      </w:r>
      <w:proofErr w:type="spellStart"/>
      <w:r w:rsidRPr="002C5433">
        <w:rPr>
          <w:b/>
        </w:rPr>
        <w:t>Organizator</w:t>
      </w:r>
      <w:proofErr w:type="spellEnd"/>
      <w:r w:rsidRPr="002C5433">
        <w:rPr>
          <w:b/>
        </w:rPr>
        <w:t xml:space="preserve">: </w:t>
      </w:r>
      <w:proofErr w:type="spellStart"/>
      <w:r w:rsidRPr="002C5433">
        <w:t>Opština</w:t>
      </w:r>
      <w:proofErr w:type="spellEnd"/>
      <w:r w:rsidRPr="002C5433">
        <w:t xml:space="preserve"> Zeta – </w:t>
      </w:r>
      <w:proofErr w:type="spellStart"/>
      <w:r w:rsidRPr="002C5433">
        <w:t>Sekretarijat</w:t>
      </w:r>
      <w:proofErr w:type="spellEnd"/>
      <w:r w:rsidRPr="002C5433">
        <w:t xml:space="preserve"> za </w:t>
      </w:r>
      <w:proofErr w:type="spellStart"/>
      <w:r w:rsidRPr="002C5433">
        <w:t>lokalnu</w:t>
      </w:r>
      <w:proofErr w:type="spellEnd"/>
      <w:r w:rsidRPr="002C5433">
        <w:t xml:space="preserve"> </w:t>
      </w:r>
      <w:proofErr w:type="spellStart"/>
      <w:r w:rsidRPr="002C5433">
        <w:t>samoupravu</w:t>
      </w:r>
      <w:proofErr w:type="spellEnd"/>
      <w:r w:rsidRPr="002C5433">
        <w:t xml:space="preserve"> </w:t>
      </w:r>
      <w:proofErr w:type="spellStart"/>
      <w:r w:rsidRPr="002C5433">
        <w:t>i</w:t>
      </w:r>
      <w:proofErr w:type="spellEnd"/>
      <w:r w:rsidRPr="002C5433">
        <w:t xml:space="preserve"> </w:t>
      </w:r>
      <w:proofErr w:type="spellStart"/>
      <w:r w:rsidRPr="002C5433">
        <w:t>društvene</w:t>
      </w:r>
      <w:proofErr w:type="spellEnd"/>
      <w:r w:rsidRPr="002C5433">
        <w:t xml:space="preserve"> </w:t>
      </w:r>
      <w:proofErr w:type="spellStart"/>
      <w:r w:rsidRPr="002C5433">
        <w:t>djelatnosti</w:t>
      </w:r>
      <w:proofErr w:type="spellEnd"/>
    </w:p>
    <w:p w14:paraId="03FF8642" w14:textId="77777777" w:rsidR="0082524A" w:rsidRPr="002C5433" w:rsidRDefault="002526DE">
      <w:pPr>
        <w:spacing w:after="180"/>
      </w:pPr>
      <w:r w:rsidRPr="002C5433">
        <w:t xml:space="preserve">Program </w:t>
      </w:r>
      <w:proofErr w:type="spellStart"/>
      <w:r w:rsidRPr="002C5433">
        <w:t>na</w:t>
      </w:r>
      <w:proofErr w:type="spellEnd"/>
      <w:r w:rsidRPr="002C5433">
        <w:t xml:space="preserve"> </w:t>
      </w:r>
      <w:proofErr w:type="spellStart"/>
      <w:r w:rsidRPr="002C5433">
        <w:t>Trgu</w:t>
      </w:r>
      <w:proofErr w:type="spellEnd"/>
      <w:r w:rsidRPr="002C5433">
        <w:t xml:space="preserve"> </w:t>
      </w:r>
      <w:proofErr w:type="spellStart"/>
      <w:r w:rsidRPr="002C5433">
        <w:t>Anovi</w:t>
      </w:r>
      <w:proofErr w:type="spellEnd"/>
      <w:r w:rsidRPr="002C5433">
        <w:t xml:space="preserve">: </w:t>
      </w:r>
      <w:proofErr w:type="spellStart"/>
      <w:r w:rsidRPr="002C5433">
        <w:t>folklor</w:t>
      </w:r>
      <w:proofErr w:type="spellEnd"/>
      <w:r w:rsidRPr="002C5433">
        <w:t xml:space="preserve">, </w:t>
      </w:r>
      <w:proofErr w:type="spellStart"/>
      <w:r w:rsidRPr="002C5433">
        <w:t>radionice</w:t>
      </w:r>
      <w:proofErr w:type="spellEnd"/>
      <w:r w:rsidRPr="002C5433">
        <w:t xml:space="preserve"> </w:t>
      </w:r>
      <w:proofErr w:type="spellStart"/>
      <w:r w:rsidRPr="002C5433">
        <w:t>zanata</w:t>
      </w:r>
      <w:proofErr w:type="spellEnd"/>
      <w:r w:rsidRPr="002C5433">
        <w:t xml:space="preserve">, </w:t>
      </w:r>
      <w:proofErr w:type="spellStart"/>
      <w:r w:rsidRPr="002C5433">
        <w:t>međugeneracijski</w:t>
      </w:r>
      <w:proofErr w:type="spellEnd"/>
      <w:r w:rsidRPr="002C5433">
        <w:t xml:space="preserve"> </w:t>
      </w:r>
      <w:proofErr w:type="spellStart"/>
      <w:r w:rsidRPr="002C5433">
        <w:t>razgovori</w:t>
      </w:r>
      <w:proofErr w:type="spellEnd"/>
      <w:r w:rsidRPr="002C5433">
        <w:t xml:space="preserve"> </w:t>
      </w:r>
      <w:proofErr w:type="spellStart"/>
      <w:r w:rsidRPr="002C5433">
        <w:t>i</w:t>
      </w:r>
      <w:proofErr w:type="spellEnd"/>
      <w:r w:rsidRPr="002C5433">
        <w:t xml:space="preserve"> </w:t>
      </w:r>
      <w:proofErr w:type="spellStart"/>
      <w:r w:rsidRPr="002C5433">
        <w:t>izložba</w:t>
      </w:r>
      <w:proofErr w:type="spellEnd"/>
      <w:r w:rsidRPr="002C5433">
        <w:t xml:space="preserve"> </w:t>
      </w:r>
      <w:proofErr w:type="spellStart"/>
      <w:r w:rsidRPr="002C5433">
        <w:t>starih</w:t>
      </w:r>
      <w:proofErr w:type="spellEnd"/>
      <w:r w:rsidRPr="002C5433">
        <w:t xml:space="preserve"> </w:t>
      </w:r>
      <w:proofErr w:type="spellStart"/>
      <w:r w:rsidRPr="002C5433">
        <w:t>fotografija</w:t>
      </w:r>
      <w:proofErr w:type="spellEnd"/>
      <w:r w:rsidRPr="002C5433">
        <w:t xml:space="preserve"> </w:t>
      </w:r>
      <w:proofErr w:type="spellStart"/>
      <w:r w:rsidRPr="002C5433">
        <w:t>i</w:t>
      </w:r>
      <w:proofErr w:type="spellEnd"/>
      <w:r w:rsidRPr="002C5433">
        <w:t xml:space="preserve"> </w:t>
      </w:r>
      <w:proofErr w:type="spellStart"/>
      <w:r w:rsidRPr="002C5433">
        <w:t>predmeta</w:t>
      </w:r>
      <w:proofErr w:type="spellEnd"/>
      <w:r w:rsidRPr="002C5433">
        <w:t>.</w:t>
      </w:r>
    </w:p>
    <w:p w14:paraId="7CCE515D" w14:textId="77777777" w:rsidR="0082524A" w:rsidRPr="00D22296" w:rsidRDefault="002526DE">
      <w:pPr>
        <w:pStyle w:val="Heading1"/>
        <w:rPr>
          <w:color w:val="auto"/>
        </w:rPr>
      </w:pPr>
      <w:r w:rsidRPr="00D22296">
        <w:rPr>
          <w:color w:val="auto"/>
        </w:rPr>
        <w:t>CENTRALNI OKRUGLI STO – 25. SEPTEMBAR</w:t>
      </w:r>
    </w:p>
    <w:p w14:paraId="12145041" w14:textId="77777777" w:rsidR="0082524A" w:rsidRPr="00D22296" w:rsidRDefault="002526DE">
      <w:r w:rsidRPr="00D22296">
        <w:t>„</w:t>
      </w:r>
      <w:proofErr w:type="spellStart"/>
      <w:r w:rsidRPr="00D22296">
        <w:t>Ugrožena</w:t>
      </w:r>
      <w:proofErr w:type="spellEnd"/>
      <w:r w:rsidRPr="00D22296">
        <w:t xml:space="preserve"> </w:t>
      </w:r>
      <w:proofErr w:type="spellStart"/>
      <w:r w:rsidRPr="00D22296">
        <w:t>baština</w:t>
      </w:r>
      <w:proofErr w:type="spellEnd"/>
      <w:r w:rsidRPr="00D22296">
        <w:t xml:space="preserve"> – </w:t>
      </w:r>
      <w:proofErr w:type="spellStart"/>
      <w:r w:rsidRPr="00D22296">
        <w:t>prevencija</w:t>
      </w:r>
      <w:proofErr w:type="spellEnd"/>
      <w:r w:rsidRPr="00D22296">
        <w:t xml:space="preserve">, </w:t>
      </w:r>
      <w:proofErr w:type="spellStart"/>
      <w:r w:rsidRPr="00D22296">
        <w:t>zaštita</w:t>
      </w:r>
      <w:proofErr w:type="spellEnd"/>
      <w:r w:rsidRPr="00D22296">
        <w:t xml:space="preserve"> </w:t>
      </w:r>
      <w:proofErr w:type="spellStart"/>
      <w:r w:rsidRPr="00D22296">
        <w:t>i</w:t>
      </w:r>
      <w:proofErr w:type="spellEnd"/>
      <w:r w:rsidRPr="00D22296">
        <w:t xml:space="preserve"> </w:t>
      </w:r>
      <w:proofErr w:type="spellStart"/>
      <w:r w:rsidRPr="00D22296">
        <w:t>reagovanje</w:t>
      </w:r>
      <w:proofErr w:type="spellEnd"/>
      <w:r w:rsidRPr="00D22296">
        <w:t xml:space="preserve"> u </w:t>
      </w:r>
      <w:proofErr w:type="spellStart"/>
      <w:r w:rsidRPr="00D22296">
        <w:t>kriznim</w:t>
      </w:r>
      <w:proofErr w:type="spellEnd"/>
      <w:r w:rsidRPr="00D22296">
        <w:t xml:space="preserve"> </w:t>
      </w:r>
      <w:proofErr w:type="spellStart"/>
      <w:proofErr w:type="gramStart"/>
      <w:r w:rsidRPr="00D22296">
        <w:t>situacijama</w:t>
      </w:r>
      <w:proofErr w:type="spellEnd"/>
      <w:r w:rsidRPr="00D22296">
        <w:t>“</w:t>
      </w:r>
      <w:proofErr w:type="gramEnd"/>
    </w:p>
    <w:p w14:paraId="30577DA5" w14:textId="39873E88" w:rsidR="0082524A" w:rsidRPr="00D22296" w:rsidRDefault="002526DE">
      <w:proofErr w:type="spellStart"/>
      <w:r w:rsidRPr="00D22296">
        <w:t>Organizatori</w:t>
      </w:r>
      <w:proofErr w:type="spellEnd"/>
      <w:r w:rsidRPr="00D22296">
        <w:t xml:space="preserve">: </w:t>
      </w:r>
      <w:proofErr w:type="spellStart"/>
      <w:r w:rsidRPr="00D22296">
        <w:t>Ministarstvo</w:t>
      </w:r>
      <w:proofErr w:type="spellEnd"/>
      <w:r w:rsidRPr="00D22296">
        <w:t xml:space="preserve"> </w:t>
      </w:r>
      <w:proofErr w:type="spellStart"/>
      <w:r w:rsidRPr="00D22296">
        <w:t>kulture</w:t>
      </w:r>
      <w:proofErr w:type="spellEnd"/>
      <w:r w:rsidRPr="00D22296">
        <w:t xml:space="preserve"> </w:t>
      </w:r>
      <w:proofErr w:type="spellStart"/>
      <w:r w:rsidRPr="00D22296">
        <w:t>i</w:t>
      </w:r>
      <w:proofErr w:type="spellEnd"/>
      <w:r w:rsidRPr="00D22296">
        <w:t xml:space="preserve"> </w:t>
      </w:r>
      <w:proofErr w:type="spellStart"/>
      <w:r w:rsidRPr="00D22296">
        <w:t>medija</w:t>
      </w:r>
      <w:proofErr w:type="spellEnd"/>
      <w:r w:rsidRPr="00D22296">
        <w:t xml:space="preserve"> </w:t>
      </w:r>
      <w:proofErr w:type="spellStart"/>
      <w:r w:rsidRPr="00D22296">
        <w:t>Crne</w:t>
      </w:r>
      <w:proofErr w:type="spellEnd"/>
      <w:r w:rsidRPr="00D22296">
        <w:t xml:space="preserve"> Gore, u </w:t>
      </w:r>
      <w:proofErr w:type="spellStart"/>
      <w:r w:rsidRPr="00D22296">
        <w:t>saradnji</w:t>
      </w:r>
      <w:proofErr w:type="spellEnd"/>
      <w:r w:rsidRPr="00D22296">
        <w:t xml:space="preserve"> </w:t>
      </w:r>
      <w:proofErr w:type="spellStart"/>
      <w:r w:rsidRPr="00D22296">
        <w:t>sa</w:t>
      </w:r>
      <w:proofErr w:type="spellEnd"/>
      <w:r w:rsidRPr="00D22296">
        <w:t xml:space="preserve"> </w:t>
      </w:r>
      <w:proofErr w:type="spellStart"/>
      <w:r w:rsidRPr="00D22296">
        <w:t>Ministarstvom</w:t>
      </w:r>
      <w:proofErr w:type="spellEnd"/>
      <w:r w:rsidRPr="00D22296">
        <w:t xml:space="preserve"> </w:t>
      </w:r>
      <w:proofErr w:type="spellStart"/>
      <w:r w:rsidRPr="00D22296">
        <w:t>unutrašnjih</w:t>
      </w:r>
      <w:proofErr w:type="spellEnd"/>
      <w:r w:rsidRPr="00D22296">
        <w:t xml:space="preserve"> </w:t>
      </w:r>
      <w:proofErr w:type="spellStart"/>
      <w:r w:rsidRPr="00D22296">
        <w:t>poslova</w:t>
      </w:r>
      <w:proofErr w:type="spellEnd"/>
      <w:r w:rsidRPr="00D22296">
        <w:t xml:space="preserve"> </w:t>
      </w:r>
      <w:proofErr w:type="spellStart"/>
      <w:r w:rsidRPr="00D22296">
        <w:t>Crne</w:t>
      </w:r>
      <w:proofErr w:type="spellEnd"/>
      <w:r w:rsidRPr="00D22296">
        <w:t xml:space="preserve"> Gore. </w:t>
      </w:r>
      <w:proofErr w:type="spellStart"/>
      <w:r w:rsidRPr="00D22296">
        <w:t>Početak</w:t>
      </w:r>
      <w:proofErr w:type="spellEnd"/>
      <w:r w:rsidRPr="00D22296">
        <w:t xml:space="preserve">: 11.00 </w:t>
      </w:r>
      <w:proofErr w:type="spellStart"/>
      <w:r w:rsidRPr="00D22296">
        <w:t>časova</w:t>
      </w:r>
      <w:proofErr w:type="spellEnd"/>
      <w:r w:rsidRPr="00D22296">
        <w:t xml:space="preserve">. </w:t>
      </w:r>
      <w:proofErr w:type="spellStart"/>
      <w:r w:rsidRPr="00D22296">
        <w:t>Lokacija</w:t>
      </w:r>
      <w:proofErr w:type="spellEnd"/>
      <w:r w:rsidRPr="00D22296">
        <w:t xml:space="preserve">: </w:t>
      </w:r>
      <w:proofErr w:type="spellStart"/>
      <w:r w:rsidR="00D22296" w:rsidRPr="00D22296">
        <w:t>Ministarstvo</w:t>
      </w:r>
      <w:proofErr w:type="spellEnd"/>
      <w:r w:rsidR="00D22296" w:rsidRPr="00D22296">
        <w:t xml:space="preserve"> </w:t>
      </w:r>
      <w:proofErr w:type="spellStart"/>
      <w:r w:rsidR="00D22296" w:rsidRPr="00D22296">
        <w:t>kulture</w:t>
      </w:r>
      <w:proofErr w:type="spellEnd"/>
      <w:r w:rsidR="00D22296" w:rsidRPr="00D22296">
        <w:t xml:space="preserve"> </w:t>
      </w:r>
      <w:proofErr w:type="spellStart"/>
      <w:r w:rsidR="00D22296" w:rsidRPr="00D22296">
        <w:t>i</w:t>
      </w:r>
      <w:proofErr w:type="spellEnd"/>
      <w:r w:rsidR="00D22296" w:rsidRPr="00D22296">
        <w:t xml:space="preserve"> </w:t>
      </w:r>
      <w:proofErr w:type="spellStart"/>
      <w:r w:rsidR="00D22296" w:rsidRPr="00D22296">
        <w:t>medija</w:t>
      </w:r>
      <w:proofErr w:type="spellEnd"/>
      <w:r w:rsidR="00D22296" w:rsidRPr="00D22296">
        <w:t xml:space="preserve"> Cetinje</w:t>
      </w:r>
    </w:p>
    <w:p w14:paraId="277BE6FA" w14:textId="0D4165BA" w:rsidR="0082524A" w:rsidRPr="00D22296" w:rsidRDefault="002526DE">
      <w:pPr>
        <w:pStyle w:val="ListBullet"/>
      </w:pPr>
      <w:r w:rsidRPr="00D22296">
        <w:rPr>
          <w:b/>
        </w:rPr>
        <w:t>11.00–11.</w:t>
      </w:r>
      <w:proofErr w:type="gramStart"/>
      <w:r w:rsidRPr="00D22296">
        <w:rPr>
          <w:b/>
        </w:rPr>
        <w:t>1</w:t>
      </w:r>
      <w:r w:rsidR="00D22296" w:rsidRPr="00D22296">
        <w:rPr>
          <w:b/>
        </w:rPr>
        <w:t>5</w:t>
      </w:r>
      <w:r w:rsidRPr="00D22296">
        <w:rPr>
          <w:b/>
        </w:rPr>
        <w:t xml:space="preserve">  </w:t>
      </w:r>
      <w:proofErr w:type="spellStart"/>
      <w:r w:rsidRPr="00D22296">
        <w:t>Otvaranje</w:t>
      </w:r>
      <w:proofErr w:type="spellEnd"/>
      <w:proofErr w:type="gramEnd"/>
      <w:r w:rsidRPr="00D22296">
        <w:t xml:space="preserve"> </w:t>
      </w:r>
      <w:proofErr w:type="spellStart"/>
      <w:r w:rsidRPr="00D22296">
        <w:t>i</w:t>
      </w:r>
      <w:proofErr w:type="spellEnd"/>
      <w:r w:rsidRPr="00D22296">
        <w:t xml:space="preserve"> </w:t>
      </w:r>
      <w:proofErr w:type="spellStart"/>
      <w:r w:rsidRPr="00D22296">
        <w:t>pozdravno</w:t>
      </w:r>
      <w:proofErr w:type="spellEnd"/>
      <w:r w:rsidRPr="00D22296">
        <w:t xml:space="preserve"> </w:t>
      </w:r>
      <w:proofErr w:type="spellStart"/>
      <w:r w:rsidRPr="00D22296">
        <w:t>obraćanje</w:t>
      </w:r>
      <w:proofErr w:type="spellEnd"/>
      <w:r w:rsidRPr="00D22296">
        <w:t xml:space="preserve"> </w:t>
      </w:r>
      <w:proofErr w:type="spellStart"/>
      <w:r w:rsidR="00D22296" w:rsidRPr="00D22296">
        <w:t>dr</w:t>
      </w:r>
      <w:proofErr w:type="spellEnd"/>
      <w:r w:rsidR="00D22296" w:rsidRPr="00D22296">
        <w:t xml:space="preserve"> </w:t>
      </w:r>
      <w:proofErr w:type="spellStart"/>
      <w:r w:rsidR="00D22296" w:rsidRPr="00D22296">
        <w:t>Tamare</w:t>
      </w:r>
      <w:proofErr w:type="spellEnd"/>
      <w:r w:rsidR="00D22296" w:rsidRPr="00D22296">
        <w:t xml:space="preserve"> </w:t>
      </w:r>
      <w:proofErr w:type="spellStart"/>
      <w:r w:rsidR="00D22296" w:rsidRPr="00D22296">
        <w:t>Vujović</w:t>
      </w:r>
      <w:proofErr w:type="spellEnd"/>
      <w:r w:rsidR="00D22296" w:rsidRPr="00D22296">
        <w:t xml:space="preserve"> </w:t>
      </w:r>
      <w:proofErr w:type="spellStart"/>
      <w:r w:rsidR="00D22296" w:rsidRPr="00D22296">
        <w:t>m</w:t>
      </w:r>
      <w:r w:rsidRPr="00D22296">
        <w:t>inistarke</w:t>
      </w:r>
      <w:proofErr w:type="spellEnd"/>
      <w:r w:rsidRPr="00D22296">
        <w:t xml:space="preserve"> </w:t>
      </w:r>
      <w:proofErr w:type="spellStart"/>
      <w:r w:rsidRPr="00D22296">
        <w:t>kulture</w:t>
      </w:r>
      <w:proofErr w:type="spellEnd"/>
      <w:r w:rsidRPr="00D22296">
        <w:t xml:space="preserve"> </w:t>
      </w:r>
      <w:proofErr w:type="spellStart"/>
      <w:r w:rsidRPr="00D22296">
        <w:t>i</w:t>
      </w:r>
      <w:proofErr w:type="spellEnd"/>
      <w:r w:rsidRPr="00D22296">
        <w:t xml:space="preserve"> </w:t>
      </w:r>
      <w:proofErr w:type="spellStart"/>
      <w:r w:rsidRPr="00D22296">
        <w:t>medija</w:t>
      </w:r>
      <w:proofErr w:type="spellEnd"/>
    </w:p>
    <w:p w14:paraId="5758DBF6" w14:textId="7821712D" w:rsidR="0082524A" w:rsidRPr="00D22296" w:rsidRDefault="002526DE">
      <w:pPr>
        <w:pStyle w:val="ListBullet"/>
      </w:pPr>
      <w:r w:rsidRPr="00D22296">
        <w:rPr>
          <w:b/>
        </w:rPr>
        <w:t>11.1</w:t>
      </w:r>
      <w:r w:rsidR="00D22296" w:rsidRPr="00D22296">
        <w:rPr>
          <w:b/>
        </w:rPr>
        <w:t>5</w:t>
      </w:r>
      <w:r w:rsidRPr="00D22296">
        <w:rPr>
          <w:b/>
        </w:rPr>
        <w:t>–1</w:t>
      </w:r>
      <w:r w:rsidR="00D22296" w:rsidRPr="00D22296">
        <w:rPr>
          <w:b/>
        </w:rPr>
        <w:t>2</w:t>
      </w:r>
      <w:r w:rsidRPr="00D22296">
        <w:rPr>
          <w:b/>
        </w:rPr>
        <w:t>.</w:t>
      </w:r>
      <w:proofErr w:type="gramStart"/>
      <w:r w:rsidR="00D22296" w:rsidRPr="00D22296">
        <w:rPr>
          <w:b/>
        </w:rPr>
        <w:t>0</w:t>
      </w:r>
      <w:r w:rsidRPr="00D22296">
        <w:rPr>
          <w:b/>
        </w:rPr>
        <w:t xml:space="preserve">0  </w:t>
      </w:r>
      <w:proofErr w:type="spellStart"/>
      <w:r w:rsidR="00D22296" w:rsidRPr="00D22296">
        <w:t>Ugrožena</w:t>
      </w:r>
      <w:proofErr w:type="spellEnd"/>
      <w:proofErr w:type="gramEnd"/>
      <w:r w:rsidR="00D22296" w:rsidRPr="00D22296">
        <w:t xml:space="preserve"> </w:t>
      </w:r>
      <w:proofErr w:type="spellStart"/>
      <w:r w:rsidR="00D22296" w:rsidRPr="00D22296">
        <w:t>baština</w:t>
      </w:r>
      <w:proofErr w:type="spellEnd"/>
      <w:r w:rsidR="00D22296" w:rsidRPr="00D22296">
        <w:t xml:space="preserve"> – </w:t>
      </w:r>
      <w:proofErr w:type="spellStart"/>
      <w:r w:rsidR="00D22296" w:rsidRPr="00D22296">
        <w:t>prevencija</w:t>
      </w:r>
      <w:proofErr w:type="spellEnd"/>
      <w:r w:rsidR="00D22296" w:rsidRPr="00D22296">
        <w:t xml:space="preserve">, </w:t>
      </w:r>
      <w:proofErr w:type="spellStart"/>
      <w:r w:rsidR="00D22296" w:rsidRPr="00D22296">
        <w:t>zaštita</w:t>
      </w:r>
      <w:proofErr w:type="spellEnd"/>
      <w:r w:rsidR="00D22296" w:rsidRPr="00D22296">
        <w:t xml:space="preserve"> </w:t>
      </w:r>
      <w:proofErr w:type="spellStart"/>
      <w:r w:rsidR="00D22296" w:rsidRPr="00D22296">
        <w:t>i</w:t>
      </w:r>
      <w:proofErr w:type="spellEnd"/>
      <w:r w:rsidR="00D22296" w:rsidRPr="00D22296">
        <w:t xml:space="preserve"> </w:t>
      </w:r>
      <w:proofErr w:type="spellStart"/>
      <w:r w:rsidR="00D22296" w:rsidRPr="00D22296">
        <w:t>reagovanje</w:t>
      </w:r>
      <w:proofErr w:type="spellEnd"/>
      <w:r w:rsidR="00D22296" w:rsidRPr="00D22296">
        <w:t xml:space="preserve"> u </w:t>
      </w:r>
      <w:proofErr w:type="spellStart"/>
      <w:r w:rsidR="00D22296" w:rsidRPr="00D22296">
        <w:t>kriznim</w:t>
      </w:r>
      <w:proofErr w:type="spellEnd"/>
      <w:r w:rsidR="00D22296" w:rsidRPr="00D22296">
        <w:t xml:space="preserve"> </w:t>
      </w:r>
      <w:proofErr w:type="spellStart"/>
      <w:r w:rsidR="00D22296" w:rsidRPr="00D22296">
        <w:t>situac</w:t>
      </w:r>
      <w:bookmarkStart w:id="0" w:name="_GoBack"/>
      <w:bookmarkEnd w:id="0"/>
      <w:r w:rsidR="00D22296" w:rsidRPr="00D22296">
        <w:t>ijama</w:t>
      </w:r>
      <w:proofErr w:type="spellEnd"/>
      <w:r w:rsidR="00D22296" w:rsidRPr="00D22296">
        <w:t xml:space="preserve">; </w:t>
      </w:r>
      <w:proofErr w:type="spellStart"/>
      <w:r w:rsidR="00D22296" w:rsidRPr="00D22296">
        <w:t>mr</w:t>
      </w:r>
      <w:proofErr w:type="spellEnd"/>
      <w:r w:rsidR="00D22296" w:rsidRPr="00D22296">
        <w:t xml:space="preserve"> </w:t>
      </w:r>
      <w:proofErr w:type="spellStart"/>
      <w:r w:rsidR="00D22296" w:rsidRPr="00D22296">
        <w:t>Ljuban</w:t>
      </w:r>
      <w:proofErr w:type="spellEnd"/>
      <w:r w:rsidR="00D22296" w:rsidRPr="00D22296">
        <w:t xml:space="preserve"> </w:t>
      </w:r>
      <w:proofErr w:type="spellStart"/>
      <w:r w:rsidR="00D22296" w:rsidRPr="00D22296">
        <w:t>Tmušić</w:t>
      </w:r>
      <w:proofErr w:type="spellEnd"/>
      <w:r w:rsidR="00D22296" w:rsidRPr="00D22296">
        <w:t xml:space="preserve">, </w:t>
      </w:r>
      <w:proofErr w:type="spellStart"/>
      <w:r w:rsidR="00D22296" w:rsidRPr="00D22296">
        <w:t>Ministarstvo</w:t>
      </w:r>
      <w:proofErr w:type="spellEnd"/>
      <w:r w:rsidR="00D22296" w:rsidRPr="00D22296">
        <w:t xml:space="preserve"> </w:t>
      </w:r>
      <w:proofErr w:type="spellStart"/>
      <w:r w:rsidR="00D22296" w:rsidRPr="00D22296">
        <w:t>unutrašnjih</w:t>
      </w:r>
      <w:proofErr w:type="spellEnd"/>
      <w:r w:rsidR="00D22296" w:rsidRPr="00D22296">
        <w:t xml:space="preserve"> </w:t>
      </w:r>
      <w:proofErr w:type="spellStart"/>
      <w:r w:rsidR="00D22296" w:rsidRPr="00D22296">
        <w:t>poslova</w:t>
      </w:r>
      <w:proofErr w:type="spellEnd"/>
      <w:r w:rsidR="00D22296" w:rsidRPr="00D22296">
        <w:t xml:space="preserve"> – </w:t>
      </w:r>
      <w:proofErr w:type="spellStart"/>
      <w:r w:rsidR="00D22296" w:rsidRPr="00D22296">
        <w:t>Direktorat</w:t>
      </w:r>
      <w:proofErr w:type="spellEnd"/>
      <w:r w:rsidR="00D22296" w:rsidRPr="00D22296">
        <w:t xml:space="preserve"> za </w:t>
      </w:r>
      <w:proofErr w:type="spellStart"/>
      <w:r w:rsidR="00D22296" w:rsidRPr="00D22296">
        <w:t>zaštitu</w:t>
      </w:r>
      <w:proofErr w:type="spellEnd"/>
      <w:r w:rsidR="00D22296" w:rsidRPr="00D22296">
        <w:t xml:space="preserve"> </w:t>
      </w:r>
      <w:proofErr w:type="spellStart"/>
      <w:r w:rsidR="00D22296" w:rsidRPr="00D22296">
        <w:t>i</w:t>
      </w:r>
      <w:proofErr w:type="spellEnd"/>
      <w:r w:rsidR="00D22296" w:rsidRPr="00D22296">
        <w:t xml:space="preserve"> </w:t>
      </w:r>
      <w:proofErr w:type="spellStart"/>
      <w:r w:rsidR="00D22296" w:rsidRPr="00D22296">
        <w:t>spašavanje</w:t>
      </w:r>
      <w:proofErr w:type="spellEnd"/>
    </w:p>
    <w:p w14:paraId="736D5599" w14:textId="43968349" w:rsidR="0082524A" w:rsidRPr="00D22296" w:rsidRDefault="002526DE">
      <w:pPr>
        <w:pStyle w:val="ListBullet"/>
      </w:pPr>
      <w:r w:rsidRPr="00D22296">
        <w:rPr>
          <w:b/>
        </w:rPr>
        <w:t>12.</w:t>
      </w:r>
      <w:r w:rsidR="00D22296" w:rsidRPr="00D22296">
        <w:rPr>
          <w:b/>
        </w:rPr>
        <w:t>0</w:t>
      </w:r>
      <w:r w:rsidRPr="00D22296">
        <w:rPr>
          <w:b/>
        </w:rPr>
        <w:t>0–12.</w:t>
      </w:r>
      <w:proofErr w:type="gramStart"/>
      <w:r w:rsidR="00D22296" w:rsidRPr="00D22296">
        <w:rPr>
          <w:b/>
        </w:rPr>
        <w:t>4</w:t>
      </w:r>
      <w:r w:rsidRPr="00D22296">
        <w:rPr>
          <w:b/>
        </w:rPr>
        <w:t xml:space="preserve">5  </w:t>
      </w:r>
      <w:proofErr w:type="spellStart"/>
      <w:r w:rsidRPr="00D22296">
        <w:t>Otvorena</w:t>
      </w:r>
      <w:proofErr w:type="spellEnd"/>
      <w:proofErr w:type="gramEnd"/>
      <w:r w:rsidRPr="00D22296">
        <w:t xml:space="preserve"> </w:t>
      </w:r>
      <w:proofErr w:type="spellStart"/>
      <w:r w:rsidRPr="00D22296">
        <w:t>diskusija</w:t>
      </w:r>
      <w:proofErr w:type="spellEnd"/>
      <w:r w:rsidRPr="00D22296">
        <w:t xml:space="preserve"> </w:t>
      </w:r>
      <w:proofErr w:type="spellStart"/>
      <w:r w:rsidRPr="00D22296">
        <w:t>predstavnika</w:t>
      </w:r>
      <w:proofErr w:type="spellEnd"/>
      <w:r w:rsidRPr="00D22296">
        <w:t xml:space="preserve"> </w:t>
      </w:r>
      <w:proofErr w:type="spellStart"/>
      <w:r w:rsidRPr="00D22296">
        <w:t>institucija</w:t>
      </w:r>
      <w:proofErr w:type="spellEnd"/>
      <w:r w:rsidRPr="00D22296">
        <w:t xml:space="preserve"> </w:t>
      </w:r>
      <w:proofErr w:type="spellStart"/>
      <w:r w:rsidRPr="00D22296">
        <w:t>i</w:t>
      </w:r>
      <w:proofErr w:type="spellEnd"/>
      <w:r w:rsidRPr="00D22296">
        <w:t xml:space="preserve"> </w:t>
      </w:r>
      <w:proofErr w:type="spellStart"/>
      <w:r w:rsidRPr="00D22296">
        <w:t>stručne</w:t>
      </w:r>
      <w:proofErr w:type="spellEnd"/>
      <w:r w:rsidRPr="00D22296">
        <w:t xml:space="preserve"> </w:t>
      </w:r>
      <w:proofErr w:type="spellStart"/>
      <w:r w:rsidRPr="00D22296">
        <w:t>javnosti</w:t>
      </w:r>
      <w:proofErr w:type="spellEnd"/>
      <w:r w:rsidR="00D22296" w:rsidRPr="00D22296">
        <w:t xml:space="preserve">; </w:t>
      </w:r>
      <w:proofErr w:type="spellStart"/>
      <w:r w:rsidR="00D22296" w:rsidRPr="00D22296">
        <w:t>Koktel</w:t>
      </w:r>
      <w:proofErr w:type="spellEnd"/>
    </w:p>
    <w:p w14:paraId="734EF10F" w14:textId="5BF12405" w:rsidR="0082524A" w:rsidRDefault="0082524A"/>
    <w:sectPr w:rsidR="0082524A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020" w:right="1134" w:bottom="96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0CAA58" w14:textId="77777777" w:rsidR="007476AE" w:rsidRDefault="007476AE">
      <w:pPr>
        <w:spacing w:after="0" w:line="240" w:lineRule="auto"/>
      </w:pPr>
      <w:r>
        <w:separator/>
      </w:r>
    </w:p>
  </w:endnote>
  <w:endnote w:type="continuationSeparator" w:id="0">
    <w:p w14:paraId="11E45581" w14:textId="77777777" w:rsidR="007476AE" w:rsidRDefault="007476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mbria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CEA0E2" w14:textId="77777777" w:rsidR="0084067C" w:rsidRDefault="0084067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9BC81E" w14:textId="087FA395" w:rsidR="0082524A" w:rsidRDefault="002526DE">
    <w:pPr>
      <w:pStyle w:val="Footer"/>
      <w:jc w:val="center"/>
    </w:pPr>
    <w:proofErr w:type="spellStart"/>
    <w:r>
      <w:t>Ministarstvo</w:t>
    </w:r>
    <w:proofErr w:type="spellEnd"/>
    <w:r>
      <w:t xml:space="preserve"> </w:t>
    </w:r>
    <w:proofErr w:type="spellStart"/>
    <w:r>
      <w:t>kulture</w:t>
    </w:r>
    <w:proofErr w:type="spellEnd"/>
    <w:r>
      <w:t xml:space="preserve"> </w:t>
    </w:r>
    <w:proofErr w:type="spellStart"/>
    <w:r>
      <w:t>i</w:t>
    </w:r>
    <w:proofErr w:type="spellEnd"/>
    <w:r>
      <w:t xml:space="preserve"> </w:t>
    </w:r>
    <w:proofErr w:type="spellStart"/>
    <w:r>
      <w:t>medija</w:t>
    </w:r>
    <w:proofErr w:type="spellEnd"/>
    <w:r>
      <w:t xml:space="preserve"> </w:t>
    </w:r>
    <w:proofErr w:type="spellStart"/>
    <w:r>
      <w:t>Crne</w:t>
    </w:r>
    <w:proofErr w:type="spellEnd"/>
    <w:r>
      <w:t xml:space="preserve"> </w:t>
    </w:r>
    <w:proofErr w:type="gramStart"/>
    <w:r>
      <w:t xml:space="preserve">Gore  </w:t>
    </w:r>
    <w:r w:rsidR="0084067C">
      <w:t>-</w:t>
    </w:r>
    <w:proofErr w:type="gramEnd"/>
    <w:r w:rsidR="0084067C">
      <w:t xml:space="preserve"> </w:t>
    </w:r>
    <w:r>
      <w:t xml:space="preserve"> </w:t>
    </w:r>
    <w:proofErr w:type="spellStart"/>
    <w:r>
      <w:t>Septembar</w:t>
    </w:r>
    <w:proofErr w:type="spellEnd"/>
    <w:r>
      <w:t xml:space="preserve"> 2026.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59C00F" w14:textId="77777777" w:rsidR="0084067C" w:rsidRDefault="008406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1C4266" w14:textId="77777777" w:rsidR="007476AE" w:rsidRDefault="007476AE">
      <w:pPr>
        <w:spacing w:after="0" w:line="240" w:lineRule="auto"/>
      </w:pPr>
      <w:r>
        <w:separator/>
      </w:r>
    </w:p>
  </w:footnote>
  <w:footnote w:type="continuationSeparator" w:id="0">
    <w:p w14:paraId="57D35512" w14:textId="77777777" w:rsidR="007476AE" w:rsidRDefault="007476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2149B3" w14:textId="77777777" w:rsidR="0084067C" w:rsidRDefault="0084067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2A2A2E" w14:textId="08181A55" w:rsidR="00087A5C" w:rsidRDefault="00087A5C">
    <w:pPr>
      <w:pStyle w:val="Header"/>
    </w:pPr>
    <w:r w:rsidRPr="00087A5C">
      <w:rPr>
        <w:noProof/>
      </w:rPr>
      <w:drawing>
        <wp:anchor distT="0" distB="0" distL="114300" distR="114300" simplePos="0" relativeHeight="251658240" behindDoc="1" locked="0" layoutInCell="1" allowOverlap="1" wp14:anchorId="4377801B" wp14:editId="11F79BE7">
          <wp:simplePos x="0" y="0"/>
          <wp:positionH relativeFrom="column">
            <wp:posOffset>3810</wp:posOffset>
          </wp:positionH>
          <wp:positionV relativeFrom="paragraph">
            <wp:posOffset>-190500</wp:posOffset>
          </wp:positionV>
          <wp:extent cx="5943600" cy="1190625"/>
          <wp:effectExtent l="0" t="0" r="0" b="9525"/>
          <wp:wrapTopAndBottom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1190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A1846C" w14:textId="77777777" w:rsidR="0084067C" w:rsidRDefault="0084067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7A5C"/>
    <w:rsid w:val="0015074B"/>
    <w:rsid w:val="001A32AF"/>
    <w:rsid w:val="002526DE"/>
    <w:rsid w:val="0029639D"/>
    <w:rsid w:val="002C5433"/>
    <w:rsid w:val="002F68F3"/>
    <w:rsid w:val="00326F90"/>
    <w:rsid w:val="00696C79"/>
    <w:rsid w:val="007476AE"/>
    <w:rsid w:val="0082524A"/>
    <w:rsid w:val="0084067C"/>
    <w:rsid w:val="00A9441B"/>
    <w:rsid w:val="00AA1D8D"/>
    <w:rsid w:val="00B47730"/>
    <w:rsid w:val="00CB0664"/>
    <w:rsid w:val="00CB72AB"/>
    <w:rsid w:val="00D22296"/>
    <w:rsid w:val="00D30CE3"/>
    <w:rsid w:val="00FB7A9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0BC0532"/>
  <w14:defaultImageDpi w14:val="300"/>
  <w15:docId w15:val="{D3F87140-1C90-46EF-B40D-126AA67C9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63C52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63C52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63C52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087A5C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7A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8F29182-4886-445C-BE1D-D14FFF25B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884</Words>
  <Characters>5041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5914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Kulturna Bastina</cp:lastModifiedBy>
  <cp:revision>2</cp:revision>
  <cp:lastPrinted>2026-09-22T11:22:00Z</cp:lastPrinted>
  <dcterms:created xsi:type="dcterms:W3CDTF">2026-09-23T11:46:00Z</dcterms:created>
  <dcterms:modified xsi:type="dcterms:W3CDTF">2026-09-23T11:46:00Z</dcterms:modified>
  <cp:category/>
</cp:coreProperties>
</file>