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60258" w14:textId="1B696B2D" w:rsidR="00947699" w:rsidRPr="00947699" w:rsidRDefault="00947699" w:rsidP="00947699">
      <w:pPr>
        <w:pStyle w:val="FormTitle"/>
        <w:keepNext/>
        <w:spacing w:after="0"/>
        <w:jc w:val="center"/>
        <w:rPr>
          <w:rFonts w:ascii="Cambria" w:hAnsi="Cambria"/>
          <w:color w:val="auto"/>
        </w:rPr>
      </w:pPr>
    </w:p>
    <w:p w14:paraId="1224C143" w14:textId="77777777" w:rsidR="00DB6E43" w:rsidRPr="00947699" w:rsidRDefault="00FF33B5">
      <w:pPr>
        <w:pStyle w:val="FormTitle"/>
        <w:keepNext/>
        <w:jc w:val="center"/>
        <w:rPr>
          <w:rFonts w:ascii="Cambria" w:hAnsi="Cambria"/>
          <w:color w:val="auto"/>
          <w:sz w:val="28"/>
        </w:rPr>
      </w:pPr>
      <w:r w:rsidRPr="00947699">
        <w:rPr>
          <w:rFonts w:ascii="Cambria" w:hAnsi="Cambria"/>
          <w:color w:val="auto"/>
          <w:sz w:val="28"/>
        </w:rPr>
        <w:t>PRIJAVNI OBRAZAC</w:t>
      </w:r>
    </w:p>
    <w:p w14:paraId="2716F245" w14:textId="77777777" w:rsidR="00DB6E43" w:rsidRPr="009360A7" w:rsidRDefault="00FF33B5">
      <w:pPr>
        <w:jc w:val="center"/>
        <w:rPr>
          <w:rFonts w:ascii="Cambria" w:hAnsi="Cambria"/>
          <w:sz w:val="22"/>
        </w:rPr>
      </w:pPr>
      <w:r w:rsidRPr="009360A7">
        <w:rPr>
          <w:rFonts w:ascii="Cambria" w:hAnsi="Cambria"/>
          <w:b/>
          <w:sz w:val="24"/>
        </w:rPr>
        <w:t>za učešće u programu mentorstva za pripremu Horizont Evropa projektnih prijedloga</w:t>
      </w:r>
    </w:p>
    <w:p w14:paraId="36590D1F" w14:textId="77777777" w:rsidR="00947699" w:rsidRPr="00947699" w:rsidRDefault="00947699" w:rsidP="00947699">
      <w:pPr>
        <w:pStyle w:val="FormHeading"/>
        <w:keepNext/>
        <w:spacing w:before="0" w:after="0"/>
        <w:rPr>
          <w:rFonts w:ascii="Cambria" w:hAnsi="Cambria"/>
        </w:rPr>
      </w:pPr>
    </w:p>
    <w:p w14:paraId="11591FC1" w14:textId="77777777" w:rsidR="00DB6E43" w:rsidRPr="00947699" w:rsidRDefault="00FF33B5">
      <w:pPr>
        <w:pStyle w:val="FormHeading"/>
        <w:keepNext/>
        <w:rPr>
          <w:rFonts w:ascii="Cambria" w:hAnsi="Cambria"/>
        </w:rPr>
      </w:pPr>
      <w:r w:rsidRPr="00947699">
        <w:rPr>
          <w:rFonts w:ascii="Cambria" w:hAnsi="Cambria"/>
        </w:rPr>
        <w:t>UPUTSTVO ZA PODNOSIOCE PRIJAVA</w:t>
      </w:r>
    </w:p>
    <w:p w14:paraId="2323D926" w14:textId="77777777" w:rsidR="00DB6E43" w:rsidRPr="00947699" w:rsidRDefault="00FF33B5" w:rsidP="00947699">
      <w:pPr>
        <w:jc w:val="both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Prijavni obrazac popunjava se u skladu sa uslovima Javnog poziva. </w:t>
      </w:r>
      <w:r w:rsidRPr="00947699">
        <w:rPr>
          <w:rFonts w:ascii="Cambria" w:hAnsi="Cambria"/>
        </w:rPr>
        <w:t>Molimo da odgovori budu jasni, sažeti i zasnovani na provjerljivim informacijama.</w:t>
      </w:r>
    </w:p>
    <w:p w14:paraId="314E5CD3" w14:textId="77777777" w:rsidR="00DB6E43" w:rsidRPr="00947699" w:rsidRDefault="00FF33B5" w:rsidP="00947699">
      <w:pPr>
        <w:pStyle w:val="ListParagraph"/>
        <w:numPr>
          <w:ilvl w:val="0"/>
          <w:numId w:val="49"/>
        </w:numPr>
        <w:jc w:val="both"/>
        <w:rPr>
          <w:rFonts w:ascii="Cambria" w:hAnsi="Cambria"/>
          <w:sz w:val="22"/>
        </w:rPr>
      </w:pPr>
      <w:proofErr w:type="spellStart"/>
      <w:r w:rsidRPr="00947699">
        <w:rPr>
          <w:rFonts w:ascii="Cambria" w:hAnsi="Cambria"/>
          <w:sz w:val="22"/>
        </w:rPr>
        <w:t>Sva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obavezna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polja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treba</w:t>
      </w:r>
      <w:proofErr w:type="spellEnd"/>
      <w:r w:rsidRPr="00947699">
        <w:rPr>
          <w:rFonts w:ascii="Cambria" w:hAnsi="Cambria"/>
          <w:sz w:val="22"/>
        </w:rPr>
        <w:t xml:space="preserve"> popuniti; polja koja nijesu primjenjiva ili nijesu poznata u trenutku prijave označena su kao opciona.</w:t>
      </w:r>
    </w:p>
    <w:p w14:paraId="264BD236" w14:textId="77777777" w:rsidR="00DB6E43" w:rsidRPr="00947699" w:rsidRDefault="00FF33B5" w:rsidP="00947699">
      <w:pPr>
        <w:pStyle w:val="ListParagraph"/>
        <w:numPr>
          <w:ilvl w:val="0"/>
          <w:numId w:val="49"/>
        </w:numPr>
        <w:jc w:val="both"/>
        <w:rPr>
          <w:rFonts w:ascii="Cambria" w:hAnsi="Cambria"/>
          <w:sz w:val="22"/>
        </w:rPr>
      </w:pPr>
      <w:r w:rsidRPr="00947699">
        <w:rPr>
          <w:rFonts w:ascii="Cambria" w:hAnsi="Cambria"/>
          <w:sz w:val="22"/>
        </w:rPr>
        <w:t xml:space="preserve">U </w:t>
      </w:r>
      <w:proofErr w:type="spellStart"/>
      <w:r w:rsidRPr="00947699">
        <w:rPr>
          <w:rFonts w:ascii="Cambria" w:hAnsi="Cambria"/>
          <w:sz w:val="22"/>
        </w:rPr>
        <w:t>dijelovima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sa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ograničenjem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broja</w:t>
      </w:r>
      <w:proofErr w:type="spellEnd"/>
      <w:r w:rsidRPr="00947699">
        <w:rPr>
          <w:rFonts w:ascii="Cambria" w:hAnsi="Cambria"/>
          <w:sz w:val="22"/>
        </w:rPr>
        <w:t xml:space="preserve"> riječi potrebno je poštovati navedeni maksimum.</w:t>
      </w:r>
    </w:p>
    <w:p w14:paraId="45CC2700" w14:textId="77777777" w:rsidR="00DB6E43" w:rsidRPr="00947699" w:rsidRDefault="00FF33B5" w:rsidP="00947699">
      <w:pPr>
        <w:pStyle w:val="ListParagraph"/>
        <w:numPr>
          <w:ilvl w:val="0"/>
          <w:numId w:val="49"/>
        </w:numPr>
        <w:jc w:val="both"/>
        <w:rPr>
          <w:rFonts w:ascii="Cambria" w:hAnsi="Cambria"/>
          <w:sz w:val="22"/>
        </w:rPr>
      </w:pPr>
      <w:r w:rsidRPr="00947699">
        <w:rPr>
          <w:rFonts w:ascii="Cambria" w:hAnsi="Cambria"/>
          <w:sz w:val="22"/>
        </w:rPr>
        <w:t xml:space="preserve">Ne </w:t>
      </w:r>
      <w:proofErr w:type="spellStart"/>
      <w:r w:rsidRPr="00947699">
        <w:rPr>
          <w:rFonts w:ascii="Cambria" w:hAnsi="Cambria"/>
          <w:sz w:val="22"/>
        </w:rPr>
        <w:t>unositi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povjerljive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ili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poslovno</w:t>
      </w:r>
      <w:proofErr w:type="spellEnd"/>
      <w:r w:rsidRPr="00947699">
        <w:rPr>
          <w:rFonts w:ascii="Cambria" w:hAnsi="Cambria"/>
          <w:sz w:val="22"/>
        </w:rPr>
        <w:t xml:space="preserve"> osjetljive informacije koje nijesu neophodne za ocjenu prijave.</w:t>
      </w:r>
    </w:p>
    <w:p w14:paraId="44010C7B" w14:textId="77777777" w:rsidR="00DB6E43" w:rsidRPr="00947699" w:rsidRDefault="00FF33B5" w:rsidP="00947699">
      <w:pPr>
        <w:pStyle w:val="ListParagraph"/>
        <w:numPr>
          <w:ilvl w:val="0"/>
          <w:numId w:val="49"/>
        </w:numPr>
        <w:jc w:val="both"/>
        <w:rPr>
          <w:rFonts w:ascii="Cambria" w:hAnsi="Cambria"/>
          <w:sz w:val="22"/>
        </w:rPr>
      </w:pPr>
      <w:proofErr w:type="spellStart"/>
      <w:r w:rsidRPr="00947699">
        <w:rPr>
          <w:rFonts w:ascii="Cambria" w:hAnsi="Cambria"/>
          <w:sz w:val="22"/>
        </w:rPr>
        <w:t>Jedna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organizacija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može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podnijeti</w:t>
      </w:r>
      <w:proofErr w:type="spellEnd"/>
      <w:r w:rsidRPr="00947699">
        <w:rPr>
          <w:rFonts w:ascii="Cambria" w:hAnsi="Cambria"/>
          <w:sz w:val="22"/>
        </w:rPr>
        <w:t xml:space="preserve"> najviše jednu prijavu na Javni poziv.</w:t>
      </w:r>
    </w:p>
    <w:p w14:paraId="7748B095" w14:textId="77777777" w:rsidR="00DB6E43" w:rsidRPr="00947699" w:rsidRDefault="00FF33B5" w:rsidP="00947699">
      <w:pPr>
        <w:pStyle w:val="ListParagraph"/>
        <w:numPr>
          <w:ilvl w:val="0"/>
          <w:numId w:val="49"/>
        </w:numPr>
        <w:jc w:val="both"/>
        <w:rPr>
          <w:rFonts w:ascii="Cambria" w:hAnsi="Cambria"/>
          <w:sz w:val="22"/>
        </w:rPr>
      </w:pPr>
      <w:proofErr w:type="spellStart"/>
      <w:r w:rsidRPr="00947699">
        <w:rPr>
          <w:rFonts w:ascii="Cambria" w:hAnsi="Cambria"/>
          <w:sz w:val="22"/>
        </w:rPr>
        <w:t>Prijava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sa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pratećom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dokumentacijom</w:t>
      </w:r>
      <w:proofErr w:type="spellEnd"/>
      <w:r w:rsidRPr="00947699">
        <w:rPr>
          <w:rFonts w:ascii="Cambria" w:hAnsi="Cambria"/>
          <w:sz w:val="22"/>
        </w:rPr>
        <w:t xml:space="preserve"> dostavlja se elektronskim putem na </w:t>
      </w:r>
      <w:hyperlink r:id="rId8" w:history="1">
        <w:r w:rsidR="00947699" w:rsidRPr="00F52083">
          <w:rPr>
            <w:rStyle w:val="Hyperlink"/>
            <w:rFonts w:ascii="Cambria" w:hAnsi="Cambria"/>
            <w:sz w:val="22"/>
          </w:rPr>
          <w:t>andjela.grujicic@mpni.gov.me</w:t>
        </w:r>
      </w:hyperlink>
      <w:r w:rsidRPr="00947699">
        <w:rPr>
          <w:rFonts w:ascii="Cambria" w:hAnsi="Cambria"/>
          <w:sz w:val="22"/>
        </w:rPr>
        <w:t xml:space="preserve">, sa naznakom: „Prijava za učešće u programu mentorstva za pripremu Horizont Evropa projektnih </w:t>
      </w:r>
      <w:proofErr w:type="gramStart"/>
      <w:r w:rsidRPr="00947699">
        <w:rPr>
          <w:rFonts w:ascii="Cambria" w:hAnsi="Cambria"/>
          <w:sz w:val="22"/>
        </w:rPr>
        <w:t>prijedloga“</w:t>
      </w:r>
      <w:proofErr w:type="gramEnd"/>
      <w:r w:rsidRPr="00947699">
        <w:rPr>
          <w:rFonts w:ascii="Cambria" w:hAnsi="Cambria"/>
          <w:sz w:val="22"/>
        </w:rPr>
        <w:t>.</w:t>
      </w:r>
    </w:p>
    <w:p w14:paraId="3AAB4588" w14:textId="015392F9" w:rsidR="00DB6E43" w:rsidRPr="00947699" w:rsidRDefault="00FF33B5" w:rsidP="00947699">
      <w:pPr>
        <w:pStyle w:val="ListParagraph"/>
        <w:numPr>
          <w:ilvl w:val="0"/>
          <w:numId w:val="49"/>
        </w:numPr>
        <w:jc w:val="both"/>
        <w:rPr>
          <w:rFonts w:ascii="Cambria" w:hAnsi="Cambria"/>
          <w:sz w:val="22"/>
        </w:rPr>
      </w:pPr>
      <w:proofErr w:type="spellStart"/>
      <w:r w:rsidRPr="00947699">
        <w:rPr>
          <w:rFonts w:ascii="Cambria" w:hAnsi="Cambria"/>
          <w:sz w:val="22"/>
        </w:rPr>
        <w:t>Rok</w:t>
      </w:r>
      <w:proofErr w:type="spellEnd"/>
      <w:r w:rsidRPr="00947699">
        <w:rPr>
          <w:rFonts w:ascii="Cambria" w:hAnsi="Cambria"/>
          <w:sz w:val="22"/>
        </w:rPr>
        <w:t xml:space="preserve"> za </w:t>
      </w:r>
      <w:proofErr w:type="spellStart"/>
      <w:r w:rsidRPr="00947699">
        <w:rPr>
          <w:rFonts w:ascii="Cambria" w:hAnsi="Cambria"/>
          <w:sz w:val="22"/>
        </w:rPr>
        <w:t>dostavljanje</w:t>
      </w:r>
      <w:proofErr w:type="spellEnd"/>
      <w:r w:rsidRPr="00947699">
        <w:rPr>
          <w:rFonts w:ascii="Cambria" w:hAnsi="Cambria"/>
          <w:sz w:val="22"/>
        </w:rPr>
        <w:t xml:space="preserve"> </w:t>
      </w:r>
      <w:proofErr w:type="spellStart"/>
      <w:r w:rsidRPr="00947699">
        <w:rPr>
          <w:rFonts w:ascii="Cambria" w:hAnsi="Cambria"/>
          <w:sz w:val="22"/>
        </w:rPr>
        <w:t>prijava</w:t>
      </w:r>
      <w:proofErr w:type="spellEnd"/>
      <w:r w:rsidRPr="00947699">
        <w:rPr>
          <w:rFonts w:ascii="Cambria" w:hAnsi="Cambria"/>
          <w:sz w:val="22"/>
        </w:rPr>
        <w:t xml:space="preserve"> je </w:t>
      </w:r>
      <w:r w:rsidR="007457C0" w:rsidRPr="007457C0">
        <w:rPr>
          <w:rFonts w:ascii="Cambria" w:hAnsi="Cambria"/>
          <w:sz w:val="22"/>
        </w:rPr>
        <w:t xml:space="preserve">19. </w:t>
      </w:r>
      <w:proofErr w:type="spellStart"/>
      <w:r w:rsidR="007457C0" w:rsidRPr="007457C0">
        <w:rPr>
          <w:rFonts w:ascii="Cambria" w:hAnsi="Cambria"/>
          <w:sz w:val="22"/>
        </w:rPr>
        <w:t>oktobar</w:t>
      </w:r>
      <w:proofErr w:type="spellEnd"/>
      <w:r w:rsidR="007457C0" w:rsidRPr="007457C0">
        <w:rPr>
          <w:rFonts w:ascii="Cambria" w:hAnsi="Cambria"/>
          <w:sz w:val="22"/>
        </w:rPr>
        <w:t xml:space="preserve"> 2026. </w:t>
      </w:r>
      <w:proofErr w:type="spellStart"/>
      <w:r w:rsidR="007457C0" w:rsidRPr="007457C0">
        <w:rPr>
          <w:rFonts w:ascii="Cambria" w:hAnsi="Cambria"/>
          <w:sz w:val="22"/>
        </w:rPr>
        <w:t>godine</w:t>
      </w:r>
      <w:proofErr w:type="spellEnd"/>
      <w:r w:rsidR="007457C0" w:rsidRPr="007457C0">
        <w:rPr>
          <w:rFonts w:ascii="Cambria" w:hAnsi="Cambria"/>
          <w:sz w:val="22"/>
        </w:rPr>
        <w:t xml:space="preserve"> do 13.00 </w:t>
      </w:r>
      <w:proofErr w:type="spellStart"/>
      <w:r w:rsidR="007457C0" w:rsidRPr="007457C0">
        <w:rPr>
          <w:rFonts w:ascii="Cambria" w:hAnsi="Cambria"/>
          <w:sz w:val="22"/>
        </w:rPr>
        <w:t>časova</w:t>
      </w:r>
      <w:proofErr w:type="spellEnd"/>
      <w:r w:rsidRPr="00947699">
        <w:rPr>
          <w:rFonts w:ascii="Cambria" w:hAnsi="Cambria"/>
          <w:sz w:val="22"/>
        </w:rPr>
        <w:t>.</w:t>
      </w:r>
    </w:p>
    <w:p w14:paraId="5797408E" w14:textId="77777777" w:rsidR="00947699" w:rsidRDefault="00947699">
      <w:pPr>
        <w:spacing w:after="200" w:line="276" w:lineRule="auto"/>
        <w:rPr>
          <w:rFonts w:ascii="Cambria" w:hAnsi="Cambria"/>
          <w:b/>
          <w:color w:val="365F91"/>
          <w:sz w:val="23"/>
        </w:rPr>
      </w:pPr>
      <w:r>
        <w:rPr>
          <w:rFonts w:ascii="Cambria" w:hAnsi="Cambria"/>
        </w:rPr>
        <w:br w:type="page"/>
      </w:r>
    </w:p>
    <w:p w14:paraId="609472BB" w14:textId="77777777" w:rsidR="009360A7" w:rsidRPr="00947699" w:rsidRDefault="009360A7" w:rsidP="009360A7">
      <w:pPr>
        <w:pStyle w:val="FormHeading"/>
        <w:keepNext/>
        <w:rPr>
          <w:rFonts w:ascii="Cambria" w:hAnsi="Cambria"/>
          <w:color w:val="auto"/>
        </w:rPr>
      </w:pPr>
      <w:r w:rsidRPr="00947699">
        <w:rPr>
          <w:rFonts w:ascii="Cambria" w:hAnsi="Cambria"/>
          <w:color w:val="auto"/>
        </w:rPr>
        <w:lastRenderedPageBreak/>
        <w:t>1. PODNOSILAC PRIJAVE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9360A7" w:rsidRPr="00947699" w14:paraId="07E3A992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26665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b/>
                <w:sz w:val="19"/>
              </w:rPr>
              <w:t>Naziv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 xml:space="preserve">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organizacije</w:t>
            </w:r>
            <w:proofErr w:type="spellEnd"/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1F1134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32D37F92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ED09ED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b/>
                <w:sz w:val="19"/>
              </w:rPr>
              <w:t>Pravni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 xml:space="preserve"> status /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vrsta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 xml:space="preserve">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organizacije</w:t>
            </w:r>
            <w:proofErr w:type="spellEnd"/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A2924D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522F20DE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1D795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PIB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485D45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1FD6B09D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CC7C7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b/>
                <w:sz w:val="19"/>
              </w:rPr>
              <w:t>Adresa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 xml:space="preserve"> i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opština</w:t>
            </w:r>
            <w:proofErr w:type="spellEnd"/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59030D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64232388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4234EE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 xml:space="preserve">E-mail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organizacije</w:t>
            </w:r>
            <w:proofErr w:type="spellEnd"/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F5434A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6B65D846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16F458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b/>
                <w:sz w:val="19"/>
              </w:rPr>
              <w:t>Telefon</w:t>
            </w:r>
            <w:proofErr w:type="spellEnd"/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8A8F1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1481CEB6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26F482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 xml:space="preserve">Internet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stranica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 xml:space="preserve"> (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opciono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>)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7EFB77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</w:tbl>
    <w:p w14:paraId="52E3E4B9" w14:textId="77777777" w:rsidR="009360A7" w:rsidRPr="00947699" w:rsidRDefault="009360A7" w:rsidP="009360A7">
      <w:pPr>
        <w:rPr>
          <w:rFonts w:ascii="Cambria" w:hAnsi="Cambria"/>
        </w:rPr>
      </w:pPr>
    </w:p>
    <w:p w14:paraId="0BCA676D" w14:textId="77777777" w:rsidR="009360A7" w:rsidRPr="00947699" w:rsidRDefault="009360A7" w:rsidP="009360A7">
      <w:pPr>
        <w:rPr>
          <w:rFonts w:ascii="Cambria" w:hAnsi="Cambria"/>
        </w:rPr>
      </w:pPr>
      <w:proofErr w:type="spellStart"/>
      <w:r w:rsidRPr="00947699">
        <w:rPr>
          <w:rFonts w:ascii="Cambria" w:hAnsi="Cambria"/>
          <w:b/>
          <w:color w:val="365F91"/>
        </w:rPr>
        <w:t>Kontakt</w:t>
      </w:r>
      <w:proofErr w:type="spellEnd"/>
      <w:r w:rsidRPr="00947699">
        <w:rPr>
          <w:rFonts w:ascii="Cambria" w:hAnsi="Cambria"/>
          <w:b/>
          <w:color w:val="365F91"/>
        </w:rPr>
        <w:t xml:space="preserve"> </w:t>
      </w:r>
      <w:proofErr w:type="spellStart"/>
      <w:r w:rsidRPr="00947699">
        <w:rPr>
          <w:rFonts w:ascii="Cambria" w:hAnsi="Cambria"/>
          <w:b/>
          <w:color w:val="365F91"/>
        </w:rPr>
        <w:t>osoba</w:t>
      </w:r>
      <w:proofErr w:type="spellEnd"/>
      <w:r w:rsidRPr="00947699">
        <w:rPr>
          <w:rFonts w:ascii="Cambria" w:hAnsi="Cambria"/>
          <w:b/>
          <w:color w:val="365F91"/>
        </w:rPr>
        <w:t xml:space="preserve"> za </w:t>
      </w:r>
      <w:proofErr w:type="spellStart"/>
      <w:r w:rsidRPr="00947699">
        <w:rPr>
          <w:rFonts w:ascii="Cambria" w:hAnsi="Cambria"/>
          <w:b/>
          <w:color w:val="365F91"/>
        </w:rPr>
        <w:t>prijavu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9360A7" w:rsidRPr="00947699" w14:paraId="41043000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EE6862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b/>
                <w:sz w:val="19"/>
              </w:rPr>
              <w:t>Ime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 xml:space="preserve"> i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prezime</w:t>
            </w:r>
            <w:proofErr w:type="spellEnd"/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2762C0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4D8D3998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B23814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b/>
                <w:sz w:val="19"/>
              </w:rPr>
              <w:t>Funkcija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 xml:space="preserve"> /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radno</w:t>
            </w:r>
            <w:proofErr w:type="spellEnd"/>
            <w:r w:rsidRPr="00947699">
              <w:rPr>
                <w:rFonts w:ascii="Cambria" w:hAnsi="Cambria"/>
                <w:b/>
                <w:sz w:val="19"/>
              </w:rPr>
              <w:t xml:space="preserve"> </w:t>
            </w:r>
            <w:proofErr w:type="spellStart"/>
            <w:r w:rsidRPr="00947699">
              <w:rPr>
                <w:rFonts w:ascii="Cambria" w:hAnsi="Cambria"/>
                <w:b/>
                <w:sz w:val="19"/>
              </w:rPr>
              <w:t>mjesto</w:t>
            </w:r>
            <w:proofErr w:type="spellEnd"/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E4D6D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291A4439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764BF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E-mail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10B5C5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  <w:tr w:rsidR="009360A7" w:rsidRPr="00947699" w14:paraId="397D4872" w14:textId="77777777" w:rsidTr="009115AF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809B5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b/>
                <w:sz w:val="19"/>
              </w:rPr>
              <w:t>Telefon</w:t>
            </w:r>
            <w:proofErr w:type="spellEnd"/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595E24" w14:textId="77777777" w:rsidR="009360A7" w:rsidRPr="00947699" w:rsidRDefault="009360A7" w:rsidP="009115AF">
            <w:pPr>
              <w:spacing w:after="0"/>
              <w:rPr>
                <w:rFonts w:ascii="Cambria" w:hAnsi="Cambria"/>
              </w:rPr>
            </w:pPr>
          </w:p>
        </w:tc>
      </w:tr>
    </w:tbl>
    <w:p w14:paraId="16510E31" w14:textId="77777777" w:rsidR="009360A7" w:rsidRDefault="009360A7">
      <w:pPr>
        <w:spacing w:after="200" w:line="276" w:lineRule="auto"/>
        <w:rPr>
          <w:rFonts w:ascii="Cambria" w:hAnsi="Cambria"/>
          <w:b/>
          <w:color w:val="365F91"/>
          <w:sz w:val="23"/>
        </w:rPr>
      </w:pPr>
      <w:r>
        <w:rPr>
          <w:rFonts w:ascii="Cambria" w:hAnsi="Cambria"/>
        </w:rPr>
        <w:br w:type="page"/>
      </w:r>
    </w:p>
    <w:p w14:paraId="3E9A30F0" w14:textId="77777777" w:rsidR="00DB6E43" w:rsidRPr="00947699" w:rsidRDefault="00FF33B5">
      <w:pPr>
        <w:pStyle w:val="FormHeading"/>
        <w:keepNext/>
        <w:pageBreakBefore/>
        <w:rPr>
          <w:rFonts w:ascii="Cambria" w:hAnsi="Cambria"/>
        </w:rPr>
      </w:pPr>
      <w:r w:rsidRPr="00947699">
        <w:rPr>
          <w:rFonts w:ascii="Cambria" w:hAnsi="Cambria"/>
        </w:rPr>
        <w:lastRenderedPageBreak/>
        <w:t>2. INFORMACIJE O PROJEKTNOJ IDEJI / PRIJEDLOGU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DB6E43" w:rsidRPr="00947699" w14:paraId="6C01D45D" w14:textId="77777777">
        <w:trPr>
          <w:cantSplit/>
          <w:trHeight w:val="481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543770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Naziv projektne ideje / prijedloga na crnogorskom jeziku (opciono)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DF8BC6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5DBDD876" w14:textId="77777777">
        <w:trPr>
          <w:cantSplit/>
          <w:trHeight w:val="481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CDEC9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Naziv projektne ideje / prijedloga na engleskom jeziku (opciono)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3B872E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3BE1ABB5" w14:textId="77777777">
        <w:trPr>
          <w:cantSplit/>
          <w:trHeight w:val="481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25FE28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Naziv i/ili oznaka relevantnog Horizont Evropa poziva (opciono)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9435D2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4680A5C1" w14:textId="77777777">
        <w:trPr>
          <w:cantSplit/>
          <w:trHeight w:val="481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85003D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Stub / klaster / instrument programa Horizont Evropa (opciono)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671AED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3B206921" w14:textId="77777777">
        <w:trPr>
          <w:cantSplit/>
          <w:trHeight w:val="481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63A4AB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Planirana uloga podnosioca prijave u projektu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B11FDF" w14:textId="77777777" w:rsidR="00DB6E43" w:rsidRPr="00947699" w:rsidRDefault="007F3068">
            <w:pPr>
              <w:spacing w:after="0"/>
              <w:rPr>
                <w:rFonts w:ascii="Cambria" w:hAnsi="Cambria"/>
              </w:rPr>
            </w:pPr>
            <w:sdt>
              <w:sdtPr>
                <w:rPr>
                  <w:rFonts w:cs="Arial"/>
                  <w:szCs w:val="24"/>
                </w:rPr>
                <w:id w:val="-58121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7699" w:rsidRPr="00761BD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47699" w:rsidRPr="00761BDC" w:rsidDel="004333FD">
              <w:rPr>
                <w:rFonts w:cs="Arial"/>
                <w:szCs w:val="24"/>
                <w:lang w:val="hr-HR" w:eastAsia="en-GB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20"/>
              </w:rPr>
              <w:t>Koordinator</w:t>
            </w:r>
            <w:proofErr w:type="spellEnd"/>
            <w:r w:rsidR="00FF33B5" w:rsidRPr="00947699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20"/>
              </w:rPr>
              <w:t>projekta</w:t>
            </w:r>
            <w:proofErr w:type="spellEnd"/>
            <w:r w:rsidR="00FF33B5" w:rsidRPr="00947699">
              <w:rPr>
                <w:rFonts w:ascii="Cambria" w:hAnsi="Cambria"/>
                <w:sz w:val="20"/>
              </w:rPr>
              <w:t xml:space="preserve">      </w:t>
            </w:r>
            <w:sdt>
              <w:sdtPr>
                <w:rPr>
                  <w:rFonts w:cs="Arial"/>
                  <w:szCs w:val="24"/>
                </w:rPr>
                <w:id w:val="1456909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7699" w:rsidRPr="00761BD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47699" w:rsidRPr="00761BDC" w:rsidDel="004333FD">
              <w:rPr>
                <w:rFonts w:cs="Arial"/>
                <w:szCs w:val="24"/>
                <w:lang w:val="hr-HR" w:eastAsia="en-GB"/>
              </w:rPr>
              <w:t xml:space="preserve"> </w:t>
            </w:r>
            <w:r w:rsidR="00FF33B5" w:rsidRPr="00947699">
              <w:rPr>
                <w:rFonts w:ascii="Cambria" w:hAnsi="Cambria"/>
                <w:sz w:val="20"/>
              </w:rPr>
              <w:t xml:space="preserve">Partner </w:t>
            </w:r>
            <w:proofErr w:type="spellStart"/>
            <w:r w:rsidR="00FF33B5" w:rsidRPr="00947699">
              <w:rPr>
                <w:rFonts w:ascii="Cambria" w:hAnsi="Cambria"/>
                <w:sz w:val="20"/>
              </w:rPr>
              <w:t>na</w:t>
            </w:r>
            <w:proofErr w:type="spellEnd"/>
            <w:r w:rsidR="00FF33B5" w:rsidRPr="00947699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20"/>
              </w:rPr>
              <w:t>projektu</w:t>
            </w:r>
            <w:proofErr w:type="spellEnd"/>
          </w:p>
        </w:tc>
      </w:tr>
    </w:tbl>
    <w:p w14:paraId="656DFCE4" w14:textId="77777777" w:rsidR="00DB6E43" w:rsidRPr="00947699" w:rsidRDefault="00FF33B5">
      <w:pPr>
        <w:pStyle w:val="FormNote"/>
        <w:rPr>
          <w:rFonts w:ascii="Cambria" w:hAnsi="Cambria"/>
        </w:rPr>
      </w:pPr>
      <w:r w:rsidRPr="00947699">
        <w:rPr>
          <w:rFonts w:ascii="Cambria" w:hAnsi="Cambria"/>
        </w:rPr>
        <w:t>Podaci o konkretnom pozivu mogu ostati nepopunjeni ukoliko odgovarajući Horizont Evropa poziv još nije identifikovan.</w:t>
      </w:r>
    </w:p>
    <w:p w14:paraId="478B91DE" w14:textId="77777777" w:rsidR="00DB6E43" w:rsidRPr="00947699" w:rsidRDefault="00FF33B5">
      <w:pPr>
        <w:rPr>
          <w:rFonts w:ascii="Cambria" w:hAnsi="Cambria"/>
        </w:rPr>
      </w:pPr>
      <w:r w:rsidRPr="00947699">
        <w:rPr>
          <w:rFonts w:ascii="Cambria" w:hAnsi="Cambria"/>
          <w:b/>
          <w:color w:val="365F91"/>
        </w:rPr>
        <w:t>Stepen razvijenosti projektne ideje / prijedloga</w:t>
      </w:r>
    </w:p>
    <w:p w14:paraId="5067BFB9" w14:textId="4FC1B09E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-1629614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r w:rsidR="00947699" w:rsidRPr="00761BDC">
        <w:rPr>
          <w:rFonts w:cs="Arial"/>
          <w:szCs w:val="24"/>
          <w:lang w:val="hr-HR" w:eastAsia="en-GB"/>
        </w:rPr>
        <w:t xml:space="preserve"> </w:t>
      </w:r>
      <w:proofErr w:type="spellStart"/>
      <w:r w:rsidR="00FF33B5" w:rsidRPr="00947699">
        <w:rPr>
          <w:rFonts w:ascii="Cambria" w:hAnsi="Cambria"/>
        </w:rPr>
        <w:t>Početna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projektna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ideja</w:t>
      </w:r>
      <w:proofErr w:type="spellEnd"/>
      <w:r w:rsidR="00FF33B5" w:rsidRPr="00947699">
        <w:rPr>
          <w:rFonts w:ascii="Cambria" w:hAnsi="Cambria"/>
        </w:rPr>
        <w:t xml:space="preserve"> / koncept</w:t>
      </w:r>
    </w:p>
    <w:p w14:paraId="37330063" w14:textId="16D47342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-2055226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r w:rsidR="00947699" w:rsidRPr="00761BDC">
        <w:rPr>
          <w:rFonts w:cs="Arial"/>
          <w:szCs w:val="24"/>
          <w:lang w:val="hr-HR" w:eastAsia="en-GB"/>
        </w:rPr>
        <w:t xml:space="preserve"> </w:t>
      </w:r>
      <w:proofErr w:type="spellStart"/>
      <w:r w:rsidR="00FF33B5" w:rsidRPr="00947699">
        <w:rPr>
          <w:rFonts w:ascii="Cambria" w:hAnsi="Cambria"/>
        </w:rPr>
        <w:t>Razvijen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koncept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sa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definisanim</w:t>
      </w:r>
      <w:proofErr w:type="spellEnd"/>
      <w:r w:rsidR="00FF33B5" w:rsidRPr="00947699">
        <w:rPr>
          <w:rFonts w:ascii="Cambria" w:hAnsi="Cambria"/>
        </w:rPr>
        <w:t xml:space="preserve"> ciljevima i očekivanim rezultatima</w:t>
      </w:r>
    </w:p>
    <w:p w14:paraId="3AA2AA2F" w14:textId="481EBB72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1202052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r w:rsidR="00947699" w:rsidRPr="00761BDC">
        <w:rPr>
          <w:rFonts w:cs="Arial"/>
          <w:szCs w:val="24"/>
          <w:lang w:val="hr-HR" w:eastAsia="en-GB"/>
        </w:rPr>
        <w:t xml:space="preserve"> </w:t>
      </w:r>
      <w:proofErr w:type="spellStart"/>
      <w:r w:rsidR="00FF33B5" w:rsidRPr="00947699">
        <w:rPr>
          <w:rFonts w:ascii="Cambria" w:hAnsi="Cambria"/>
        </w:rPr>
        <w:t>Identifikovan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relevantan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Horizont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Evropa</w:t>
      </w:r>
      <w:proofErr w:type="spellEnd"/>
      <w:r w:rsidR="00FF33B5" w:rsidRPr="00947699">
        <w:rPr>
          <w:rFonts w:ascii="Cambria" w:hAnsi="Cambria"/>
        </w:rPr>
        <w:t xml:space="preserve"> poziv</w:t>
      </w:r>
    </w:p>
    <w:p w14:paraId="0D67AD36" w14:textId="553CC373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-157311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r w:rsidR="00947699" w:rsidRPr="00761BDC">
        <w:rPr>
          <w:rFonts w:cs="Arial"/>
          <w:szCs w:val="24"/>
          <w:lang w:val="hr-HR" w:eastAsia="en-GB"/>
        </w:rPr>
        <w:t xml:space="preserve"> </w:t>
      </w:r>
      <w:proofErr w:type="spellStart"/>
      <w:r w:rsidR="00FF33B5" w:rsidRPr="00947699">
        <w:rPr>
          <w:rFonts w:ascii="Cambria" w:hAnsi="Cambria"/>
        </w:rPr>
        <w:t>Projektni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prijedlog</w:t>
      </w:r>
      <w:proofErr w:type="spellEnd"/>
      <w:r w:rsidR="00FF33B5" w:rsidRPr="00947699">
        <w:rPr>
          <w:rFonts w:ascii="Cambria" w:hAnsi="Cambria"/>
        </w:rPr>
        <w:t xml:space="preserve"> je </w:t>
      </w:r>
      <w:proofErr w:type="spellStart"/>
      <w:r w:rsidR="00FF33B5" w:rsidRPr="00947699">
        <w:rPr>
          <w:rFonts w:ascii="Cambria" w:hAnsi="Cambria"/>
        </w:rPr>
        <w:t>već</w:t>
      </w:r>
      <w:proofErr w:type="spellEnd"/>
      <w:r w:rsidR="00FF33B5" w:rsidRPr="00947699">
        <w:rPr>
          <w:rFonts w:ascii="Cambria" w:hAnsi="Cambria"/>
        </w:rPr>
        <w:t xml:space="preserve"> u fazi izrade</w:t>
      </w:r>
    </w:p>
    <w:p w14:paraId="5D6CA5D1" w14:textId="77777777" w:rsidR="00DB6E43" w:rsidRPr="00947699" w:rsidRDefault="00FF33B5">
      <w:pPr>
        <w:pStyle w:val="FormNote"/>
        <w:rPr>
          <w:rFonts w:ascii="Cambria" w:hAnsi="Cambria"/>
        </w:rPr>
      </w:pPr>
      <w:r w:rsidRPr="00947699">
        <w:rPr>
          <w:rFonts w:ascii="Cambria" w:hAnsi="Cambria"/>
        </w:rPr>
        <w:t>Označiti opciju koja najbolje opisuje trenutni stepen razvijenosti.</w:t>
      </w:r>
    </w:p>
    <w:p w14:paraId="2C221B6B" w14:textId="77777777" w:rsidR="00DB6E43" w:rsidRPr="00947699" w:rsidRDefault="00FF33B5">
      <w:pPr>
        <w:rPr>
          <w:rFonts w:ascii="Cambria" w:hAnsi="Cambria"/>
        </w:rPr>
      </w:pPr>
      <w:r w:rsidRPr="00947699">
        <w:rPr>
          <w:rFonts w:ascii="Cambria" w:hAnsi="Cambria"/>
          <w:b/>
          <w:color w:val="365F91"/>
        </w:rPr>
        <w:t>Relevantne prioritetne oblasti Strategije pametne specijalizacije Crne Gore 2026–2031</w:t>
      </w:r>
    </w:p>
    <w:p w14:paraId="33829F34" w14:textId="4401C06A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-604577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proofErr w:type="spellStart"/>
      <w:r w:rsidR="00FF33B5" w:rsidRPr="00947699">
        <w:rPr>
          <w:rFonts w:ascii="Cambria" w:hAnsi="Cambria"/>
        </w:rPr>
        <w:t>Energija</w:t>
      </w:r>
      <w:proofErr w:type="spellEnd"/>
      <w:r w:rsidR="00FF33B5" w:rsidRPr="00947699">
        <w:rPr>
          <w:rFonts w:ascii="Cambria" w:hAnsi="Cambria"/>
        </w:rPr>
        <w:t xml:space="preserve"> i </w:t>
      </w:r>
      <w:proofErr w:type="spellStart"/>
      <w:r w:rsidR="00FF33B5" w:rsidRPr="00947699">
        <w:rPr>
          <w:rFonts w:ascii="Cambria" w:hAnsi="Cambria"/>
        </w:rPr>
        <w:t>održiva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životna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sredina</w:t>
      </w:r>
      <w:proofErr w:type="spellEnd"/>
    </w:p>
    <w:p w14:paraId="352264BC" w14:textId="63DFF541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-429667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proofErr w:type="spellStart"/>
      <w:r w:rsidR="00FF33B5" w:rsidRPr="00947699">
        <w:rPr>
          <w:rFonts w:ascii="Cambria" w:hAnsi="Cambria"/>
        </w:rPr>
        <w:t>Održiva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poljoprivreda</w:t>
      </w:r>
      <w:proofErr w:type="spellEnd"/>
      <w:r w:rsidR="00FF33B5" w:rsidRPr="00947699">
        <w:rPr>
          <w:rFonts w:ascii="Cambria" w:hAnsi="Cambria"/>
        </w:rPr>
        <w:t xml:space="preserve"> i </w:t>
      </w:r>
      <w:proofErr w:type="spellStart"/>
      <w:r w:rsidR="00FF33B5" w:rsidRPr="00947699">
        <w:rPr>
          <w:rFonts w:ascii="Cambria" w:hAnsi="Cambria"/>
        </w:rPr>
        <w:t>lanac</w:t>
      </w:r>
      <w:proofErr w:type="spellEnd"/>
      <w:r w:rsidR="00FF33B5" w:rsidRPr="00947699">
        <w:rPr>
          <w:rFonts w:ascii="Cambria" w:hAnsi="Cambria"/>
        </w:rPr>
        <w:t xml:space="preserve"> vrijednosti hrane</w:t>
      </w:r>
    </w:p>
    <w:p w14:paraId="037F47C8" w14:textId="7324B7DE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-607887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proofErr w:type="spellStart"/>
      <w:r w:rsidR="00FF33B5" w:rsidRPr="00947699">
        <w:rPr>
          <w:rFonts w:ascii="Cambria" w:hAnsi="Cambria"/>
        </w:rPr>
        <w:t>Inovativni</w:t>
      </w:r>
      <w:proofErr w:type="spellEnd"/>
      <w:r w:rsidR="00FF33B5" w:rsidRPr="00947699">
        <w:rPr>
          <w:rFonts w:ascii="Cambria" w:hAnsi="Cambria"/>
        </w:rPr>
        <w:t xml:space="preserve">, </w:t>
      </w:r>
      <w:proofErr w:type="spellStart"/>
      <w:r w:rsidR="00FF33B5" w:rsidRPr="00947699">
        <w:rPr>
          <w:rFonts w:ascii="Cambria" w:hAnsi="Cambria"/>
        </w:rPr>
        <w:t>regenerativni</w:t>
      </w:r>
      <w:proofErr w:type="spellEnd"/>
      <w:r w:rsidR="00FF33B5" w:rsidRPr="00947699">
        <w:rPr>
          <w:rFonts w:ascii="Cambria" w:hAnsi="Cambria"/>
        </w:rPr>
        <w:t xml:space="preserve"> i </w:t>
      </w:r>
      <w:proofErr w:type="spellStart"/>
      <w:r w:rsidR="00FF33B5" w:rsidRPr="00947699">
        <w:rPr>
          <w:rFonts w:ascii="Cambria" w:hAnsi="Cambria"/>
        </w:rPr>
        <w:t>održivi</w:t>
      </w:r>
      <w:proofErr w:type="spellEnd"/>
      <w:r w:rsidR="00FF33B5" w:rsidRPr="00947699">
        <w:rPr>
          <w:rFonts w:ascii="Cambria" w:hAnsi="Cambria"/>
        </w:rPr>
        <w:t xml:space="preserve"> turizam</w:t>
      </w:r>
    </w:p>
    <w:p w14:paraId="44F18212" w14:textId="5352D10A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109429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r w:rsidR="00FF33B5" w:rsidRPr="00947699">
        <w:rPr>
          <w:rFonts w:ascii="Cambria" w:hAnsi="Cambria"/>
        </w:rPr>
        <w:t xml:space="preserve">ICT i </w:t>
      </w:r>
      <w:proofErr w:type="spellStart"/>
      <w:r w:rsidR="00FF33B5" w:rsidRPr="00947699">
        <w:rPr>
          <w:rFonts w:ascii="Cambria" w:hAnsi="Cambria"/>
        </w:rPr>
        <w:t>digitalne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inovacije</w:t>
      </w:r>
      <w:proofErr w:type="spellEnd"/>
    </w:p>
    <w:p w14:paraId="0017D225" w14:textId="2E14734B" w:rsidR="00DB6E43" w:rsidRPr="00947699" w:rsidRDefault="007F3068">
      <w:pPr>
        <w:ind w:left="198"/>
        <w:rPr>
          <w:rFonts w:ascii="Cambria" w:hAnsi="Cambria"/>
        </w:rPr>
      </w:pPr>
      <w:sdt>
        <w:sdtPr>
          <w:rPr>
            <w:rFonts w:cs="Arial"/>
            <w:szCs w:val="24"/>
          </w:rPr>
          <w:id w:val="1104149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699" w:rsidRPr="00761BDC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947699" w:rsidRPr="00761BDC" w:rsidDel="004333FD">
        <w:rPr>
          <w:rFonts w:cs="Arial"/>
          <w:szCs w:val="24"/>
          <w:lang w:val="hr-HR" w:eastAsia="en-GB"/>
        </w:rPr>
        <w:t xml:space="preserve"> </w:t>
      </w:r>
      <w:proofErr w:type="spellStart"/>
      <w:r w:rsidR="00FF33B5" w:rsidRPr="00947699">
        <w:rPr>
          <w:rFonts w:ascii="Cambria" w:hAnsi="Cambria"/>
        </w:rPr>
        <w:t>Građevinarstvo</w:t>
      </w:r>
      <w:proofErr w:type="spellEnd"/>
      <w:r w:rsidR="00FF33B5" w:rsidRPr="00947699">
        <w:rPr>
          <w:rFonts w:ascii="Cambria" w:hAnsi="Cambria"/>
        </w:rPr>
        <w:t xml:space="preserve"> po </w:t>
      </w:r>
      <w:proofErr w:type="spellStart"/>
      <w:r w:rsidR="00FF33B5" w:rsidRPr="00947699">
        <w:rPr>
          <w:rFonts w:ascii="Cambria" w:hAnsi="Cambria"/>
        </w:rPr>
        <w:t>mjeri</w:t>
      </w:r>
      <w:proofErr w:type="spellEnd"/>
      <w:r w:rsidR="00FF33B5" w:rsidRPr="00947699">
        <w:rPr>
          <w:rFonts w:ascii="Cambria" w:hAnsi="Cambria"/>
        </w:rPr>
        <w:t xml:space="preserve"> </w:t>
      </w:r>
      <w:proofErr w:type="spellStart"/>
      <w:r w:rsidR="00FF33B5" w:rsidRPr="00947699">
        <w:rPr>
          <w:rFonts w:ascii="Cambria" w:hAnsi="Cambria"/>
        </w:rPr>
        <w:t>prirode</w:t>
      </w:r>
      <w:proofErr w:type="spellEnd"/>
      <w:r w:rsidR="00FF33B5" w:rsidRPr="00947699">
        <w:rPr>
          <w:rFonts w:ascii="Cambria" w:hAnsi="Cambria"/>
        </w:rPr>
        <w:t xml:space="preserve"> i čovjeka</w:t>
      </w:r>
    </w:p>
    <w:p w14:paraId="2CE5949C" w14:textId="77777777" w:rsidR="00DB6E43" w:rsidRPr="00947699" w:rsidRDefault="00FF33B5">
      <w:pPr>
        <w:pStyle w:val="FormNote"/>
        <w:rPr>
          <w:rFonts w:ascii="Cambria" w:hAnsi="Cambria"/>
        </w:rPr>
      </w:pPr>
      <w:r w:rsidRPr="00947699">
        <w:rPr>
          <w:rFonts w:ascii="Cambria" w:hAnsi="Cambria"/>
        </w:rPr>
        <w:t>Moguće je označiti više od jedne prioritetne oblasti.</w:t>
      </w:r>
    </w:p>
    <w:p w14:paraId="7E82DCDE" w14:textId="77777777" w:rsidR="00DB6E43" w:rsidRPr="00947699" w:rsidRDefault="00FF33B5">
      <w:pPr>
        <w:rPr>
          <w:rFonts w:ascii="Cambria" w:hAnsi="Cambria"/>
        </w:rPr>
      </w:pPr>
      <w:r w:rsidRPr="00947699">
        <w:rPr>
          <w:rFonts w:ascii="Cambria" w:hAnsi="Cambria"/>
          <w:b/>
          <w:color w:val="365F91"/>
        </w:rPr>
        <w:t>Ostali poznati / planirani članovi konzorcijuma (opciono)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814"/>
        <w:gridCol w:w="3685"/>
      </w:tblGrid>
      <w:tr w:rsidR="00DB6E43" w:rsidRPr="00947699" w14:paraId="1DFD5EB6" w14:textId="77777777">
        <w:trPr>
          <w:cantSplit/>
          <w:tblHeader/>
          <w:jc w:val="center"/>
        </w:trPr>
        <w:tc>
          <w:tcPr>
            <w:tcW w:w="39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6020F6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Naziv organizacije</w:t>
            </w:r>
          </w:p>
        </w:tc>
        <w:tc>
          <w:tcPr>
            <w:tcW w:w="181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DD885B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Država</w:t>
            </w:r>
          </w:p>
        </w:tc>
        <w:tc>
          <w:tcPr>
            <w:tcW w:w="368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C5092A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Planirana uloga u konzorcijumu</w:t>
            </w:r>
          </w:p>
        </w:tc>
      </w:tr>
      <w:tr w:rsidR="00DB6E43" w:rsidRPr="00947699" w14:paraId="4A081C05" w14:textId="77777777">
        <w:trPr>
          <w:cantSplit/>
          <w:trHeight w:val="453"/>
          <w:jc w:val="center"/>
        </w:trPr>
        <w:tc>
          <w:tcPr>
            <w:tcW w:w="39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27266A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81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F97020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368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4F3745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0E7824E1" w14:textId="77777777">
        <w:trPr>
          <w:cantSplit/>
          <w:trHeight w:val="453"/>
          <w:jc w:val="center"/>
        </w:trPr>
        <w:tc>
          <w:tcPr>
            <w:tcW w:w="39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27D05F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81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719D35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368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A8EC24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</w:tbl>
    <w:p w14:paraId="4CA79107" w14:textId="77777777" w:rsidR="009360A7" w:rsidRDefault="009360A7">
      <w:pPr>
        <w:spacing w:after="200" w:line="276" w:lineRule="auto"/>
        <w:rPr>
          <w:rFonts w:ascii="Cambria" w:hAnsi="Cambria"/>
          <w:b/>
          <w:color w:val="365F91"/>
          <w:sz w:val="23"/>
        </w:rPr>
      </w:pPr>
      <w:r>
        <w:rPr>
          <w:rFonts w:ascii="Cambria" w:hAnsi="Cambria"/>
        </w:rPr>
        <w:br w:type="page"/>
      </w:r>
    </w:p>
    <w:p w14:paraId="537395A1" w14:textId="77777777" w:rsidR="00DB6E43" w:rsidRPr="00947699" w:rsidRDefault="00FF33B5">
      <w:pPr>
        <w:pStyle w:val="FormHeading"/>
        <w:keepNext/>
        <w:rPr>
          <w:rFonts w:ascii="Cambria" w:hAnsi="Cambria"/>
        </w:rPr>
      </w:pPr>
      <w:r w:rsidRPr="00947699">
        <w:rPr>
          <w:rFonts w:ascii="Cambria" w:hAnsi="Cambria"/>
        </w:rPr>
        <w:lastRenderedPageBreak/>
        <w:t>3. KRATAK OPIS PROJEKTNE IDEJE / PRIJEDLOGA</w:t>
      </w:r>
    </w:p>
    <w:p w14:paraId="14402466" w14:textId="77777777" w:rsidR="00DB6E43" w:rsidRPr="00947699" w:rsidRDefault="00FF33B5" w:rsidP="009360A7">
      <w:pPr>
        <w:jc w:val="both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Maksimum 500 riječi. </w:t>
      </w:r>
      <w:r w:rsidRPr="00947699">
        <w:rPr>
          <w:rFonts w:ascii="Cambria" w:hAnsi="Cambria"/>
        </w:rPr>
        <w:t>Opišite projektnu ideju / prijedlog jasno i sažeto. Opis treba da omogući Komisiji da ocijeni relevantnost, kvalitet, inovativnost i stepen razvijenosti ideje.</w:t>
      </w:r>
    </w:p>
    <w:p w14:paraId="7BC10789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problem / izazov na koji projekat odgovara i osnovne ciljeve;</w:t>
      </w:r>
    </w:p>
    <w:p w14:paraId="374B1299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predloženi pristup i ključne aktivnosti;</w:t>
      </w:r>
    </w:p>
    <w:p w14:paraId="56154CED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inovativni element i očekivanu dodatnu vrijednost projekta;</w:t>
      </w:r>
    </w:p>
    <w:p w14:paraId="0A34F5AB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relevantnost za program Horizont Evropa i povezanost sa označenim S3 prioritetnim oblastima;</w:t>
      </w:r>
    </w:p>
    <w:p w14:paraId="2CC1653B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trenutni stepen razvijenosti projektne ideje;</w:t>
      </w:r>
    </w:p>
    <w:p w14:paraId="1255668C" w14:textId="079C2DE1" w:rsidR="00DB6E43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proofErr w:type="spellStart"/>
      <w:r w:rsidRPr="00947699">
        <w:rPr>
          <w:rFonts w:ascii="Cambria" w:hAnsi="Cambria"/>
        </w:rPr>
        <w:t>očekivane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rezultate</w:t>
      </w:r>
      <w:proofErr w:type="spellEnd"/>
      <w:r w:rsidRPr="00947699">
        <w:rPr>
          <w:rFonts w:ascii="Cambria" w:hAnsi="Cambria"/>
        </w:rPr>
        <w:t xml:space="preserve"> i </w:t>
      </w:r>
      <w:proofErr w:type="spellStart"/>
      <w:r w:rsidRPr="00947699">
        <w:rPr>
          <w:rFonts w:ascii="Cambria" w:hAnsi="Cambria"/>
        </w:rPr>
        <w:t>moguće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efekte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na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nacionalnom</w:t>
      </w:r>
      <w:proofErr w:type="spellEnd"/>
      <w:r w:rsidRPr="00947699">
        <w:rPr>
          <w:rFonts w:ascii="Cambria" w:hAnsi="Cambria"/>
        </w:rPr>
        <w:t xml:space="preserve"> i/</w:t>
      </w:r>
      <w:proofErr w:type="spellStart"/>
      <w:r w:rsidRPr="00947699">
        <w:rPr>
          <w:rFonts w:ascii="Cambria" w:hAnsi="Cambria"/>
        </w:rPr>
        <w:t>ili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međunarodnom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nivou</w:t>
      </w:r>
      <w:proofErr w:type="spellEnd"/>
      <w:r w:rsidRPr="00947699">
        <w:rPr>
          <w:rFonts w:ascii="Cambria" w:hAnsi="Cambria"/>
        </w:rPr>
        <w:t>.</w:t>
      </w:r>
    </w:p>
    <w:p w14:paraId="64F1FEF3" w14:textId="77777777" w:rsidR="00AD470B" w:rsidRDefault="00AD470B">
      <w:pPr>
        <w:ind w:left="255" w:hanging="142"/>
        <w:rPr>
          <w:rFonts w:ascii="Cambria" w:hAnsi="Cambria"/>
          <w:b/>
        </w:rPr>
      </w:pPr>
    </w:p>
    <w:p w14:paraId="0D98C93D" w14:textId="5584DBD3" w:rsidR="00AD470B" w:rsidRDefault="00AD470B">
      <w:pPr>
        <w:ind w:left="255" w:hanging="142"/>
        <w:rPr>
          <w:rFonts w:ascii="Cambria" w:hAnsi="Cambria"/>
        </w:rPr>
      </w:pPr>
      <w:proofErr w:type="spellStart"/>
      <w:r>
        <w:rPr>
          <w:rFonts w:ascii="Cambria" w:hAnsi="Cambria"/>
          <w:b/>
        </w:rPr>
        <w:t>Opis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projektne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ideje</w:t>
      </w:r>
      <w:proofErr w:type="spellEnd"/>
      <w:r>
        <w:rPr>
          <w:rFonts w:ascii="Cambria" w:hAnsi="Cambria"/>
          <w:b/>
        </w:rPr>
        <w:t>/</w:t>
      </w:r>
      <w:proofErr w:type="spellStart"/>
      <w:r>
        <w:rPr>
          <w:rFonts w:ascii="Cambria" w:hAnsi="Cambria"/>
          <w:b/>
        </w:rPr>
        <w:t>prijedloga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može</w:t>
      </w:r>
      <w:proofErr w:type="spellEnd"/>
      <w:r>
        <w:rPr>
          <w:rFonts w:ascii="Cambria" w:hAnsi="Cambria"/>
          <w:b/>
        </w:rPr>
        <w:t xml:space="preserve"> da </w:t>
      </w:r>
      <w:proofErr w:type="spellStart"/>
      <w:r>
        <w:rPr>
          <w:rFonts w:ascii="Cambria" w:hAnsi="Cambria"/>
          <w:b/>
        </w:rPr>
        <w:t>sadrži</w:t>
      </w:r>
      <w:proofErr w:type="spellEnd"/>
      <w:r>
        <w:rPr>
          <w:rFonts w:ascii="Cambria" w:hAnsi="Cambria"/>
          <w:b/>
        </w:rPr>
        <w:t xml:space="preserve"> i </w:t>
      </w:r>
      <w:proofErr w:type="spellStart"/>
      <w:r>
        <w:rPr>
          <w:rFonts w:ascii="Cambria" w:hAnsi="Cambria"/>
          <w:b/>
        </w:rPr>
        <w:t>informacije</w:t>
      </w:r>
      <w:proofErr w:type="spellEnd"/>
      <w:r>
        <w:rPr>
          <w:rFonts w:ascii="Cambria" w:hAnsi="Cambria"/>
          <w:b/>
        </w:rPr>
        <w:t xml:space="preserve"> o:</w:t>
      </w:r>
    </w:p>
    <w:p w14:paraId="0447F560" w14:textId="77777777" w:rsidR="00AD470B" w:rsidRDefault="00AD470B" w:rsidP="00AD470B">
      <w:pPr>
        <w:ind w:left="255" w:hanging="142"/>
        <w:jc w:val="both"/>
        <w:rPr>
          <w:rFonts w:ascii="Cambria" w:hAnsi="Cambria"/>
          <w:lang w:val="en-GB"/>
        </w:rPr>
      </w:pPr>
      <w:r>
        <w:rPr>
          <w:rFonts w:ascii="Cambria" w:hAnsi="Cambria"/>
          <w:lang w:val="en-GB"/>
        </w:rPr>
        <w:t xml:space="preserve">   </w:t>
      </w:r>
      <w:r w:rsidR="00380825" w:rsidRPr="00380825">
        <w:rPr>
          <w:rFonts w:ascii="Cambria" w:hAnsi="Cambria"/>
          <w:lang w:val="en-GB"/>
        </w:rPr>
        <w:t xml:space="preserve">• </w:t>
      </w:r>
      <w:proofErr w:type="spellStart"/>
      <w:r w:rsidR="00380825" w:rsidRPr="00380825">
        <w:rPr>
          <w:rFonts w:ascii="Cambria" w:hAnsi="Cambria"/>
          <w:lang w:val="en-GB"/>
        </w:rPr>
        <w:t>potencijal</w:t>
      </w:r>
      <w:r>
        <w:rPr>
          <w:rFonts w:ascii="Cambria" w:hAnsi="Cambria"/>
          <w:lang w:val="en-GB"/>
        </w:rPr>
        <w:t>u</w:t>
      </w:r>
      <w:proofErr w:type="spellEnd"/>
      <w:r w:rsidR="00380825" w:rsidRPr="00380825">
        <w:rPr>
          <w:rFonts w:ascii="Cambria" w:hAnsi="Cambria"/>
          <w:lang w:val="en-GB"/>
        </w:rPr>
        <w:t xml:space="preserve"> za </w:t>
      </w:r>
      <w:proofErr w:type="spellStart"/>
      <w:r w:rsidR="00380825" w:rsidRPr="00380825">
        <w:rPr>
          <w:rFonts w:ascii="Cambria" w:hAnsi="Cambria"/>
          <w:lang w:val="en-GB"/>
        </w:rPr>
        <w:t>komercijalizaciju</w:t>
      </w:r>
      <w:proofErr w:type="spellEnd"/>
      <w:r w:rsidR="00380825" w:rsidRPr="00380825">
        <w:rPr>
          <w:rFonts w:ascii="Cambria" w:hAnsi="Cambria"/>
          <w:lang w:val="en-GB"/>
        </w:rPr>
        <w:t xml:space="preserve">, </w:t>
      </w:r>
      <w:proofErr w:type="spellStart"/>
      <w:r w:rsidR="00380825" w:rsidRPr="00380825">
        <w:rPr>
          <w:rFonts w:ascii="Cambria" w:hAnsi="Cambria"/>
          <w:lang w:val="en-GB"/>
        </w:rPr>
        <w:t>skaliranje</w:t>
      </w:r>
      <w:proofErr w:type="spellEnd"/>
      <w:r w:rsidR="00380825" w:rsidRPr="00380825">
        <w:rPr>
          <w:rFonts w:ascii="Cambria" w:hAnsi="Cambria"/>
          <w:lang w:val="en-GB"/>
        </w:rPr>
        <w:t xml:space="preserve">, </w:t>
      </w:r>
      <w:proofErr w:type="spellStart"/>
      <w:r w:rsidR="00380825" w:rsidRPr="00380825">
        <w:rPr>
          <w:rFonts w:ascii="Cambria" w:hAnsi="Cambria"/>
          <w:lang w:val="en-GB"/>
        </w:rPr>
        <w:t>izvoz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ili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pristup</w:t>
      </w:r>
      <w:proofErr w:type="spellEnd"/>
      <w:r w:rsidR="00380825" w:rsidRPr="00380825">
        <w:rPr>
          <w:rFonts w:ascii="Cambria" w:hAnsi="Cambria"/>
          <w:lang w:val="en-GB"/>
        </w:rPr>
        <w:t xml:space="preserve"> EU </w:t>
      </w:r>
      <w:proofErr w:type="spellStart"/>
      <w:r w:rsidR="00380825" w:rsidRPr="00380825">
        <w:rPr>
          <w:rFonts w:ascii="Cambria" w:hAnsi="Cambria"/>
          <w:lang w:val="en-GB"/>
        </w:rPr>
        <w:t>tržištu</w:t>
      </w:r>
      <w:proofErr w:type="spellEnd"/>
      <w:r w:rsidR="00380825" w:rsidRPr="00380825">
        <w:rPr>
          <w:rFonts w:ascii="Cambria" w:hAnsi="Cambria"/>
          <w:lang w:val="en-GB"/>
        </w:rPr>
        <w:t xml:space="preserve">, </w:t>
      </w:r>
      <w:proofErr w:type="spellStart"/>
      <w:r w:rsidR="00380825" w:rsidRPr="00380825">
        <w:rPr>
          <w:rFonts w:ascii="Cambria" w:hAnsi="Cambria"/>
          <w:lang w:val="en-GB"/>
        </w:rPr>
        <w:t>ukoliko</w:t>
      </w:r>
      <w:proofErr w:type="spellEnd"/>
      <w:r w:rsidR="00380825" w:rsidRPr="00380825">
        <w:rPr>
          <w:rFonts w:ascii="Cambria" w:hAnsi="Cambria"/>
          <w:lang w:val="en-GB"/>
        </w:rPr>
        <w:t xml:space="preserve"> je </w:t>
      </w:r>
      <w:proofErr w:type="spellStart"/>
      <w:r w:rsidR="00380825" w:rsidRPr="00380825">
        <w:rPr>
          <w:rFonts w:ascii="Cambria" w:hAnsi="Cambria"/>
          <w:lang w:val="en-GB"/>
        </w:rPr>
        <w:t>relevantno</w:t>
      </w:r>
      <w:proofErr w:type="spellEnd"/>
      <w:r w:rsidR="00380825" w:rsidRPr="00380825">
        <w:rPr>
          <w:rFonts w:ascii="Cambria" w:hAnsi="Cambria"/>
          <w:lang w:val="en-GB"/>
        </w:rPr>
        <w:t>;</w:t>
      </w:r>
    </w:p>
    <w:p w14:paraId="2D66B3E4" w14:textId="513ABD81" w:rsidR="00380825" w:rsidRPr="00380825" w:rsidRDefault="00AD470B" w:rsidP="00AD470B">
      <w:pPr>
        <w:ind w:left="255" w:hanging="142"/>
        <w:jc w:val="both"/>
        <w:rPr>
          <w:rFonts w:ascii="Cambria" w:hAnsi="Cambria"/>
          <w:lang w:val="en-GB"/>
        </w:rPr>
      </w:pPr>
      <w:r>
        <w:rPr>
          <w:rFonts w:ascii="Cambria" w:hAnsi="Cambria"/>
          <w:lang w:val="en-GB"/>
        </w:rPr>
        <w:t xml:space="preserve">   </w:t>
      </w:r>
      <w:r w:rsidR="00380825" w:rsidRPr="00380825">
        <w:rPr>
          <w:rFonts w:ascii="Cambria" w:hAnsi="Cambria"/>
          <w:lang w:val="en-GB"/>
        </w:rPr>
        <w:t xml:space="preserve">• </w:t>
      </w:r>
      <w:proofErr w:type="spellStart"/>
      <w:r w:rsidR="00380825" w:rsidRPr="00380825">
        <w:rPr>
          <w:rFonts w:ascii="Cambria" w:hAnsi="Cambria"/>
          <w:lang w:val="en-GB"/>
        </w:rPr>
        <w:t>način</w:t>
      </w:r>
      <w:r>
        <w:rPr>
          <w:rFonts w:ascii="Cambria" w:hAnsi="Cambria"/>
          <w:lang w:val="en-GB"/>
        </w:rPr>
        <w:t>u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na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koji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projektna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ideja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doprinosi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digitalnoj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transformaciji</w:t>
      </w:r>
      <w:proofErr w:type="spellEnd"/>
      <w:r w:rsidR="00380825" w:rsidRPr="00380825">
        <w:rPr>
          <w:rFonts w:ascii="Cambria" w:hAnsi="Cambria"/>
          <w:lang w:val="en-GB"/>
        </w:rPr>
        <w:t xml:space="preserve">, </w:t>
      </w:r>
      <w:proofErr w:type="spellStart"/>
      <w:r w:rsidR="00380825" w:rsidRPr="00380825">
        <w:rPr>
          <w:rFonts w:ascii="Cambria" w:hAnsi="Cambria"/>
          <w:lang w:val="en-GB"/>
        </w:rPr>
        <w:t>održivim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inovacijama</w:t>
      </w:r>
      <w:proofErr w:type="spellEnd"/>
      <w:r w:rsidR="00380825" w:rsidRPr="00380825">
        <w:rPr>
          <w:rFonts w:ascii="Cambria" w:hAnsi="Cambria"/>
          <w:lang w:val="en-GB"/>
        </w:rPr>
        <w:t xml:space="preserve"> i/</w:t>
      </w:r>
      <w:proofErr w:type="spellStart"/>
      <w:r w:rsidR="00380825" w:rsidRPr="00380825">
        <w:rPr>
          <w:rFonts w:ascii="Cambria" w:hAnsi="Cambria"/>
          <w:lang w:val="en-GB"/>
        </w:rPr>
        <w:t>ili</w:t>
      </w:r>
      <w:proofErr w:type="spellEnd"/>
      <w:r w:rsidR="00380825" w:rsidRPr="00380825">
        <w:rPr>
          <w:rFonts w:ascii="Cambria" w:hAnsi="Cambria"/>
          <w:lang w:val="en-GB"/>
        </w:rPr>
        <w:t xml:space="preserve"> SDG </w:t>
      </w:r>
      <w:proofErr w:type="spellStart"/>
      <w:r w:rsidR="00380825" w:rsidRPr="00380825">
        <w:rPr>
          <w:rFonts w:ascii="Cambria" w:hAnsi="Cambria"/>
          <w:lang w:val="en-GB"/>
        </w:rPr>
        <w:t>ciljevima</w:t>
      </w:r>
      <w:proofErr w:type="spellEnd"/>
      <w:r w:rsidR="00380825" w:rsidRPr="00380825">
        <w:rPr>
          <w:rFonts w:ascii="Cambria" w:hAnsi="Cambria"/>
          <w:lang w:val="en-GB"/>
        </w:rPr>
        <w:t>;</w:t>
      </w:r>
      <w:r w:rsidR="00380825" w:rsidRPr="00380825">
        <w:rPr>
          <w:rFonts w:ascii="Cambria" w:hAnsi="Cambria"/>
          <w:lang w:val="en-GB"/>
        </w:rPr>
        <w:br/>
        <w:t xml:space="preserve">• </w:t>
      </w:r>
      <w:proofErr w:type="spellStart"/>
      <w:r w:rsidR="00380825" w:rsidRPr="00380825">
        <w:rPr>
          <w:rFonts w:ascii="Cambria" w:hAnsi="Cambria"/>
          <w:lang w:val="en-GB"/>
        </w:rPr>
        <w:t>način</w:t>
      </w:r>
      <w:r>
        <w:rPr>
          <w:rFonts w:ascii="Cambria" w:hAnsi="Cambria"/>
          <w:lang w:val="en-GB"/>
        </w:rPr>
        <w:t>u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na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koji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projektna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ideja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uzima</w:t>
      </w:r>
      <w:proofErr w:type="spellEnd"/>
      <w:r w:rsidR="00380825" w:rsidRPr="00380825">
        <w:rPr>
          <w:rFonts w:ascii="Cambria" w:hAnsi="Cambria"/>
          <w:lang w:val="en-GB"/>
        </w:rPr>
        <w:t xml:space="preserve"> u </w:t>
      </w:r>
      <w:proofErr w:type="spellStart"/>
      <w:r w:rsidR="00380825" w:rsidRPr="00380825">
        <w:rPr>
          <w:rFonts w:ascii="Cambria" w:hAnsi="Cambria"/>
          <w:lang w:val="en-GB"/>
        </w:rPr>
        <w:t>obzir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rodnu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ravnopravnost</w:t>
      </w:r>
      <w:proofErr w:type="spellEnd"/>
      <w:r w:rsidR="00380825" w:rsidRPr="00380825">
        <w:rPr>
          <w:rFonts w:ascii="Cambria" w:hAnsi="Cambria"/>
          <w:lang w:val="en-GB"/>
        </w:rPr>
        <w:t xml:space="preserve">, </w:t>
      </w:r>
      <w:proofErr w:type="spellStart"/>
      <w:r w:rsidR="00380825" w:rsidRPr="00380825">
        <w:rPr>
          <w:rFonts w:ascii="Cambria" w:hAnsi="Cambria"/>
          <w:lang w:val="en-GB"/>
        </w:rPr>
        <w:t>inkluzivnost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ili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potrebe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različitih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grupa</w:t>
      </w:r>
      <w:proofErr w:type="spellEnd"/>
      <w:r w:rsidR="00380825" w:rsidRPr="00380825">
        <w:rPr>
          <w:rFonts w:ascii="Cambria" w:hAnsi="Cambria"/>
          <w:lang w:val="en-GB"/>
        </w:rPr>
        <w:t xml:space="preserve"> </w:t>
      </w:r>
      <w:proofErr w:type="spellStart"/>
      <w:r w:rsidR="00380825" w:rsidRPr="00380825">
        <w:rPr>
          <w:rFonts w:ascii="Cambria" w:hAnsi="Cambria"/>
          <w:lang w:val="en-GB"/>
        </w:rPr>
        <w:t>korisnika</w:t>
      </w:r>
      <w:proofErr w:type="spellEnd"/>
      <w:r w:rsidR="00380825" w:rsidRPr="00380825">
        <w:rPr>
          <w:rFonts w:ascii="Cambria" w:hAnsi="Cambria"/>
          <w:lang w:val="en-GB"/>
        </w:rPr>
        <w:t xml:space="preserve">, </w:t>
      </w:r>
      <w:proofErr w:type="spellStart"/>
      <w:r w:rsidR="00380825" w:rsidRPr="00380825">
        <w:rPr>
          <w:rFonts w:ascii="Cambria" w:hAnsi="Cambria"/>
          <w:lang w:val="en-GB"/>
        </w:rPr>
        <w:t>ukoliko</w:t>
      </w:r>
      <w:proofErr w:type="spellEnd"/>
      <w:r w:rsidR="00380825" w:rsidRPr="00380825">
        <w:rPr>
          <w:rFonts w:ascii="Cambria" w:hAnsi="Cambria"/>
          <w:lang w:val="en-GB"/>
        </w:rPr>
        <w:t xml:space="preserve"> je </w:t>
      </w:r>
      <w:proofErr w:type="spellStart"/>
      <w:r w:rsidR="00380825" w:rsidRPr="00380825">
        <w:rPr>
          <w:rFonts w:ascii="Cambria" w:hAnsi="Cambria"/>
          <w:lang w:val="en-GB"/>
        </w:rPr>
        <w:t>relevantno</w:t>
      </w:r>
      <w:proofErr w:type="spellEnd"/>
      <w:r w:rsidR="00380825" w:rsidRPr="00380825">
        <w:rPr>
          <w:rFonts w:ascii="Cambria" w:hAnsi="Cambria"/>
          <w:lang w:val="en-GB"/>
        </w:rPr>
        <w:t>.</w:t>
      </w:r>
    </w:p>
    <w:p w14:paraId="544B7F6D" w14:textId="77777777" w:rsidR="00380825" w:rsidRPr="00947699" w:rsidRDefault="00380825">
      <w:pPr>
        <w:ind w:left="255" w:hanging="142"/>
        <w:rPr>
          <w:rFonts w:ascii="Cambria" w:hAnsi="Cambr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8"/>
      </w:tblGrid>
      <w:tr w:rsidR="00DB6E43" w:rsidRPr="00947699" w14:paraId="0253F79B" w14:textId="77777777">
        <w:trPr>
          <w:cantSplit/>
          <w:trHeight w:val="3572"/>
          <w:jc w:val="center"/>
        </w:trPr>
        <w:tc>
          <w:tcPr>
            <w:tcW w:w="94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BC1BA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i/>
                <w:color w:val="7F7F7F"/>
                <w:sz w:val="18"/>
              </w:rPr>
              <w:t>Unesite opis ovdje.</w:t>
            </w:r>
          </w:p>
        </w:tc>
      </w:tr>
    </w:tbl>
    <w:p w14:paraId="6A4EB2AC" w14:textId="77777777" w:rsidR="009360A7" w:rsidRDefault="009360A7">
      <w:pPr>
        <w:pStyle w:val="FormHeading"/>
        <w:keepNext/>
        <w:rPr>
          <w:rFonts w:ascii="Cambria" w:hAnsi="Cambria"/>
        </w:rPr>
      </w:pPr>
    </w:p>
    <w:p w14:paraId="6829679F" w14:textId="77777777" w:rsidR="009360A7" w:rsidRDefault="009360A7">
      <w:pPr>
        <w:spacing w:after="200" w:line="276" w:lineRule="auto"/>
        <w:rPr>
          <w:rFonts w:ascii="Cambria" w:hAnsi="Cambria"/>
          <w:b/>
          <w:color w:val="365F91"/>
          <w:sz w:val="23"/>
        </w:rPr>
      </w:pPr>
    </w:p>
    <w:p w14:paraId="17792843" w14:textId="77777777" w:rsidR="009360A7" w:rsidRDefault="009360A7">
      <w:pPr>
        <w:spacing w:after="200" w:line="276" w:lineRule="auto"/>
        <w:rPr>
          <w:rFonts w:ascii="Cambria" w:hAnsi="Cambria"/>
          <w:b/>
          <w:color w:val="365F91"/>
          <w:sz w:val="23"/>
        </w:rPr>
      </w:pPr>
      <w:r>
        <w:rPr>
          <w:rFonts w:ascii="Cambria" w:hAnsi="Cambria"/>
        </w:rPr>
        <w:br w:type="page"/>
      </w:r>
    </w:p>
    <w:p w14:paraId="1E0A6297" w14:textId="77777777" w:rsidR="00DB6E43" w:rsidRPr="00947699" w:rsidRDefault="00FF33B5">
      <w:pPr>
        <w:pStyle w:val="FormHeading"/>
        <w:keepNext/>
        <w:rPr>
          <w:rFonts w:ascii="Cambria" w:hAnsi="Cambria"/>
        </w:rPr>
      </w:pPr>
      <w:r w:rsidRPr="00947699">
        <w:rPr>
          <w:rFonts w:ascii="Cambria" w:hAnsi="Cambria"/>
        </w:rPr>
        <w:lastRenderedPageBreak/>
        <w:t>4. PROJEKTNI TIM PODNOSIOCA PRIJAVE</w:t>
      </w:r>
    </w:p>
    <w:p w14:paraId="0F7502F1" w14:textId="77777777" w:rsidR="00DB6E43" w:rsidRPr="00947699" w:rsidRDefault="00FF33B5" w:rsidP="009360A7">
      <w:pPr>
        <w:jc w:val="both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Projektni tim mora imati najmanje tri člana, uključujući rukovodioca projekta. </w:t>
      </w:r>
      <w:r w:rsidRPr="00947699">
        <w:rPr>
          <w:rFonts w:ascii="Cambria" w:hAnsi="Cambria"/>
        </w:rPr>
        <w:t>Za svakog člana navedite ulogu i relevantne kompetencije za pripremu i realizaciju predloženog projekta.</w:t>
      </w:r>
    </w:p>
    <w:p w14:paraId="16FE80FD" w14:textId="77777777" w:rsidR="00DB6E43" w:rsidRPr="00947699" w:rsidRDefault="00FF33B5">
      <w:pPr>
        <w:rPr>
          <w:rFonts w:ascii="Cambria" w:hAnsi="Cambria"/>
        </w:rPr>
      </w:pPr>
      <w:r w:rsidRPr="00947699">
        <w:rPr>
          <w:rFonts w:ascii="Cambria" w:hAnsi="Cambria"/>
          <w:b/>
          <w:color w:val="365F91"/>
        </w:rPr>
        <w:t>4.1. Rukovodilac projekta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DB6E43" w:rsidRPr="00947699" w14:paraId="56966F91" w14:textId="77777777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72E8C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Ime i prezime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B17305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79F78B03" w14:textId="77777777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42E51D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Naziv radnog mjesta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5C88C3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128A26F7" w14:textId="77777777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CDAC4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Organizacija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81619A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2BC41F30" w14:textId="77777777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059949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E-mail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D67144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1F5F3E00" w14:textId="77777777">
        <w:trPr>
          <w:cantSplit/>
          <w:trHeight w:val="425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D33FB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Telefon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EFD8DC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4E95D493" w14:textId="77777777">
        <w:trPr>
          <w:cantSplit/>
          <w:trHeight w:val="850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A43D1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Kratak opis uloge i relevantnih kompetencija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687D26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</w:tbl>
    <w:p w14:paraId="6508E6F6" w14:textId="77777777" w:rsidR="009360A7" w:rsidRDefault="009360A7">
      <w:pPr>
        <w:rPr>
          <w:rFonts w:ascii="Cambria" w:hAnsi="Cambria"/>
          <w:b/>
          <w:color w:val="365F91"/>
        </w:rPr>
      </w:pPr>
    </w:p>
    <w:p w14:paraId="21916A39" w14:textId="77777777" w:rsidR="00DB6E43" w:rsidRPr="00947699" w:rsidRDefault="00FF33B5">
      <w:pPr>
        <w:rPr>
          <w:rFonts w:ascii="Cambria" w:hAnsi="Cambria"/>
        </w:rPr>
      </w:pPr>
      <w:r w:rsidRPr="00947699">
        <w:rPr>
          <w:rFonts w:ascii="Cambria" w:hAnsi="Cambria"/>
          <w:b/>
          <w:color w:val="365F91"/>
        </w:rPr>
        <w:t>4.2. Ostali članovi projektnog tima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2381"/>
        <w:gridCol w:w="2268"/>
        <w:gridCol w:w="3005"/>
      </w:tblGrid>
      <w:tr w:rsidR="00DB6E43" w:rsidRPr="00947699" w14:paraId="54070EDA" w14:textId="77777777">
        <w:trPr>
          <w:cantSplit/>
          <w:tblHeader/>
          <w:jc w:val="center"/>
        </w:trPr>
        <w:tc>
          <w:tcPr>
            <w:tcW w:w="181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4D409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Ime i prezime</w:t>
            </w:r>
          </w:p>
        </w:tc>
        <w:tc>
          <w:tcPr>
            <w:tcW w:w="238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675A79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Radno mjesto / organizacija</w:t>
            </w:r>
          </w:p>
        </w:tc>
        <w:tc>
          <w:tcPr>
            <w:tcW w:w="22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6C1CD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Uloga u projektnom timu</w:t>
            </w:r>
          </w:p>
        </w:tc>
        <w:tc>
          <w:tcPr>
            <w:tcW w:w="300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45BA3F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Relevantne kompetencije / iskustvo</w:t>
            </w:r>
          </w:p>
        </w:tc>
      </w:tr>
      <w:tr w:rsidR="00DB6E43" w:rsidRPr="00947699" w14:paraId="2577BD9C" w14:textId="77777777">
        <w:trPr>
          <w:cantSplit/>
          <w:trHeight w:val="850"/>
          <w:jc w:val="center"/>
        </w:trPr>
        <w:tc>
          <w:tcPr>
            <w:tcW w:w="181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1A6B9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238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5E5C4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7C72E3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300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502A69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3ADE6420" w14:textId="77777777">
        <w:trPr>
          <w:cantSplit/>
          <w:trHeight w:val="850"/>
          <w:jc w:val="center"/>
        </w:trPr>
        <w:tc>
          <w:tcPr>
            <w:tcW w:w="181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1DDBD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238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949439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70C38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3005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6CC56A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</w:tbl>
    <w:p w14:paraId="00B3F9C5" w14:textId="77777777" w:rsidR="00DB6E43" w:rsidRPr="00947699" w:rsidRDefault="00FF33B5">
      <w:pPr>
        <w:pStyle w:val="FormNote"/>
        <w:rPr>
          <w:rFonts w:ascii="Cambria" w:hAnsi="Cambria"/>
        </w:rPr>
      </w:pPr>
      <w:r w:rsidRPr="00947699">
        <w:rPr>
          <w:rFonts w:ascii="Cambria" w:hAnsi="Cambria"/>
        </w:rPr>
        <w:t>Po potrebi dodati redove za dodatne članove tima.</w:t>
      </w:r>
    </w:p>
    <w:p w14:paraId="13819B63" w14:textId="77777777" w:rsidR="009360A7" w:rsidRDefault="009360A7">
      <w:pPr>
        <w:rPr>
          <w:rFonts w:ascii="Cambria" w:hAnsi="Cambria"/>
          <w:b/>
          <w:color w:val="365F91"/>
        </w:rPr>
      </w:pPr>
    </w:p>
    <w:p w14:paraId="6E32EDDE" w14:textId="77777777" w:rsidR="00DB6E43" w:rsidRPr="00947699" w:rsidRDefault="00FF33B5">
      <w:pPr>
        <w:rPr>
          <w:rFonts w:ascii="Cambria" w:hAnsi="Cambria"/>
        </w:rPr>
      </w:pPr>
      <w:r w:rsidRPr="00947699">
        <w:rPr>
          <w:rFonts w:ascii="Cambria" w:hAnsi="Cambria"/>
          <w:b/>
          <w:color w:val="365F91"/>
        </w:rPr>
        <w:t>4.3. Relevantno iskustvo projektnog tima</w:t>
      </w:r>
    </w:p>
    <w:p w14:paraId="32DC5F3D" w14:textId="77777777" w:rsidR="00DB6E43" w:rsidRPr="00947699" w:rsidRDefault="00FF33B5" w:rsidP="009360A7">
      <w:pPr>
        <w:jc w:val="both"/>
        <w:rPr>
          <w:rFonts w:ascii="Cambria" w:hAnsi="Cambria"/>
        </w:rPr>
      </w:pPr>
      <w:proofErr w:type="spellStart"/>
      <w:r w:rsidRPr="00947699">
        <w:rPr>
          <w:rFonts w:ascii="Cambria" w:hAnsi="Cambria"/>
        </w:rPr>
        <w:t>Navedite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najrelevantnije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primjere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iskustva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članova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tima</w:t>
      </w:r>
      <w:proofErr w:type="spellEnd"/>
      <w:r w:rsidRPr="00947699">
        <w:rPr>
          <w:rFonts w:ascii="Cambria" w:hAnsi="Cambria"/>
        </w:rPr>
        <w:t xml:space="preserve"> u </w:t>
      </w:r>
      <w:proofErr w:type="spellStart"/>
      <w:r w:rsidRPr="00947699">
        <w:rPr>
          <w:rFonts w:ascii="Cambria" w:hAnsi="Cambria"/>
        </w:rPr>
        <w:t>pripremi</w:t>
      </w:r>
      <w:proofErr w:type="spellEnd"/>
      <w:r w:rsidRPr="00947699">
        <w:rPr>
          <w:rFonts w:ascii="Cambria" w:hAnsi="Cambria"/>
        </w:rPr>
        <w:t xml:space="preserve"> projektnih prijava i/ili rukovođenju nacionalnim ili međunarodnim projektima. </w:t>
      </w:r>
      <w:r w:rsidRPr="00947699">
        <w:rPr>
          <w:rFonts w:ascii="Cambria" w:hAnsi="Cambria"/>
          <w:b/>
        </w:rPr>
        <w:t xml:space="preserve">Za </w:t>
      </w:r>
      <w:proofErr w:type="spellStart"/>
      <w:r w:rsidRPr="00947699">
        <w:rPr>
          <w:rFonts w:ascii="Cambria" w:hAnsi="Cambria"/>
          <w:b/>
        </w:rPr>
        <w:t>navedeno</w:t>
      </w:r>
      <w:proofErr w:type="spellEnd"/>
      <w:r w:rsidRPr="00947699">
        <w:rPr>
          <w:rFonts w:ascii="Cambria" w:hAnsi="Cambria"/>
          <w:b/>
        </w:rPr>
        <w:t xml:space="preserve"> </w:t>
      </w:r>
      <w:proofErr w:type="spellStart"/>
      <w:r w:rsidRPr="00947699">
        <w:rPr>
          <w:rFonts w:ascii="Cambria" w:hAnsi="Cambria"/>
          <w:b/>
        </w:rPr>
        <w:t>iskustvo</w:t>
      </w:r>
      <w:proofErr w:type="spellEnd"/>
      <w:r w:rsidRPr="00947699">
        <w:rPr>
          <w:rFonts w:ascii="Cambria" w:hAnsi="Cambria"/>
          <w:b/>
        </w:rPr>
        <w:t xml:space="preserve"> </w:t>
      </w:r>
      <w:proofErr w:type="spellStart"/>
      <w:r w:rsidRPr="00947699">
        <w:rPr>
          <w:rFonts w:ascii="Cambria" w:hAnsi="Cambria"/>
          <w:b/>
        </w:rPr>
        <w:t>potrebno</w:t>
      </w:r>
      <w:proofErr w:type="spellEnd"/>
      <w:r w:rsidRPr="00947699">
        <w:rPr>
          <w:rFonts w:ascii="Cambria" w:hAnsi="Cambria"/>
          <w:b/>
        </w:rPr>
        <w:t xml:space="preserve"> je </w:t>
      </w:r>
      <w:proofErr w:type="spellStart"/>
      <w:r w:rsidRPr="00947699">
        <w:rPr>
          <w:rFonts w:ascii="Cambria" w:hAnsi="Cambria"/>
          <w:b/>
        </w:rPr>
        <w:t>dostaviti</w:t>
      </w:r>
      <w:proofErr w:type="spellEnd"/>
      <w:r w:rsidRPr="00947699">
        <w:rPr>
          <w:rFonts w:ascii="Cambria" w:hAnsi="Cambria"/>
          <w:b/>
        </w:rPr>
        <w:t xml:space="preserve"> </w:t>
      </w:r>
      <w:proofErr w:type="spellStart"/>
      <w:r w:rsidRPr="00947699">
        <w:rPr>
          <w:rFonts w:ascii="Cambria" w:hAnsi="Cambria"/>
          <w:b/>
        </w:rPr>
        <w:t>odgovarajuće</w:t>
      </w:r>
      <w:proofErr w:type="spellEnd"/>
      <w:r w:rsidRPr="00947699">
        <w:rPr>
          <w:rFonts w:ascii="Cambria" w:hAnsi="Cambria"/>
          <w:b/>
        </w:rPr>
        <w:t xml:space="preserve"> </w:t>
      </w:r>
      <w:proofErr w:type="spellStart"/>
      <w:r w:rsidRPr="00947699">
        <w:rPr>
          <w:rFonts w:ascii="Cambria" w:hAnsi="Cambria"/>
          <w:b/>
        </w:rPr>
        <w:t>dokaze</w:t>
      </w:r>
      <w:proofErr w:type="spellEnd"/>
      <w:r w:rsidRPr="00947699">
        <w:rPr>
          <w:rFonts w:ascii="Cambria" w:hAnsi="Cambria"/>
          <w:b/>
        </w:rPr>
        <w:t xml:space="preserve"> u </w:t>
      </w:r>
      <w:proofErr w:type="spellStart"/>
      <w:r w:rsidRPr="00947699">
        <w:rPr>
          <w:rFonts w:ascii="Cambria" w:hAnsi="Cambria"/>
          <w:b/>
        </w:rPr>
        <w:t>prilogu</w:t>
      </w:r>
      <w:proofErr w:type="spellEnd"/>
      <w:r w:rsidRPr="00947699">
        <w:rPr>
          <w:rFonts w:ascii="Cambria" w:hAnsi="Cambria"/>
          <w:b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139"/>
        <w:gridCol w:w="1984"/>
        <w:gridCol w:w="1644"/>
      </w:tblGrid>
      <w:tr w:rsidR="00DB6E43" w:rsidRPr="00947699" w14:paraId="2B2B3148" w14:textId="77777777">
        <w:trPr>
          <w:cantSplit/>
          <w:tblHeader/>
          <w:jc w:val="center"/>
        </w:trPr>
        <w:tc>
          <w:tcPr>
            <w:tcW w:w="170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3E7383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Član tima</w:t>
            </w:r>
          </w:p>
        </w:tc>
        <w:tc>
          <w:tcPr>
            <w:tcW w:w="41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E245F4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Naziv prijave / projekta i program/fond</w:t>
            </w:r>
          </w:p>
        </w:tc>
        <w:tc>
          <w:tcPr>
            <w:tcW w:w="19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A2618E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Uloga</w:t>
            </w:r>
          </w:p>
        </w:tc>
        <w:tc>
          <w:tcPr>
            <w:tcW w:w="164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855C1B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Period / status</w:t>
            </w:r>
          </w:p>
        </w:tc>
      </w:tr>
      <w:tr w:rsidR="00DB6E43" w:rsidRPr="00947699" w14:paraId="1CAF8C1B" w14:textId="77777777">
        <w:trPr>
          <w:cantSplit/>
          <w:trHeight w:val="652"/>
          <w:jc w:val="center"/>
        </w:trPr>
        <w:tc>
          <w:tcPr>
            <w:tcW w:w="170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0E56D9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41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268571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A2C40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E051D1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2DD232C5" w14:textId="77777777">
        <w:trPr>
          <w:cantSplit/>
          <w:trHeight w:val="652"/>
          <w:jc w:val="center"/>
        </w:trPr>
        <w:tc>
          <w:tcPr>
            <w:tcW w:w="170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9E9EBC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41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C4B3F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1F652A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78B55B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6BB749FD" w14:textId="77777777">
        <w:trPr>
          <w:cantSplit/>
          <w:trHeight w:val="652"/>
          <w:jc w:val="center"/>
        </w:trPr>
        <w:tc>
          <w:tcPr>
            <w:tcW w:w="170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F27E6D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41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E90F66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09E95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0B4DD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791EE929" w14:textId="77777777">
        <w:trPr>
          <w:cantSplit/>
          <w:trHeight w:val="652"/>
          <w:jc w:val="center"/>
        </w:trPr>
        <w:tc>
          <w:tcPr>
            <w:tcW w:w="170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9E6897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41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F6875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7373C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0EAD66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</w:tbl>
    <w:p w14:paraId="31E3BDB3" w14:textId="77777777" w:rsidR="00DB6E43" w:rsidRPr="00947699" w:rsidRDefault="00FF33B5">
      <w:pPr>
        <w:pStyle w:val="FormNote"/>
        <w:rPr>
          <w:rFonts w:ascii="Cambria" w:hAnsi="Cambria"/>
        </w:rPr>
      </w:pPr>
      <w:r w:rsidRPr="00947699">
        <w:rPr>
          <w:rFonts w:ascii="Cambria" w:hAnsi="Cambria"/>
        </w:rPr>
        <w:t>Po potrebi dodati redove.</w:t>
      </w:r>
    </w:p>
    <w:p w14:paraId="2905AA89" w14:textId="5AA22F01" w:rsidR="00DB6E43" w:rsidRPr="00947699" w:rsidRDefault="00FF33B5" w:rsidP="00696F9A">
      <w:pPr>
        <w:spacing w:after="200" w:line="276" w:lineRule="auto"/>
        <w:rPr>
          <w:rFonts w:ascii="Cambria" w:hAnsi="Cambria"/>
        </w:rPr>
      </w:pPr>
      <w:r w:rsidRPr="00947699">
        <w:rPr>
          <w:rFonts w:ascii="Cambria" w:hAnsi="Cambria"/>
        </w:rPr>
        <w:t>5. MOTIVACIJA I OČEKIVANI EFEKTI UČEŠĆA</w:t>
      </w:r>
    </w:p>
    <w:p w14:paraId="596C117A" w14:textId="77777777" w:rsidR="00DB6E43" w:rsidRPr="00947699" w:rsidRDefault="00FF33B5" w:rsidP="009360A7">
      <w:pPr>
        <w:jc w:val="both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Motivaciono pismo dostavlja se kao poseban prilog i mora biti potpisano od strane rukovodioca organizacije. </w:t>
      </w:r>
      <w:r w:rsidRPr="00947699">
        <w:rPr>
          <w:rFonts w:ascii="Cambria" w:hAnsi="Cambria"/>
        </w:rPr>
        <w:t>Radi ocjene kriterijuma koji se odnosi na motivaciju i spremnost organizacije za aktivno učešće u programu mentorstva, motivaciono pismo treba da obuhvati:</w:t>
      </w:r>
    </w:p>
    <w:p w14:paraId="21E748A5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razloge za prijavu na program mentorstva;</w:t>
      </w:r>
    </w:p>
    <w:p w14:paraId="40DA94D1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spremnost organizacije i projektnog tima za aktivno i kontinuirano učešće u mentorskim aktivnostima;</w:t>
      </w:r>
    </w:p>
    <w:p w14:paraId="1C8BFC94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način na koji organizacija planira da koristi mentorsku podršku za razvoj projektne ideje / prijedloga;</w:t>
      </w:r>
    </w:p>
    <w:p w14:paraId="41658DC3" w14:textId="77777777" w:rsidR="00DB6E43" w:rsidRPr="00947699" w:rsidRDefault="00FF33B5">
      <w:pPr>
        <w:ind w:left="255" w:hanging="142"/>
        <w:rPr>
          <w:rFonts w:ascii="Cambria" w:hAnsi="Cambria"/>
        </w:rPr>
      </w:pPr>
      <w:r w:rsidRPr="00947699">
        <w:rPr>
          <w:rFonts w:ascii="Cambria" w:hAnsi="Cambria"/>
          <w:b/>
        </w:rPr>
        <w:t xml:space="preserve">• </w:t>
      </w:r>
      <w:r w:rsidRPr="00947699">
        <w:rPr>
          <w:rFonts w:ascii="Cambria" w:hAnsi="Cambria"/>
        </w:rPr>
        <w:t>očekivane rezultate i efekte učešća u programu mentorstva na organizaciju i projektni tim.</w:t>
      </w:r>
    </w:p>
    <w:p w14:paraId="6FFC3D11" w14:textId="77777777" w:rsidR="009360A7" w:rsidRDefault="009360A7">
      <w:pPr>
        <w:spacing w:after="200" w:line="276" w:lineRule="auto"/>
        <w:rPr>
          <w:rFonts w:ascii="Cambria" w:hAnsi="Cambria"/>
          <w:b/>
          <w:color w:val="365F91"/>
          <w:sz w:val="23"/>
        </w:rPr>
      </w:pPr>
      <w:r>
        <w:rPr>
          <w:rFonts w:ascii="Cambria" w:hAnsi="Cambria"/>
        </w:rPr>
        <w:br w:type="page"/>
      </w:r>
    </w:p>
    <w:p w14:paraId="3ABF9D1A" w14:textId="77777777" w:rsidR="00DB6E43" w:rsidRPr="00947699" w:rsidRDefault="00FF33B5">
      <w:pPr>
        <w:pStyle w:val="FormHeading"/>
        <w:keepNext/>
        <w:rPr>
          <w:rFonts w:ascii="Cambria" w:hAnsi="Cambria"/>
        </w:rPr>
      </w:pPr>
      <w:r w:rsidRPr="00947699">
        <w:rPr>
          <w:rFonts w:ascii="Cambria" w:hAnsi="Cambria"/>
        </w:rPr>
        <w:lastRenderedPageBreak/>
        <w:t>6. OBAVEZNA PRATEĆA DOKUMENTACIJA</w:t>
      </w:r>
    </w:p>
    <w:p w14:paraId="63FAC5E2" w14:textId="77777777" w:rsidR="00DB6E43" w:rsidRPr="00947699" w:rsidRDefault="00FF33B5">
      <w:pPr>
        <w:rPr>
          <w:rFonts w:ascii="Cambria" w:hAnsi="Cambria"/>
        </w:rPr>
      </w:pPr>
      <w:r w:rsidRPr="00947699">
        <w:rPr>
          <w:rFonts w:ascii="Cambria" w:hAnsi="Cambria"/>
        </w:rPr>
        <w:t>Uz popunjen i potpisan prijavni obrazac potrebno je dostaviti sljedeću dokumentaciju: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39"/>
        <w:gridCol w:w="2041"/>
        <w:gridCol w:w="1587"/>
      </w:tblGrid>
      <w:tr w:rsidR="00DB6E43" w:rsidRPr="00947699" w14:paraId="582C457D" w14:textId="77777777">
        <w:trPr>
          <w:cantSplit/>
          <w:tblHeader/>
          <w:jc w:val="center"/>
        </w:trPr>
        <w:tc>
          <w:tcPr>
            <w:tcW w:w="58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866E55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Dokument</w:t>
            </w:r>
          </w:p>
        </w:tc>
        <w:tc>
          <w:tcPr>
            <w:tcW w:w="204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4376B1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Status</w:t>
            </w:r>
          </w:p>
        </w:tc>
        <w:tc>
          <w:tcPr>
            <w:tcW w:w="158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2D2689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Naziv / broj priloga</w:t>
            </w:r>
          </w:p>
        </w:tc>
      </w:tr>
      <w:tr w:rsidR="00DB6E43" w:rsidRPr="00947699" w14:paraId="548498CE" w14:textId="77777777">
        <w:trPr>
          <w:cantSplit/>
          <w:trHeight w:val="822"/>
          <w:jc w:val="center"/>
        </w:trPr>
        <w:tc>
          <w:tcPr>
            <w:tcW w:w="58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729F95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sz w:val="19"/>
              </w:rPr>
              <w:t>Dokaz o registraciji pravnog lica u Crnoj Gori, odnosno drugi odgovarajući dokaz o pravnom statusu podnosioca prijave</w:t>
            </w:r>
          </w:p>
        </w:tc>
        <w:tc>
          <w:tcPr>
            <w:tcW w:w="204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60E26F" w14:textId="75915EF3" w:rsidR="00DB6E43" w:rsidRPr="00947699" w:rsidRDefault="007F3068">
            <w:pPr>
              <w:spacing w:after="0"/>
              <w:rPr>
                <w:rFonts w:ascii="Cambria" w:hAnsi="Cambria"/>
              </w:rPr>
            </w:pPr>
            <w:sdt>
              <w:sdtPr>
                <w:rPr>
                  <w:rFonts w:cs="Arial"/>
                  <w:szCs w:val="24"/>
                </w:rPr>
                <w:id w:val="-1598326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A7" w:rsidRPr="00761BD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360A7" w:rsidRPr="00761BDC" w:rsidDel="004333FD">
              <w:rPr>
                <w:rFonts w:cs="Arial"/>
                <w:szCs w:val="24"/>
                <w:lang w:val="hr-HR" w:eastAsia="en-GB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19"/>
              </w:rPr>
              <w:t>Priloženo</w:t>
            </w:r>
            <w:proofErr w:type="spellEnd"/>
            <w:r w:rsidR="00FF33B5" w:rsidRPr="00947699">
              <w:rPr>
                <w:rFonts w:ascii="Cambria" w:hAnsi="Cambria"/>
                <w:sz w:val="19"/>
              </w:rPr>
              <w:br/>
            </w:r>
            <w:sdt>
              <w:sdtPr>
                <w:rPr>
                  <w:rFonts w:cs="Arial"/>
                  <w:szCs w:val="24"/>
                </w:rPr>
                <w:id w:val="199830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A7" w:rsidRPr="00761BD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360A7" w:rsidRPr="00761BDC" w:rsidDel="004333FD">
              <w:rPr>
                <w:rFonts w:cs="Arial"/>
                <w:szCs w:val="24"/>
                <w:lang w:val="hr-HR" w:eastAsia="en-GB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19"/>
              </w:rPr>
              <w:t>Nije</w:t>
            </w:r>
            <w:proofErr w:type="spellEnd"/>
            <w:r w:rsidR="00FF33B5" w:rsidRPr="009476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19"/>
              </w:rPr>
              <w:t>primjenjivo</w:t>
            </w:r>
            <w:proofErr w:type="spellEnd"/>
            <w:r w:rsidR="00FF33B5" w:rsidRPr="00947699">
              <w:rPr>
                <w:rFonts w:ascii="Cambria" w:hAnsi="Cambria"/>
                <w:sz w:val="19"/>
              </w:rPr>
              <w:t xml:space="preserve"> – organ državne uprave / JLS</w:t>
            </w:r>
          </w:p>
        </w:tc>
        <w:tc>
          <w:tcPr>
            <w:tcW w:w="158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B84DA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6535525E" w14:textId="77777777">
        <w:trPr>
          <w:cantSplit/>
          <w:trHeight w:val="567"/>
          <w:jc w:val="center"/>
        </w:trPr>
        <w:tc>
          <w:tcPr>
            <w:tcW w:w="58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E6E91B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sz w:val="19"/>
              </w:rPr>
              <w:t>Motivaciono pismo, potpisano od strane rukovodioca podnosioca prijave</w:t>
            </w:r>
          </w:p>
        </w:tc>
        <w:tc>
          <w:tcPr>
            <w:tcW w:w="204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899B95" w14:textId="2DA4C9A1" w:rsidR="00DB6E43" w:rsidRPr="00947699" w:rsidRDefault="007F3068">
            <w:pPr>
              <w:spacing w:after="0"/>
              <w:rPr>
                <w:rFonts w:ascii="Cambria" w:hAnsi="Cambria"/>
              </w:rPr>
            </w:pPr>
            <w:sdt>
              <w:sdtPr>
                <w:rPr>
                  <w:rFonts w:cs="Arial"/>
                  <w:szCs w:val="24"/>
                </w:rPr>
                <w:id w:val="-12663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A7" w:rsidRPr="00761BD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360A7" w:rsidRPr="00761BDC" w:rsidDel="004333FD">
              <w:rPr>
                <w:rFonts w:cs="Arial"/>
                <w:szCs w:val="24"/>
                <w:lang w:val="hr-HR" w:eastAsia="en-GB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19"/>
              </w:rPr>
              <w:t>Priloženo</w:t>
            </w:r>
            <w:proofErr w:type="spellEnd"/>
          </w:p>
        </w:tc>
        <w:tc>
          <w:tcPr>
            <w:tcW w:w="158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2276D3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28DE5859" w14:textId="77777777">
        <w:trPr>
          <w:cantSplit/>
          <w:trHeight w:val="822"/>
          <w:jc w:val="center"/>
        </w:trPr>
        <w:tc>
          <w:tcPr>
            <w:tcW w:w="58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A5D88F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sz w:val="19"/>
              </w:rPr>
              <w:t>Dokaz da su članovi projektnog tima zaposleni ili angažovani kod podnosioca prijave po odgovarajućem pravnom osnovu, odnosno drugi odgovarajući dokaz o njihovoj povezanosti sa organizacijom</w:t>
            </w:r>
          </w:p>
        </w:tc>
        <w:tc>
          <w:tcPr>
            <w:tcW w:w="204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71BBD0" w14:textId="7E41DA17" w:rsidR="00DB6E43" w:rsidRPr="00947699" w:rsidRDefault="007F3068">
            <w:pPr>
              <w:spacing w:after="0"/>
              <w:rPr>
                <w:rFonts w:ascii="Cambria" w:hAnsi="Cambria"/>
              </w:rPr>
            </w:pPr>
            <w:sdt>
              <w:sdtPr>
                <w:rPr>
                  <w:rFonts w:cs="Arial"/>
                  <w:szCs w:val="24"/>
                </w:rPr>
                <w:id w:val="-48300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A7" w:rsidRPr="00761BD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360A7" w:rsidRPr="00761BDC" w:rsidDel="004333FD">
              <w:rPr>
                <w:rFonts w:cs="Arial"/>
                <w:szCs w:val="24"/>
                <w:lang w:val="hr-HR" w:eastAsia="en-GB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19"/>
              </w:rPr>
              <w:t>Priloženo</w:t>
            </w:r>
            <w:proofErr w:type="spellEnd"/>
          </w:p>
        </w:tc>
        <w:tc>
          <w:tcPr>
            <w:tcW w:w="158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3F20E8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3756425C" w14:textId="77777777">
        <w:trPr>
          <w:cantSplit/>
          <w:trHeight w:val="822"/>
          <w:jc w:val="center"/>
        </w:trPr>
        <w:tc>
          <w:tcPr>
            <w:tcW w:w="583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F00FBE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sz w:val="19"/>
              </w:rPr>
              <w:t>Dokaz</w:t>
            </w:r>
            <w:proofErr w:type="spellEnd"/>
            <w:r w:rsidRPr="00947699">
              <w:rPr>
                <w:rFonts w:ascii="Cambria" w:hAnsi="Cambria"/>
                <w:sz w:val="19"/>
              </w:rPr>
              <w:t xml:space="preserve"> o </w:t>
            </w:r>
            <w:proofErr w:type="spellStart"/>
            <w:r w:rsidRPr="00947699">
              <w:rPr>
                <w:rFonts w:ascii="Cambria" w:hAnsi="Cambria"/>
                <w:sz w:val="19"/>
              </w:rPr>
              <w:t>iskustvu</w:t>
            </w:r>
            <w:proofErr w:type="spellEnd"/>
            <w:r w:rsidRPr="009476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47699">
              <w:rPr>
                <w:rFonts w:ascii="Cambria" w:hAnsi="Cambria"/>
                <w:sz w:val="19"/>
              </w:rPr>
              <w:t>članova</w:t>
            </w:r>
            <w:proofErr w:type="spellEnd"/>
            <w:r w:rsidRPr="00947699">
              <w:rPr>
                <w:rFonts w:ascii="Cambria" w:hAnsi="Cambria"/>
                <w:sz w:val="19"/>
              </w:rPr>
              <w:t xml:space="preserve"> projektnog tima u pripremi projektnih prijava i/ili rukovođenju nacionalnim ili međunarodnim projektima</w:t>
            </w:r>
          </w:p>
        </w:tc>
        <w:tc>
          <w:tcPr>
            <w:tcW w:w="2041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98DBD1" w14:textId="64890C92" w:rsidR="00DB6E43" w:rsidRPr="00947699" w:rsidRDefault="007F3068">
            <w:pPr>
              <w:spacing w:after="0"/>
              <w:rPr>
                <w:rFonts w:ascii="Cambria" w:hAnsi="Cambria"/>
              </w:rPr>
            </w:pPr>
            <w:sdt>
              <w:sdtPr>
                <w:rPr>
                  <w:rFonts w:cs="Arial"/>
                  <w:szCs w:val="24"/>
                </w:rPr>
                <w:id w:val="133364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0A7" w:rsidRPr="00761BD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360A7" w:rsidRPr="00761BDC" w:rsidDel="004333FD">
              <w:rPr>
                <w:rFonts w:cs="Arial"/>
                <w:szCs w:val="24"/>
                <w:lang w:val="hr-HR" w:eastAsia="en-GB"/>
              </w:rPr>
              <w:t xml:space="preserve"> </w:t>
            </w:r>
            <w:proofErr w:type="spellStart"/>
            <w:r w:rsidR="00FF33B5" w:rsidRPr="00947699">
              <w:rPr>
                <w:rFonts w:ascii="Cambria" w:hAnsi="Cambria"/>
                <w:sz w:val="19"/>
              </w:rPr>
              <w:t>Priloženo</w:t>
            </w:r>
            <w:proofErr w:type="spellEnd"/>
          </w:p>
        </w:tc>
        <w:tc>
          <w:tcPr>
            <w:tcW w:w="158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35BB10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</w:tbl>
    <w:p w14:paraId="033C8C55" w14:textId="77777777" w:rsidR="00DB6E43" w:rsidRPr="00947699" w:rsidRDefault="00FF33B5">
      <w:pPr>
        <w:pStyle w:val="FormNote"/>
        <w:rPr>
          <w:rFonts w:ascii="Cambria" w:hAnsi="Cambria"/>
        </w:rPr>
      </w:pPr>
      <w:proofErr w:type="spellStart"/>
      <w:r w:rsidRPr="00947699">
        <w:rPr>
          <w:rFonts w:ascii="Cambria" w:hAnsi="Cambria"/>
        </w:rPr>
        <w:t>Organi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državne</w:t>
      </w:r>
      <w:proofErr w:type="spellEnd"/>
      <w:r w:rsidRPr="00947699">
        <w:rPr>
          <w:rFonts w:ascii="Cambria" w:hAnsi="Cambria"/>
        </w:rPr>
        <w:t xml:space="preserve"> uprave i jedinice lokalne samouprave nijesu u obavezi da dostavljaju dokaz o registraciji pravnog lica.</w:t>
      </w:r>
    </w:p>
    <w:p w14:paraId="44E0423D" w14:textId="77777777" w:rsidR="009360A7" w:rsidRPr="00AD470B" w:rsidRDefault="009360A7">
      <w:pPr>
        <w:spacing w:after="200" w:line="276" w:lineRule="auto"/>
        <w:rPr>
          <w:rFonts w:ascii="Cambria" w:hAnsi="Cambria"/>
          <w:b/>
          <w:color w:val="FF0000"/>
          <w:sz w:val="23"/>
        </w:rPr>
      </w:pPr>
      <w:r>
        <w:rPr>
          <w:rFonts w:ascii="Cambria" w:hAnsi="Cambria"/>
        </w:rPr>
        <w:br w:type="page"/>
      </w:r>
    </w:p>
    <w:p w14:paraId="6A5A0231" w14:textId="77777777" w:rsidR="00DB6E43" w:rsidRPr="00947699" w:rsidRDefault="00FF33B5">
      <w:pPr>
        <w:pStyle w:val="FormHeading"/>
        <w:keepNext/>
        <w:rPr>
          <w:rFonts w:ascii="Cambria" w:hAnsi="Cambria"/>
        </w:rPr>
      </w:pPr>
      <w:r w:rsidRPr="00947699">
        <w:rPr>
          <w:rFonts w:ascii="Cambria" w:hAnsi="Cambria"/>
        </w:rPr>
        <w:lastRenderedPageBreak/>
        <w:t>7. IZJAVA PODNOSIOCA PRIJAVE</w:t>
      </w:r>
    </w:p>
    <w:p w14:paraId="1A12EF17" w14:textId="37654187" w:rsidR="00DB6E43" w:rsidRPr="00947699" w:rsidRDefault="00FF33B5">
      <w:pPr>
        <w:jc w:val="both"/>
        <w:rPr>
          <w:rFonts w:ascii="Cambria" w:hAnsi="Cambria"/>
        </w:rPr>
      </w:pPr>
      <w:r w:rsidRPr="00947699">
        <w:rPr>
          <w:rFonts w:ascii="Cambria" w:hAnsi="Cambria"/>
        </w:rPr>
        <w:t xml:space="preserve">Potpisivanjem ovog obrasca, ovlašćeno lice podnosioca prijave i rukovodilac projekta potvrđuju da su podaci i informacije navedeni u prijavi tačni, potpuni i istiniti, da je prijava pripremljena u skladu sa uslovima Javnog poziva i da </w:t>
      </w:r>
      <w:proofErr w:type="spellStart"/>
      <w:r w:rsidRPr="00947699">
        <w:rPr>
          <w:rFonts w:ascii="Cambria" w:hAnsi="Cambria"/>
        </w:rPr>
        <w:t>prihvataju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obaveze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koje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proizlaze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iz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učešća</w:t>
      </w:r>
      <w:proofErr w:type="spellEnd"/>
      <w:r w:rsidRPr="00947699">
        <w:rPr>
          <w:rFonts w:ascii="Cambria" w:hAnsi="Cambria"/>
        </w:rPr>
        <w:t xml:space="preserve"> u </w:t>
      </w:r>
      <w:proofErr w:type="spellStart"/>
      <w:r w:rsidRPr="00947699">
        <w:rPr>
          <w:rFonts w:ascii="Cambria" w:hAnsi="Cambria"/>
        </w:rPr>
        <w:t>programu</w:t>
      </w:r>
      <w:proofErr w:type="spellEnd"/>
      <w:r w:rsidRPr="00947699">
        <w:rPr>
          <w:rFonts w:ascii="Cambria" w:hAnsi="Cambria"/>
        </w:rPr>
        <w:t xml:space="preserve"> </w:t>
      </w:r>
      <w:proofErr w:type="spellStart"/>
      <w:r w:rsidRPr="00947699">
        <w:rPr>
          <w:rFonts w:ascii="Cambria" w:hAnsi="Cambria"/>
        </w:rPr>
        <w:t>mentorstva</w:t>
      </w:r>
      <w:proofErr w:type="spellEnd"/>
      <w:r w:rsidRPr="00947699">
        <w:rPr>
          <w:rFonts w:ascii="Cambria" w:hAnsi="Cambria"/>
        </w:rPr>
        <w:t>.</w:t>
      </w:r>
      <w:r w:rsidR="00912E71" w:rsidRPr="00912E71">
        <w:t xml:space="preserve"> </w:t>
      </w:r>
      <w:proofErr w:type="spellStart"/>
      <w:r w:rsidR="00912E71" w:rsidRPr="00912E71">
        <w:rPr>
          <w:rFonts w:ascii="Cambria" w:hAnsi="Cambria"/>
        </w:rPr>
        <w:t>Podnosilac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prijave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potvrđuje</w:t>
      </w:r>
      <w:proofErr w:type="spellEnd"/>
      <w:r w:rsidR="00912E71" w:rsidRPr="00912E71">
        <w:rPr>
          <w:rFonts w:ascii="Cambria" w:hAnsi="Cambria"/>
        </w:rPr>
        <w:t xml:space="preserve"> i da </w:t>
      </w:r>
      <w:proofErr w:type="spellStart"/>
      <w:r w:rsidR="00912E71" w:rsidRPr="00912E71">
        <w:rPr>
          <w:rFonts w:ascii="Cambria" w:hAnsi="Cambria"/>
        </w:rPr>
        <w:t>će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predloženi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projektni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tim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biti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dostupan</w:t>
      </w:r>
      <w:proofErr w:type="spellEnd"/>
      <w:r w:rsidR="00912E71" w:rsidRPr="00912E71">
        <w:rPr>
          <w:rFonts w:ascii="Cambria" w:hAnsi="Cambria"/>
        </w:rPr>
        <w:t xml:space="preserve"> za </w:t>
      </w:r>
      <w:proofErr w:type="spellStart"/>
      <w:r w:rsidR="00912E71" w:rsidRPr="00912E71">
        <w:rPr>
          <w:rFonts w:ascii="Cambria" w:hAnsi="Cambria"/>
        </w:rPr>
        <w:t>učešće</w:t>
      </w:r>
      <w:proofErr w:type="spellEnd"/>
      <w:r w:rsidR="00912E71" w:rsidRPr="00912E71">
        <w:rPr>
          <w:rFonts w:ascii="Cambria" w:hAnsi="Cambria"/>
        </w:rPr>
        <w:t xml:space="preserve"> u </w:t>
      </w:r>
      <w:proofErr w:type="spellStart"/>
      <w:r w:rsidR="00912E71" w:rsidRPr="00912E71">
        <w:rPr>
          <w:rFonts w:ascii="Cambria" w:hAnsi="Cambria"/>
        </w:rPr>
        <w:t>aktivnostima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programa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mentorstva</w:t>
      </w:r>
      <w:proofErr w:type="spellEnd"/>
      <w:r w:rsidR="00912E71" w:rsidRPr="00912E71">
        <w:rPr>
          <w:rFonts w:ascii="Cambria" w:hAnsi="Cambria"/>
        </w:rPr>
        <w:t xml:space="preserve"> u </w:t>
      </w:r>
      <w:proofErr w:type="spellStart"/>
      <w:r w:rsidR="00912E71" w:rsidRPr="00912E71">
        <w:rPr>
          <w:rFonts w:ascii="Cambria" w:hAnsi="Cambria"/>
        </w:rPr>
        <w:t>skladu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sa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dinamikom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utvrđenom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Javnim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pozivom</w:t>
      </w:r>
      <w:proofErr w:type="spellEnd"/>
      <w:r w:rsidR="00912E71" w:rsidRPr="00912E71">
        <w:rPr>
          <w:rFonts w:ascii="Cambria" w:hAnsi="Cambria"/>
        </w:rPr>
        <w:t xml:space="preserve">, </w:t>
      </w:r>
      <w:proofErr w:type="spellStart"/>
      <w:r w:rsidR="00912E71" w:rsidRPr="00912E71">
        <w:rPr>
          <w:rFonts w:ascii="Cambria" w:hAnsi="Cambria"/>
        </w:rPr>
        <w:t>uključujući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obuke</w:t>
      </w:r>
      <w:proofErr w:type="spellEnd"/>
      <w:r w:rsidR="00912E71" w:rsidRPr="00912E71">
        <w:rPr>
          <w:rFonts w:ascii="Cambria" w:hAnsi="Cambria"/>
        </w:rPr>
        <w:t xml:space="preserve">, </w:t>
      </w:r>
      <w:proofErr w:type="spellStart"/>
      <w:r w:rsidR="00912E71" w:rsidRPr="00912E71">
        <w:rPr>
          <w:rFonts w:ascii="Cambria" w:hAnsi="Cambria"/>
        </w:rPr>
        <w:t>individualne</w:t>
      </w:r>
      <w:proofErr w:type="spellEnd"/>
      <w:r w:rsidR="00912E71" w:rsidRPr="00912E71">
        <w:rPr>
          <w:rFonts w:ascii="Cambria" w:hAnsi="Cambria"/>
        </w:rPr>
        <w:t xml:space="preserve"> online </w:t>
      </w:r>
      <w:proofErr w:type="spellStart"/>
      <w:r w:rsidR="00912E71" w:rsidRPr="00912E71">
        <w:rPr>
          <w:rFonts w:ascii="Cambria" w:hAnsi="Cambria"/>
        </w:rPr>
        <w:t>mentorske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konsultacije</w:t>
      </w:r>
      <w:proofErr w:type="spellEnd"/>
      <w:r w:rsidR="00912E71" w:rsidRPr="00912E71">
        <w:rPr>
          <w:rFonts w:ascii="Cambria" w:hAnsi="Cambria"/>
        </w:rPr>
        <w:t xml:space="preserve"> i </w:t>
      </w:r>
      <w:proofErr w:type="spellStart"/>
      <w:r w:rsidR="00912E71" w:rsidRPr="00912E71">
        <w:rPr>
          <w:rFonts w:ascii="Cambria" w:hAnsi="Cambria"/>
        </w:rPr>
        <w:t>dostavljanje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nacrta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projektnih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materijala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tokom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perioda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realizacije</w:t>
      </w:r>
      <w:proofErr w:type="spellEnd"/>
      <w:r w:rsidR="00912E71" w:rsidRPr="00912E71">
        <w:rPr>
          <w:rFonts w:ascii="Cambria" w:hAnsi="Cambria"/>
        </w:rPr>
        <w:t xml:space="preserve"> </w:t>
      </w:r>
      <w:proofErr w:type="spellStart"/>
      <w:r w:rsidR="00912E71" w:rsidRPr="00912E71">
        <w:rPr>
          <w:rFonts w:ascii="Cambria" w:hAnsi="Cambria"/>
        </w:rPr>
        <w:t>programa</w:t>
      </w:r>
      <w:proofErr w:type="spellEnd"/>
      <w:r w:rsidR="00912E71" w:rsidRPr="00912E71">
        <w:rPr>
          <w:rFonts w:ascii="Cambria" w:hAnsi="Cambria"/>
        </w:rPr>
        <w:t>, od 2</w:t>
      </w:r>
      <w:r w:rsidR="008E6973">
        <w:rPr>
          <w:rFonts w:ascii="Cambria" w:hAnsi="Cambria"/>
        </w:rPr>
        <w:t>8</w:t>
      </w:r>
      <w:bookmarkStart w:id="0" w:name="_GoBack"/>
      <w:bookmarkEnd w:id="0"/>
      <w:r w:rsidR="00912E71" w:rsidRPr="00912E71">
        <w:rPr>
          <w:rFonts w:ascii="Cambria" w:hAnsi="Cambria"/>
        </w:rPr>
        <w:t xml:space="preserve">. </w:t>
      </w:r>
      <w:proofErr w:type="spellStart"/>
      <w:r w:rsidR="00912E71" w:rsidRPr="00912E71">
        <w:rPr>
          <w:rFonts w:ascii="Cambria" w:hAnsi="Cambria"/>
        </w:rPr>
        <w:t>oktobra</w:t>
      </w:r>
      <w:proofErr w:type="spellEnd"/>
      <w:r w:rsidR="00912E71" w:rsidRPr="00912E71">
        <w:rPr>
          <w:rFonts w:ascii="Cambria" w:hAnsi="Cambria"/>
        </w:rPr>
        <w:t xml:space="preserve"> 2026. </w:t>
      </w:r>
      <w:proofErr w:type="spellStart"/>
      <w:r w:rsidR="00912E71" w:rsidRPr="00912E71">
        <w:rPr>
          <w:rFonts w:ascii="Cambria" w:hAnsi="Cambria"/>
        </w:rPr>
        <w:t>godine</w:t>
      </w:r>
      <w:proofErr w:type="spellEnd"/>
      <w:r w:rsidR="00912E71" w:rsidRPr="00912E71">
        <w:rPr>
          <w:rFonts w:ascii="Cambria" w:hAnsi="Cambria"/>
        </w:rPr>
        <w:t xml:space="preserve"> do 31. </w:t>
      </w:r>
      <w:proofErr w:type="spellStart"/>
      <w:r w:rsidR="00912E71" w:rsidRPr="00912E71">
        <w:rPr>
          <w:rFonts w:ascii="Cambria" w:hAnsi="Cambria"/>
        </w:rPr>
        <w:t>marta</w:t>
      </w:r>
      <w:proofErr w:type="spellEnd"/>
      <w:r w:rsidR="00912E71" w:rsidRPr="00912E71">
        <w:rPr>
          <w:rFonts w:ascii="Cambria" w:hAnsi="Cambria"/>
        </w:rPr>
        <w:t xml:space="preserve"> 2027. </w:t>
      </w:r>
      <w:proofErr w:type="spellStart"/>
      <w:r w:rsidR="00912E71" w:rsidRPr="00912E71">
        <w:rPr>
          <w:rFonts w:ascii="Cambria" w:hAnsi="Cambria"/>
        </w:rPr>
        <w:t>godine</w:t>
      </w:r>
      <w:proofErr w:type="spellEnd"/>
      <w:r w:rsidR="00912E71" w:rsidRPr="00912E71">
        <w:rPr>
          <w:rFonts w:ascii="Cambria" w:hAnsi="Cambria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DB6E43" w:rsidRPr="00947699" w14:paraId="20865F22" w14:textId="77777777">
        <w:trPr>
          <w:cantSplit/>
          <w:trHeight w:val="453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6AFE4D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Mjesto i datum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AAAB9D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  <w:tr w:rsidR="00DB6E43" w:rsidRPr="00947699" w14:paraId="510FD25E" w14:textId="77777777">
        <w:trPr>
          <w:cantSplit/>
          <w:trHeight w:val="453"/>
          <w:jc w:val="center"/>
        </w:trPr>
        <w:tc>
          <w:tcPr>
            <w:tcW w:w="3402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FC5E90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Naziv organizacije</w:t>
            </w:r>
          </w:p>
        </w:tc>
        <w:tc>
          <w:tcPr>
            <w:tcW w:w="5669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49188" w14:textId="77777777" w:rsidR="00DB6E43" w:rsidRPr="00947699" w:rsidRDefault="00DB6E43">
            <w:pPr>
              <w:spacing w:after="0"/>
              <w:rPr>
                <w:rFonts w:ascii="Cambria" w:hAnsi="Cambria"/>
              </w:rPr>
            </w:pPr>
          </w:p>
        </w:tc>
      </w:tr>
    </w:tbl>
    <w:p w14:paraId="67063052" w14:textId="77777777" w:rsidR="00DB6E43" w:rsidRPr="00947699" w:rsidRDefault="00DB6E43">
      <w:pPr>
        <w:rPr>
          <w:rFonts w:ascii="Cambria" w:hAnsi="Cambr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 w:rsidR="00DB6E43" w:rsidRPr="00947699" w14:paraId="34AC9B63" w14:textId="77777777">
        <w:trPr>
          <w:cantSplit/>
          <w:tblHeader/>
          <w:jc w:val="center"/>
        </w:trPr>
        <w:tc>
          <w:tcPr>
            <w:tcW w:w="470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78A143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OVLAŠĆENO LICE ORGANIZACIJE</w:t>
            </w:r>
          </w:p>
        </w:tc>
        <w:tc>
          <w:tcPr>
            <w:tcW w:w="470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CF819F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b/>
                <w:sz w:val="19"/>
              </w:rPr>
              <w:t>RUKOVODILAC PROJEKTA</w:t>
            </w:r>
          </w:p>
        </w:tc>
      </w:tr>
      <w:tr w:rsidR="00DB6E43" w:rsidRPr="00947699" w14:paraId="6FCED7EA" w14:textId="77777777">
        <w:trPr>
          <w:cantSplit/>
          <w:trHeight w:val="680"/>
          <w:jc w:val="center"/>
        </w:trPr>
        <w:tc>
          <w:tcPr>
            <w:tcW w:w="470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D1EAB9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sz w:val="19"/>
              </w:rPr>
              <w:t>Ime i prezime: ______________________________</w:t>
            </w:r>
            <w:r w:rsidRPr="00947699">
              <w:rPr>
                <w:rFonts w:ascii="Cambria" w:hAnsi="Cambria"/>
                <w:sz w:val="19"/>
              </w:rPr>
              <w:br/>
              <w:t>Funkcija: ___________________________________</w:t>
            </w:r>
          </w:p>
        </w:tc>
        <w:tc>
          <w:tcPr>
            <w:tcW w:w="470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26992A" w14:textId="77777777" w:rsidR="00DB6E43" w:rsidRPr="00947699" w:rsidRDefault="00FF33B5">
            <w:pPr>
              <w:spacing w:after="0"/>
              <w:rPr>
                <w:rFonts w:ascii="Cambria" w:hAnsi="Cambria"/>
              </w:rPr>
            </w:pPr>
            <w:r w:rsidRPr="00947699">
              <w:rPr>
                <w:rFonts w:ascii="Cambria" w:hAnsi="Cambria"/>
                <w:sz w:val="19"/>
              </w:rPr>
              <w:t>Ime i prezime: ______________________________</w:t>
            </w:r>
            <w:r w:rsidRPr="00947699">
              <w:rPr>
                <w:rFonts w:ascii="Cambria" w:hAnsi="Cambria"/>
                <w:sz w:val="19"/>
              </w:rPr>
              <w:br/>
              <w:t>Funkcija: ___________________________________</w:t>
            </w:r>
          </w:p>
        </w:tc>
      </w:tr>
      <w:tr w:rsidR="00DB6E43" w:rsidRPr="00947699" w14:paraId="55CAACB7" w14:textId="77777777" w:rsidTr="009360A7">
        <w:trPr>
          <w:cantSplit/>
          <w:trHeight w:val="680"/>
          <w:jc w:val="center"/>
        </w:trPr>
        <w:tc>
          <w:tcPr>
            <w:tcW w:w="470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E2F5B" w14:textId="77777777" w:rsidR="00DB6E43" w:rsidRDefault="00FF33B5">
            <w:pPr>
              <w:spacing w:after="0"/>
              <w:rPr>
                <w:rFonts w:ascii="Cambria" w:hAnsi="Cambria"/>
                <w:sz w:val="19"/>
              </w:rPr>
            </w:pPr>
            <w:proofErr w:type="spellStart"/>
            <w:r w:rsidRPr="00947699">
              <w:rPr>
                <w:rFonts w:ascii="Cambria" w:hAnsi="Cambria"/>
                <w:sz w:val="19"/>
              </w:rPr>
              <w:t>Potpis</w:t>
            </w:r>
            <w:proofErr w:type="spellEnd"/>
            <w:r w:rsidRPr="00947699">
              <w:rPr>
                <w:rFonts w:ascii="Cambria" w:hAnsi="Cambria"/>
                <w:sz w:val="19"/>
              </w:rPr>
              <w:t>: _____________________________________</w:t>
            </w:r>
            <w:r w:rsidRPr="00947699">
              <w:rPr>
                <w:rFonts w:ascii="Cambria" w:hAnsi="Cambria"/>
                <w:sz w:val="19"/>
              </w:rPr>
              <w:br/>
            </w:r>
            <w:proofErr w:type="spellStart"/>
            <w:r w:rsidRPr="00947699">
              <w:rPr>
                <w:rFonts w:ascii="Cambria" w:hAnsi="Cambria"/>
                <w:sz w:val="19"/>
              </w:rPr>
              <w:t>Pečat</w:t>
            </w:r>
            <w:proofErr w:type="spellEnd"/>
            <w:r w:rsidRPr="00947699">
              <w:rPr>
                <w:rFonts w:ascii="Cambria" w:hAnsi="Cambria"/>
                <w:sz w:val="19"/>
              </w:rPr>
              <w:t>:</w:t>
            </w:r>
          </w:p>
          <w:p w14:paraId="05AB9FF0" w14:textId="77777777" w:rsidR="009360A7" w:rsidRDefault="009360A7">
            <w:pPr>
              <w:spacing w:after="0"/>
              <w:rPr>
                <w:rFonts w:ascii="Cambria" w:hAnsi="Cambria"/>
              </w:rPr>
            </w:pPr>
          </w:p>
          <w:p w14:paraId="242360A1" w14:textId="77777777" w:rsidR="009360A7" w:rsidRDefault="009360A7">
            <w:pPr>
              <w:spacing w:after="0"/>
              <w:rPr>
                <w:rFonts w:ascii="Cambria" w:hAnsi="Cambria"/>
              </w:rPr>
            </w:pPr>
          </w:p>
          <w:p w14:paraId="7C3EBAEE" w14:textId="77777777" w:rsidR="009360A7" w:rsidRPr="00947699" w:rsidRDefault="009360A7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470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963061" w14:textId="77777777" w:rsidR="00DB6E43" w:rsidRPr="00947699" w:rsidRDefault="00FF33B5" w:rsidP="009360A7">
            <w:pPr>
              <w:spacing w:after="0"/>
              <w:rPr>
                <w:rFonts w:ascii="Cambria" w:hAnsi="Cambria"/>
              </w:rPr>
            </w:pPr>
            <w:proofErr w:type="spellStart"/>
            <w:r w:rsidRPr="00947699">
              <w:rPr>
                <w:rFonts w:ascii="Cambria" w:hAnsi="Cambria"/>
                <w:sz w:val="19"/>
              </w:rPr>
              <w:t>Potpis</w:t>
            </w:r>
            <w:proofErr w:type="spellEnd"/>
            <w:r w:rsidRPr="00947699">
              <w:rPr>
                <w:rFonts w:ascii="Cambria" w:hAnsi="Cambria"/>
                <w:sz w:val="19"/>
              </w:rPr>
              <w:t>: ____________________________________</w:t>
            </w:r>
          </w:p>
        </w:tc>
      </w:tr>
    </w:tbl>
    <w:p w14:paraId="5B50BA27" w14:textId="77777777" w:rsidR="00DB6E43" w:rsidRPr="00947699" w:rsidRDefault="00FF33B5">
      <w:pPr>
        <w:jc w:val="center"/>
        <w:rPr>
          <w:rFonts w:ascii="Cambria" w:hAnsi="Cambria"/>
        </w:rPr>
      </w:pPr>
      <w:r w:rsidRPr="00947699">
        <w:rPr>
          <w:rFonts w:ascii="Cambria" w:hAnsi="Cambria"/>
          <w:color w:val="7F7F7F"/>
          <w:sz w:val="16"/>
        </w:rPr>
        <w:t>Ministarstvo prosvjete, nauke i inovacija • UNDP Crna Gora • IDEA-ME</w:t>
      </w:r>
    </w:p>
    <w:sectPr w:rsidR="00DB6E43" w:rsidRPr="00947699" w:rsidSect="00913D51">
      <w:headerReference w:type="default" r:id="rId9"/>
      <w:pgSz w:w="12240" w:h="15840"/>
      <w:pgMar w:top="2836" w:right="1247" w:bottom="1134" w:left="1247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8B181" w14:textId="77777777" w:rsidR="007F3068" w:rsidRDefault="007F3068" w:rsidP="004F3D5A">
      <w:pPr>
        <w:spacing w:after="0" w:line="240" w:lineRule="auto"/>
      </w:pPr>
      <w:r>
        <w:separator/>
      </w:r>
    </w:p>
  </w:endnote>
  <w:endnote w:type="continuationSeparator" w:id="0">
    <w:p w14:paraId="3790251E" w14:textId="77777777" w:rsidR="007F3068" w:rsidRDefault="007F3068" w:rsidP="004F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89431" w14:textId="77777777" w:rsidR="007F3068" w:rsidRDefault="007F3068" w:rsidP="004F3D5A">
      <w:pPr>
        <w:spacing w:after="0" w:line="240" w:lineRule="auto"/>
      </w:pPr>
      <w:r>
        <w:separator/>
      </w:r>
    </w:p>
  </w:footnote>
  <w:footnote w:type="continuationSeparator" w:id="0">
    <w:p w14:paraId="3DF5347A" w14:textId="77777777" w:rsidR="007F3068" w:rsidRDefault="007F3068" w:rsidP="004F3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AC62B" w14:textId="643CC472" w:rsidR="00791D4B" w:rsidRPr="00947699" w:rsidRDefault="00913D51" w:rsidP="00947699">
    <w:pPr>
      <w:spacing w:after="0" w:line="240" w:lineRule="auto"/>
      <w:jc w:val="right"/>
      <w:rPr>
        <w:rFonts w:ascii="Calibri" w:eastAsia="Calibri" w:hAnsi="Calibri" w:cs="Times New Roman"/>
        <w:kern w:val="2"/>
        <w:sz w:val="24"/>
        <w:szCs w:val="24"/>
        <w14:ligatures w14:val="standardContextual"/>
      </w:rPr>
    </w:pPr>
    <w:r w:rsidRPr="00140EC6">
      <w:rPr>
        <w:rFonts w:ascii="Calibri" w:eastAsia="Calibri" w:hAnsi="Calibri" w:cs="Times New Roman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73C293DE" wp14:editId="0A493CE2">
          <wp:simplePos x="0" y="0"/>
          <wp:positionH relativeFrom="margin">
            <wp:align>left</wp:align>
          </wp:positionH>
          <wp:positionV relativeFrom="paragraph">
            <wp:posOffset>106680</wp:posOffset>
          </wp:positionV>
          <wp:extent cx="1259869" cy="1028700"/>
          <wp:effectExtent l="0" t="0" r="0" b="0"/>
          <wp:wrapNone/>
          <wp:docPr id="4932775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27758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9869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61DB08F" wp14:editId="5571C55A">
          <wp:simplePos x="0" y="0"/>
          <wp:positionH relativeFrom="column">
            <wp:posOffset>3437255</wp:posOffset>
          </wp:positionH>
          <wp:positionV relativeFrom="paragraph">
            <wp:posOffset>11430</wp:posOffset>
          </wp:positionV>
          <wp:extent cx="728980" cy="1111250"/>
          <wp:effectExtent l="0" t="0" r="0" b="0"/>
          <wp:wrapThrough wrapText="bothSides">
            <wp:wrapPolygon edited="0">
              <wp:start x="3951" y="2592"/>
              <wp:lineTo x="3951" y="18514"/>
              <wp:lineTo x="16934" y="18514"/>
              <wp:lineTo x="16934" y="2592"/>
              <wp:lineTo x="3951" y="2592"/>
            </wp:wrapPolygon>
          </wp:wrapThrough>
          <wp:docPr id="49327757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661594" name="Picture 136266159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8980" cy="11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F696711" wp14:editId="3C38DA1F">
          <wp:simplePos x="0" y="0"/>
          <wp:positionH relativeFrom="margin">
            <wp:align>right</wp:align>
          </wp:positionH>
          <wp:positionV relativeFrom="paragraph">
            <wp:posOffset>249555</wp:posOffset>
          </wp:positionV>
          <wp:extent cx="1735455" cy="867410"/>
          <wp:effectExtent l="0" t="0" r="0" b="8890"/>
          <wp:wrapThrough wrapText="bothSides">
            <wp:wrapPolygon edited="0">
              <wp:start x="0" y="0"/>
              <wp:lineTo x="0" y="21347"/>
              <wp:lineTo x="21339" y="21347"/>
              <wp:lineTo x="21339" y="0"/>
              <wp:lineTo x="0" y="0"/>
            </wp:wrapPolygon>
          </wp:wrapThrough>
          <wp:docPr id="493277573" name="Picture 4932775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455" cy="867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03E9899" wp14:editId="2FB894A4">
          <wp:simplePos x="0" y="0"/>
          <wp:positionH relativeFrom="column">
            <wp:posOffset>1225550</wp:posOffset>
          </wp:positionH>
          <wp:positionV relativeFrom="paragraph">
            <wp:posOffset>11430</wp:posOffset>
          </wp:positionV>
          <wp:extent cx="1967865" cy="1371600"/>
          <wp:effectExtent l="0" t="0" r="0" b="0"/>
          <wp:wrapThrough wrapText="bothSides">
            <wp:wrapPolygon edited="0">
              <wp:start x="14010" y="3900"/>
              <wp:lineTo x="6482" y="6300"/>
              <wp:lineTo x="2091" y="8100"/>
              <wp:lineTo x="2509" y="15300"/>
              <wp:lineTo x="9619" y="16500"/>
              <wp:lineTo x="15473" y="17100"/>
              <wp:lineTo x="16310" y="17100"/>
              <wp:lineTo x="16728" y="14100"/>
              <wp:lineTo x="19864" y="9900"/>
              <wp:lineTo x="19864" y="9300"/>
              <wp:lineTo x="15682" y="3900"/>
              <wp:lineTo x="14010" y="3900"/>
            </wp:wrapPolygon>
          </wp:wrapThrough>
          <wp:docPr id="493277572" name="Picture 4932775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967865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7387">
      <w:rPr>
        <w:rFonts w:ascii="Calibri" w:eastAsia="Calibri" w:hAnsi="Calibri" w:cs="Times New Roman"/>
        <w:noProof/>
        <w:kern w:val="2"/>
        <w:sz w:val="24"/>
        <w:szCs w:val="24"/>
        <w14:ligatures w14:val="standardContextual"/>
      </w:rPr>
      <w:t xml:space="preserve">  </w:t>
    </w:r>
    <w:r w:rsidR="007C7387">
      <w:t xml:space="preserve">                            </w:t>
    </w:r>
    <w:r w:rsidR="0094769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694457"/>
    <w:multiLevelType w:val="hybridMultilevel"/>
    <w:tmpl w:val="1FFA1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660081"/>
    <w:multiLevelType w:val="hybridMultilevel"/>
    <w:tmpl w:val="51266D7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41BDF"/>
    <w:multiLevelType w:val="hybridMultilevel"/>
    <w:tmpl w:val="46629418"/>
    <w:lvl w:ilvl="0" w:tplc="FFFFFFF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055529B"/>
    <w:multiLevelType w:val="hybridMultilevel"/>
    <w:tmpl w:val="90FED0EC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13FC6697"/>
    <w:multiLevelType w:val="hybridMultilevel"/>
    <w:tmpl w:val="61962976"/>
    <w:lvl w:ilvl="0" w:tplc="741CDCBA">
      <w:numFmt w:val="bullet"/>
      <w:lvlText w:val="•"/>
      <w:lvlJc w:val="left"/>
      <w:pPr>
        <w:ind w:left="473" w:hanging="360"/>
      </w:pPr>
      <w:rPr>
        <w:rFonts w:ascii="Cambria" w:eastAsiaTheme="minorEastAsia" w:hAnsi="Cambria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142A4831"/>
    <w:multiLevelType w:val="hybridMultilevel"/>
    <w:tmpl w:val="99967F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980B6B"/>
    <w:multiLevelType w:val="hybridMultilevel"/>
    <w:tmpl w:val="8A7E8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004EAD"/>
    <w:multiLevelType w:val="hybridMultilevel"/>
    <w:tmpl w:val="ED02E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5837F6"/>
    <w:multiLevelType w:val="multilevel"/>
    <w:tmpl w:val="0E26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7B6AED"/>
    <w:multiLevelType w:val="hybridMultilevel"/>
    <w:tmpl w:val="BC7E9F08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20B20AE1"/>
    <w:multiLevelType w:val="multilevel"/>
    <w:tmpl w:val="26C0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556825"/>
    <w:multiLevelType w:val="hybridMultilevel"/>
    <w:tmpl w:val="8ABE3CE0"/>
    <w:lvl w:ilvl="0" w:tplc="6074CD96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770249"/>
    <w:multiLevelType w:val="hybridMultilevel"/>
    <w:tmpl w:val="E1E25E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37DCE"/>
    <w:multiLevelType w:val="hybridMultilevel"/>
    <w:tmpl w:val="45F06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984359"/>
    <w:multiLevelType w:val="hybridMultilevel"/>
    <w:tmpl w:val="ADA88CDC"/>
    <w:lvl w:ilvl="0" w:tplc="84E250A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A0019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2AD5895"/>
    <w:multiLevelType w:val="hybridMultilevel"/>
    <w:tmpl w:val="07DCE01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284A13"/>
    <w:multiLevelType w:val="hybridMultilevel"/>
    <w:tmpl w:val="E824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BD1D5F"/>
    <w:multiLevelType w:val="hybridMultilevel"/>
    <w:tmpl w:val="A97A2934"/>
    <w:lvl w:ilvl="0" w:tplc="33406A3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154247"/>
    <w:multiLevelType w:val="hybridMultilevel"/>
    <w:tmpl w:val="94EEF4B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C70AC7"/>
    <w:multiLevelType w:val="hybridMultilevel"/>
    <w:tmpl w:val="E1E25E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C220E9"/>
    <w:multiLevelType w:val="hybridMultilevel"/>
    <w:tmpl w:val="97C61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CA3DF3"/>
    <w:multiLevelType w:val="hybridMultilevel"/>
    <w:tmpl w:val="D7AEA63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8E2E72"/>
    <w:multiLevelType w:val="hybridMultilevel"/>
    <w:tmpl w:val="8320C4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C43D1B"/>
    <w:multiLevelType w:val="hybridMultilevel"/>
    <w:tmpl w:val="07DCE01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0F60FD"/>
    <w:multiLevelType w:val="multilevel"/>
    <w:tmpl w:val="06149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36FC5"/>
    <w:multiLevelType w:val="hybridMultilevel"/>
    <w:tmpl w:val="30580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B01B63"/>
    <w:multiLevelType w:val="hybridMultilevel"/>
    <w:tmpl w:val="B5528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8C30A4"/>
    <w:multiLevelType w:val="hybridMultilevel"/>
    <w:tmpl w:val="9B4E6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C21F13"/>
    <w:multiLevelType w:val="hybridMultilevel"/>
    <w:tmpl w:val="B4E2C414"/>
    <w:lvl w:ilvl="0" w:tplc="041A0001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041A0003">
      <w:start w:val="1"/>
      <w:numFmt w:val="lowerLetter"/>
      <w:lvlText w:val="%2."/>
      <w:lvlJc w:val="left"/>
      <w:pPr>
        <w:tabs>
          <w:tab w:val="num" w:pos="623"/>
        </w:tabs>
        <w:ind w:left="623" w:hanging="340"/>
      </w:pPr>
      <w:rPr>
        <w:rFonts w:ascii="Arial" w:hAnsi="Arial" w:hint="default"/>
        <w:b w:val="0"/>
        <w:i w:val="0"/>
        <w:sz w:val="20"/>
      </w:rPr>
    </w:lvl>
    <w:lvl w:ilvl="2" w:tplc="041A0005">
      <w:start w:val="1"/>
      <w:numFmt w:val="bullet"/>
      <w:lvlText w:val="-"/>
      <w:lvlJc w:val="left"/>
      <w:pPr>
        <w:ind w:left="2203" w:hanging="360"/>
      </w:pPr>
      <w:rPr>
        <w:rFonts w:ascii="Arial" w:eastAsia="Verdana" w:hAnsi="Arial" w:cs="Arial" w:hint="default"/>
      </w:rPr>
    </w:lvl>
    <w:lvl w:ilvl="3" w:tplc="041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09173F9"/>
    <w:multiLevelType w:val="hybridMultilevel"/>
    <w:tmpl w:val="EC2E2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BE3840"/>
    <w:multiLevelType w:val="hybridMultilevel"/>
    <w:tmpl w:val="BEA6663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900663"/>
    <w:multiLevelType w:val="hybridMultilevel"/>
    <w:tmpl w:val="3DFE8BA8"/>
    <w:lvl w:ilvl="0" w:tplc="041A0017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DE83713"/>
    <w:multiLevelType w:val="hybridMultilevel"/>
    <w:tmpl w:val="3D34793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6A2610"/>
    <w:multiLevelType w:val="hybridMultilevel"/>
    <w:tmpl w:val="D7B83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7A6BFD"/>
    <w:multiLevelType w:val="hybridMultilevel"/>
    <w:tmpl w:val="5492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D15B69"/>
    <w:multiLevelType w:val="hybridMultilevel"/>
    <w:tmpl w:val="3B6617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7C7CC2"/>
    <w:multiLevelType w:val="hybridMultilevel"/>
    <w:tmpl w:val="C476563E"/>
    <w:lvl w:ilvl="0" w:tplc="EAD240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A000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232108"/>
    <w:multiLevelType w:val="hybridMultilevel"/>
    <w:tmpl w:val="D03E6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436AC2"/>
    <w:multiLevelType w:val="hybridMultilevel"/>
    <w:tmpl w:val="F9EC83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E9610C"/>
    <w:multiLevelType w:val="hybridMultilevel"/>
    <w:tmpl w:val="B254B070"/>
    <w:lvl w:ilvl="0" w:tplc="3F26ED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9D95982"/>
    <w:multiLevelType w:val="hybridMultilevel"/>
    <w:tmpl w:val="3A2AC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7"/>
  </w:num>
  <w:num w:numId="11">
    <w:abstractNumId w:val="11"/>
  </w:num>
  <w:num w:numId="12">
    <w:abstractNumId w:val="19"/>
  </w:num>
  <w:num w:numId="13">
    <w:abstractNumId w:val="40"/>
  </w:num>
  <w:num w:numId="14">
    <w:abstractNumId w:val="30"/>
  </w:num>
  <w:num w:numId="15">
    <w:abstractNumId w:val="46"/>
  </w:num>
  <w:num w:numId="16">
    <w:abstractNumId w:val="28"/>
  </w:num>
  <w:num w:numId="17">
    <w:abstractNumId w:val="21"/>
  </w:num>
  <w:num w:numId="18">
    <w:abstractNumId w:val="24"/>
  </w:num>
  <w:num w:numId="19">
    <w:abstractNumId w:val="32"/>
  </w:num>
  <w:num w:numId="20">
    <w:abstractNumId w:val="41"/>
  </w:num>
  <w:num w:numId="21">
    <w:abstractNumId w:val="14"/>
  </w:num>
  <w:num w:numId="22">
    <w:abstractNumId w:val="44"/>
  </w:num>
  <w:num w:numId="23">
    <w:abstractNumId w:val="10"/>
  </w:num>
  <w:num w:numId="24">
    <w:abstractNumId w:val="23"/>
  </w:num>
  <w:num w:numId="25">
    <w:abstractNumId w:val="27"/>
  </w:num>
  <w:num w:numId="26">
    <w:abstractNumId w:val="39"/>
  </w:num>
  <w:num w:numId="27">
    <w:abstractNumId w:val="45"/>
  </w:num>
  <w:num w:numId="28">
    <w:abstractNumId w:val="26"/>
  </w:num>
  <w:num w:numId="29">
    <w:abstractNumId w:val="18"/>
  </w:num>
  <w:num w:numId="30">
    <w:abstractNumId w:val="43"/>
  </w:num>
  <w:num w:numId="31">
    <w:abstractNumId w:val="29"/>
  </w:num>
  <w:num w:numId="32">
    <w:abstractNumId w:val="49"/>
  </w:num>
  <w:num w:numId="33">
    <w:abstractNumId w:val="16"/>
  </w:num>
  <w:num w:numId="34">
    <w:abstractNumId w:val="22"/>
  </w:num>
  <w:num w:numId="35">
    <w:abstractNumId w:val="38"/>
  </w:num>
  <w:num w:numId="36">
    <w:abstractNumId w:val="25"/>
  </w:num>
  <w:num w:numId="37">
    <w:abstractNumId w:val="35"/>
  </w:num>
  <w:num w:numId="38">
    <w:abstractNumId w:val="9"/>
  </w:num>
  <w:num w:numId="39">
    <w:abstractNumId w:val="36"/>
  </w:num>
  <w:num w:numId="40">
    <w:abstractNumId w:val="15"/>
  </w:num>
  <w:num w:numId="41">
    <w:abstractNumId w:val="33"/>
  </w:num>
  <w:num w:numId="42">
    <w:abstractNumId w:val="47"/>
  </w:num>
  <w:num w:numId="43">
    <w:abstractNumId w:val="42"/>
  </w:num>
  <w:num w:numId="44">
    <w:abstractNumId w:val="20"/>
  </w:num>
  <w:num w:numId="45">
    <w:abstractNumId w:val="31"/>
  </w:num>
  <w:num w:numId="46">
    <w:abstractNumId w:val="17"/>
  </w:num>
  <w:num w:numId="47">
    <w:abstractNumId w:val="34"/>
  </w:num>
  <w:num w:numId="48">
    <w:abstractNumId w:val="12"/>
  </w:num>
  <w:num w:numId="49">
    <w:abstractNumId w:val="48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119"/>
    <w:rsid w:val="000261C2"/>
    <w:rsid w:val="00032005"/>
    <w:rsid w:val="00034616"/>
    <w:rsid w:val="0005440F"/>
    <w:rsid w:val="0006063C"/>
    <w:rsid w:val="00062AC4"/>
    <w:rsid w:val="000A6575"/>
    <w:rsid w:val="000D28D7"/>
    <w:rsid w:val="000F4340"/>
    <w:rsid w:val="000F78D0"/>
    <w:rsid w:val="00105F61"/>
    <w:rsid w:val="0015074B"/>
    <w:rsid w:val="0018529A"/>
    <w:rsid w:val="001A7BE5"/>
    <w:rsid w:val="001B5E41"/>
    <w:rsid w:val="001B7993"/>
    <w:rsid w:val="001D51BB"/>
    <w:rsid w:val="001E1B0E"/>
    <w:rsid w:val="0020052F"/>
    <w:rsid w:val="00202832"/>
    <w:rsid w:val="00204F15"/>
    <w:rsid w:val="0024722A"/>
    <w:rsid w:val="0026212A"/>
    <w:rsid w:val="002635DD"/>
    <w:rsid w:val="00265D88"/>
    <w:rsid w:val="0029639D"/>
    <w:rsid w:val="002A10BF"/>
    <w:rsid w:val="002B7FB0"/>
    <w:rsid w:val="002D4313"/>
    <w:rsid w:val="002E31EE"/>
    <w:rsid w:val="002E5E69"/>
    <w:rsid w:val="00303ED6"/>
    <w:rsid w:val="00326F90"/>
    <w:rsid w:val="00337006"/>
    <w:rsid w:val="0036621A"/>
    <w:rsid w:val="00380825"/>
    <w:rsid w:val="00392C1B"/>
    <w:rsid w:val="003B6A88"/>
    <w:rsid w:val="003D03B0"/>
    <w:rsid w:val="003F0E32"/>
    <w:rsid w:val="003F5A90"/>
    <w:rsid w:val="00414135"/>
    <w:rsid w:val="00423B4D"/>
    <w:rsid w:val="004262DC"/>
    <w:rsid w:val="00471F54"/>
    <w:rsid w:val="00476261"/>
    <w:rsid w:val="00494B98"/>
    <w:rsid w:val="004B4501"/>
    <w:rsid w:val="004C074E"/>
    <w:rsid w:val="004E1072"/>
    <w:rsid w:val="004F3D5A"/>
    <w:rsid w:val="005A29A4"/>
    <w:rsid w:val="005A4421"/>
    <w:rsid w:val="005B62DD"/>
    <w:rsid w:val="00624207"/>
    <w:rsid w:val="00640550"/>
    <w:rsid w:val="00646B5A"/>
    <w:rsid w:val="00673BA3"/>
    <w:rsid w:val="00690813"/>
    <w:rsid w:val="006959D2"/>
    <w:rsid w:val="00696F9A"/>
    <w:rsid w:val="006A5039"/>
    <w:rsid w:val="006E754B"/>
    <w:rsid w:val="00700B93"/>
    <w:rsid w:val="007403F6"/>
    <w:rsid w:val="007457C0"/>
    <w:rsid w:val="00791D4B"/>
    <w:rsid w:val="007929BC"/>
    <w:rsid w:val="00796D64"/>
    <w:rsid w:val="007C35D6"/>
    <w:rsid w:val="007C7387"/>
    <w:rsid w:val="007F3068"/>
    <w:rsid w:val="008544AA"/>
    <w:rsid w:val="008A3C72"/>
    <w:rsid w:val="008C2F86"/>
    <w:rsid w:val="008E6973"/>
    <w:rsid w:val="008F1E3E"/>
    <w:rsid w:val="00912E71"/>
    <w:rsid w:val="00913D51"/>
    <w:rsid w:val="009243AE"/>
    <w:rsid w:val="009360A7"/>
    <w:rsid w:val="00947699"/>
    <w:rsid w:val="00957CCD"/>
    <w:rsid w:val="009873CF"/>
    <w:rsid w:val="009B6C0B"/>
    <w:rsid w:val="009E3E9E"/>
    <w:rsid w:val="00A05B8E"/>
    <w:rsid w:val="00A241F0"/>
    <w:rsid w:val="00A72D58"/>
    <w:rsid w:val="00A75E73"/>
    <w:rsid w:val="00A96BC2"/>
    <w:rsid w:val="00AA1D8D"/>
    <w:rsid w:val="00AA4805"/>
    <w:rsid w:val="00AB2E25"/>
    <w:rsid w:val="00AC2CAB"/>
    <w:rsid w:val="00AD470B"/>
    <w:rsid w:val="00AD6E04"/>
    <w:rsid w:val="00AF1517"/>
    <w:rsid w:val="00B267FE"/>
    <w:rsid w:val="00B47730"/>
    <w:rsid w:val="00B75145"/>
    <w:rsid w:val="00B97792"/>
    <w:rsid w:val="00BC1353"/>
    <w:rsid w:val="00BE1C17"/>
    <w:rsid w:val="00C02419"/>
    <w:rsid w:val="00C179AC"/>
    <w:rsid w:val="00C70A41"/>
    <w:rsid w:val="00CB0664"/>
    <w:rsid w:val="00CB46AF"/>
    <w:rsid w:val="00D03EC8"/>
    <w:rsid w:val="00D16795"/>
    <w:rsid w:val="00D16CBB"/>
    <w:rsid w:val="00D46B8C"/>
    <w:rsid w:val="00D531AB"/>
    <w:rsid w:val="00D55514"/>
    <w:rsid w:val="00D85AA1"/>
    <w:rsid w:val="00DA3EAD"/>
    <w:rsid w:val="00DB54B8"/>
    <w:rsid w:val="00DB6E43"/>
    <w:rsid w:val="00DC76A9"/>
    <w:rsid w:val="00DD6C2D"/>
    <w:rsid w:val="00DF44E9"/>
    <w:rsid w:val="00E1390F"/>
    <w:rsid w:val="00E75B5D"/>
    <w:rsid w:val="00E85FFC"/>
    <w:rsid w:val="00EE68A4"/>
    <w:rsid w:val="00EF7408"/>
    <w:rsid w:val="00F05906"/>
    <w:rsid w:val="00F1751E"/>
    <w:rsid w:val="00F311A8"/>
    <w:rsid w:val="00F42274"/>
    <w:rsid w:val="00F70263"/>
    <w:rsid w:val="00F86AE6"/>
    <w:rsid w:val="00FA17B0"/>
    <w:rsid w:val="00FB63E2"/>
    <w:rsid w:val="00FC693F"/>
    <w:rsid w:val="00FE3263"/>
    <w:rsid w:val="00FF33B5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7EB7371"/>
  <w14:defaultImageDpi w14:val="300"/>
  <w15:docId w15:val="{6C4D2ECD-6D6D-4A24-98A1-8187BE63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7408"/>
    <w:pPr>
      <w:spacing w:after="100" w:line="252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4F3D5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3D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3D5A"/>
    <w:rPr>
      <w:vertAlign w:val="superscript"/>
    </w:rPr>
  </w:style>
  <w:style w:type="paragraph" w:customStyle="1" w:styleId="pdq2pgselectionanchorcontainer">
    <w:name w:val="pdq2pg_selectionanchorcontainer"/>
    <w:basedOn w:val="Normal"/>
    <w:rsid w:val="002635D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635D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145"/>
    <w:rPr>
      <w:rFonts w:ascii="Segoe UI" w:hAnsi="Segoe UI" w:cs="Segoe UI"/>
      <w:sz w:val="18"/>
      <w:szCs w:val="18"/>
    </w:rPr>
  </w:style>
  <w:style w:type="paragraph" w:customStyle="1" w:styleId="FormTitle">
    <w:name w:val="Form Title"/>
    <w:pPr>
      <w:spacing w:after="160"/>
    </w:pPr>
    <w:rPr>
      <w:rFonts w:ascii="Arial" w:hAnsi="Arial"/>
      <w:b/>
      <w:color w:val="365F91"/>
      <w:sz w:val="30"/>
    </w:rPr>
  </w:style>
  <w:style w:type="paragraph" w:customStyle="1" w:styleId="FormHeading">
    <w:name w:val="Form Heading"/>
    <w:pPr>
      <w:spacing w:before="200" w:after="100"/>
    </w:pPr>
    <w:rPr>
      <w:rFonts w:ascii="Arial" w:hAnsi="Arial"/>
      <w:b/>
      <w:color w:val="365F91"/>
      <w:sz w:val="23"/>
    </w:rPr>
  </w:style>
  <w:style w:type="paragraph" w:customStyle="1" w:styleId="FormNote">
    <w:name w:val="Form Note"/>
    <w:pPr>
      <w:spacing w:after="80"/>
    </w:pPr>
    <w:rPr>
      <w:rFonts w:ascii="Arial" w:hAnsi="Arial"/>
      <w:i/>
      <w:color w:val="595959"/>
      <w:sz w:val="18"/>
    </w:rPr>
  </w:style>
  <w:style w:type="character" w:styleId="Hyperlink">
    <w:name w:val="Hyperlink"/>
    <w:basedOn w:val="DefaultParagraphFont"/>
    <w:uiPriority w:val="99"/>
    <w:unhideWhenUsed/>
    <w:rsid w:val="009476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769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80825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1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0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0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1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96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579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9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jela.grujicic@mpni.gov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C3B7E5-9071-4583-965E-9125827DD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PRIJAVNI OBRAZAC</vt:lpstr>
    </vt:vector>
  </TitlesOfParts>
  <Manager/>
  <Company/>
  <LinksUpToDate>false</LinksUpToDate>
  <CharactersWithSpaces>7286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OBRAZAC</dc:title>
  <dc:subject/>
  <dc:creator>python-docx</dc:creator>
  <cp:keywords/>
  <dc:description/>
  <cp:lastModifiedBy>Andjela Grujicic</cp:lastModifiedBy>
  <cp:revision>5</cp:revision>
  <cp:lastPrinted>2026-07-27T07:42:00Z</cp:lastPrinted>
  <dcterms:created xsi:type="dcterms:W3CDTF">2026-09-18T11:11:00Z</dcterms:created>
  <dcterms:modified xsi:type="dcterms:W3CDTF">2026-10-06T09:18:00Z</dcterms:modified>
  <cp:category/>
</cp:coreProperties>
</file>